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60FB02" w14:textId="77777777" w:rsidR="00C436BD" w:rsidRDefault="00551EBC">
      <w:pPr>
        <w:pStyle w:val="Title"/>
      </w:pPr>
      <w:r>
        <w:t>French Nature and Environment Vocabulary (KS2–KS3)</w:t>
      </w:r>
    </w:p>
    <w:p w14:paraId="2306ABEC" w14:textId="6D02F5DC" w:rsidR="00737B94" w:rsidRPr="00737B94" w:rsidRDefault="00737B94" w:rsidP="00737B94">
      <w:pPr>
        <w:pStyle w:val="Heading1"/>
        <w:rPr>
          <w:sz w:val="44"/>
          <w:szCs w:val="44"/>
          <w:lang w:val="fr-FR"/>
        </w:rPr>
      </w:pPr>
      <w:r w:rsidRPr="00737B94">
        <w:rPr>
          <w:sz w:val="44"/>
          <w:szCs w:val="44"/>
          <w:lang w:val="fr-FR"/>
        </w:rPr>
        <w:t>NOUNS</w:t>
      </w:r>
    </w:p>
    <w:p w14:paraId="3D028023" w14:textId="61E4D686" w:rsidR="00C436BD" w:rsidRPr="003F345E" w:rsidRDefault="00551EBC" w:rsidP="0048487F">
      <w:pPr>
        <w:pStyle w:val="Heading1"/>
        <w:numPr>
          <w:ilvl w:val="0"/>
          <w:numId w:val="20"/>
        </w:numPr>
        <w:rPr>
          <w:lang w:val="fr-FR"/>
        </w:rPr>
      </w:pPr>
      <w:r w:rsidRPr="003F345E">
        <w:rPr>
          <w:lang w:val="fr-FR"/>
        </w:rPr>
        <w:t>General Nature</w:t>
      </w:r>
    </w:p>
    <w:p w14:paraId="45820586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nature – nature</w:t>
      </w:r>
    </w:p>
    <w:p w14:paraId="7E0F1C10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l’environnement</w:t>
      </w:r>
      <w:proofErr w:type="gramEnd"/>
      <w:r w:rsidRPr="003F345E">
        <w:rPr>
          <w:lang w:val="fr-FR"/>
        </w:rPr>
        <w:t xml:space="preserve"> (m) – </w:t>
      </w:r>
      <w:proofErr w:type="spellStart"/>
      <w:r w:rsidRPr="003F345E">
        <w:rPr>
          <w:lang w:val="fr-FR"/>
        </w:rPr>
        <w:t>environment</w:t>
      </w:r>
      <w:proofErr w:type="spellEnd"/>
    </w:p>
    <w:p w14:paraId="423E2637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paysage – </w:t>
      </w:r>
      <w:proofErr w:type="spellStart"/>
      <w:r w:rsidRPr="003F345E">
        <w:rPr>
          <w:lang w:val="fr-FR"/>
        </w:rPr>
        <w:t>landscape</w:t>
      </w:r>
      <w:proofErr w:type="spellEnd"/>
    </w:p>
    <w:p w14:paraId="166119D0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planète – </w:t>
      </w:r>
      <w:proofErr w:type="spellStart"/>
      <w:r w:rsidRPr="003F345E">
        <w:rPr>
          <w:lang w:val="fr-FR"/>
        </w:rPr>
        <w:t>planet</w:t>
      </w:r>
      <w:proofErr w:type="spellEnd"/>
    </w:p>
    <w:p w14:paraId="73E368CC" w14:textId="77777777" w:rsidR="00C436BD" w:rsidRDefault="00551EBC">
      <w:r>
        <w:t>la Terre – Earth</w:t>
      </w:r>
    </w:p>
    <w:p w14:paraId="04CE6A29" w14:textId="77777777" w:rsidR="00C436BD" w:rsidRDefault="00551EBC">
      <w:r>
        <w:t>le monde – world</w:t>
      </w:r>
    </w:p>
    <w:p w14:paraId="43CB32ED" w14:textId="314C88C0" w:rsidR="00C436BD" w:rsidRDefault="00551EBC" w:rsidP="0048487F">
      <w:pPr>
        <w:pStyle w:val="Heading1"/>
        <w:numPr>
          <w:ilvl w:val="0"/>
          <w:numId w:val="20"/>
        </w:numPr>
      </w:pPr>
      <w:r>
        <w:t>Plants and Trees</w:t>
      </w:r>
    </w:p>
    <w:p w14:paraId="3AF31432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l’arbre</w:t>
      </w:r>
      <w:proofErr w:type="gramEnd"/>
      <w:r w:rsidRPr="003F345E">
        <w:rPr>
          <w:lang w:val="fr-FR"/>
        </w:rPr>
        <w:t xml:space="preserve"> (m) – </w:t>
      </w:r>
      <w:proofErr w:type="spellStart"/>
      <w:r w:rsidRPr="003F345E">
        <w:rPr>
          <w:lang w:val="fr-FR"/>
        </w:rPr>
        <w:t>tree</w:t>
      </w:r>
      <w:proofErr w:type="spellEnd"/>
    </w:p>
    <w:p w14:paraId="140FA0EF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forêt – </w:t>
      </w:r>
      <w:proofErr w:type="spellStart"/>
      <w:r w:rsidRPr="003F345E">
        <w:rPr>
          <w:lang w:val="fr-FR"/>
        </w:rPr>
        <w:t>forest</w:t>
      </w:r>
      <w:proofErr w:type="spellEnd"/>
    </w:p>
    <w:p w14:paraId="51CFBD40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feuille – </w:t>
      </w:r>
      <w:proofErr w:type="spellStart"/>
      <w:r w:rsidRPr="003F345E">
        <w:rPr>
          <w:lang w:val="fr-FR"/>
        </w:rPr>
        <w:t>leaf</w:t>
      </w:r>
      <w:proofErr w:type="spellEnd"/>
    </w:p>
    <w:p w14:paraId="0DA4AFD8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fleur – </w:t>
      </w:r>
      <w:proofErr w:type="spellStart"/>
      <w:r w:rsidRPr="003F345E">
        <w:rPr>
          <w:lang w:val="fr-FR"/>
        </w:rPr>
        <w:t>flower</w:t>
      </w:r>
      <w:proofErr w:type="spellEnd"/>
    </w:p>
    <w:p w14:paraId="479AC48C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l’herbe</w:t>
      </w:r>
      <w:proofErr w:type="gramEnd"/>
      <w:r w:rsidRPr="003F345E">
        <w:rPr>
          <w:lang w:val="fr-FR"/>
        </w:rPr>
        <w:t xml:space="preserve"> (f) – </w:t>
      </w:r>
      <w:proofErr w:type="spellStart"/>
      <w:r w:rsidRPr="003F345E">
        <w:rPr>
          <w:lang w:val="fr-FR"/>
        </w:rPr>
        <w:t>grass</w:t>
      </w:r>
      <w:proofErr w:type="spellEnd"/>
    </w:p>
    <w:p w14:paraId="48674F08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plante – plant</w:t>
      </w:r>
    </w:p>
    <w:p w14:paraId="60744A08" w14:textId="77777777" w:rsidR="00C436BD" w:rsidRPr="003F345E" w:rsidRDefault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buisson – bush</w:t>
      </w:r>
    </w:p>
    <w:p w14:paraId="49ABA818" w14:textId="3C227DEB" w:rsidR="00C436BD" w:rsidRPr="003F345E" w:rsidRDefault="30DDA189" w:rsidP="0048487F">
      <w:pPr>
        <w:pStyle w:val="Heading1"/>
        <w:numPr>
          <w:ilvl w:val="0"/>
          <w:numId w:val="20"/>
        </w:numPr>
        <w:rPr>
          <w:lang w:val="fr-FR"/>
        </w:rPr>
      </w:pPr>
      <w:r w:rsidRPr="003F345E">
        <w:rPr>
          <w:lang w:val="fr-FR"/>
        </w:rPr>
        <w:t>Animals</w:t>
      </w:r>
      <w:r w:rsidR="515CA5AC" w:rsidRPr="003F345E">
        <w:rPr>
          <w:lang w:val="fr-FR"/>
        </w:rPr>
        <w:t xml:space="preserve"> (les animaux)</w:t>
      </w:r>
    </w:p>
    <w:p w14:paraId="19B553CE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l’animal</w:t>
      </w:r>
      <w:proofErr w:type="gramEnd"/>
      <w:r w:rsidRPr="003F345E">
        <w:rPr>
          <w:lang w:val="fr-FR"/>
        </w:rPr>
        <w:t xml:space="preserve"> (m) – animal</w:t>
      </w:r>
    </w:p>
    <w:p w14:paraId="1D0A3B82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mammifère – </w:t>
      </w:r>
      <w:proofErr w:type="spellStart"/>
      <w:r w:rsidRPr="003F345E">
        <w:rPr>
          <w:lang w:val="fr-FR"/>
        </w:rPr>
        <w:t>mammal</w:t>
      </w:r>
      <w:proofErr w:type="spellEnd"/>
    </w:p>
    <w:p w14:paraId="629DE88C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l'oiseau</w:t>
      </w:r>
      <w:proofErr w:type="gramEnd"/>
      <w:r w:rsidRPr="003F345E">
        <w:rPr>
          <w:lang w:val="fr-FR"/>
        </w:rPr>
        <w:t xml:space="preserve"> (m) – </w:t>
      </w:r>
      <w:proofErr w:type="spellStart"/>
      <w:r w:rsidRPr="003F345E">
        <w:rPr>
          <w:lang w:val="fr-FR"/>
        </w:rPr>
        <w:t>bird</w:t>
      </w:r>
      <w:proofErr w:type="spellEnd"/>
    </w:p>
    <w:p w14:paraId="135E1D8E" w14:textId="77777777" w:rsidR="00C436BD" w:rsidRPr="003F345E" w:rsidRDefault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poisson – </w:t>
      </w:r>
      <w:proofErr w:type="spellStart"/>
      <w:r w:rsidRPr="003F345E">
        <w:rPr>
          <w:lang w:val="fr-FR"/>
        </w:rPr>
        <w:t>fish</w:t>
      </w:r>
      <w:proofErr w:type="spellEnd"/>
    </w:p>
    <w:p w14:paraId="541826DD" w14:textId="6DD3C48C" w:rsidR="4E9846D7" w:rsidRPr="003F345E" w:rsidRDefault="4E9846D7">
      <w:pPr>
        <w:rPr>
          <w:lang w:val="fr-FR"/>
        </w:rPr>
      </w:pPr>
      <w:proofErr w:type="gramStart"/>
      <w:r w:rsidRPr="003F345E">
        <w:rPr>
          <w:lang w:val="fr-FR"/>
        </w:rPr>
        <w:lastRenderedPageBreak/>
        <w:t>le</w:t>
      </w:r>
      <w:proofErr w:type="gramEnd"/>
      <w:r w:rsidRPr="003F345E">
        <w:rPr>
          <w:lang w:val="fr-FR"/>
        </w:rPr>
        <w:t xml:space="preserve"> renard – fox</w:t>
      </w:r>
    </w:p>
    <w:p w14:paraId="760FD358" w14:textId="3160719F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cerf – </w:t>
      </w:r>
      <w:proofErr w:type="spellStart"/>
      <w:r w:rsidRPr="003F345E">
        <w:rPr>
          <w:lang w:val="fr-FR"/>
        </w:rPr>
        <w:t>deer</w:t>
      </w:r>
      <w:proofErr w:type="spellEnd"/>
      <w:r w:rsidRPr="003F345E">
        <w:rPr>
          <w:lang w:val="fr-FR"/>
        </w:rPr>
        <w:t xml:space="preserve"> (</w:t>
      </w:r>
      <w:proofErr w:type="spellStart"/>
      <w:r w:rsidRPr="003F345E">
        <w:rPr>
          <w:lang w:val="fr-FR"/>
        </w:rPr>
        <w:t>stag</w:t>
      </w:r>
      <w:proofErr w:type="spellEnd"/>
      <w:r w:rsidRPr="003F345E">
        <w:rPr>
          <w:lang w:val="fr-FR"/>
        </w:rPr>
        <w:t>)</w:t>
      </w:r>
    </w:p>
    <w:p w14:paraId="3B79ED97" w14:textId="348EBC04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biche – </w:t>
      </w:r>
      <w:proofErr w:type="spellStart"/>
      <w:r w:rsidRPr="003F345E">
        <w:rPr>
          <w:lang w:val="fr-FR"/>
        </w:rPr>
        <w:t>doe</w:t>
      </w:r>
      <w:proofErr w:type="spellEnd"/>
    </w:p>
    <w:p w14:paraId="500D1C4F" w14:textId="2BB6AFBD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sanglier – </w:t>
      </w:r>
      <w:proofErr w:type="spellStart"/>
      <w:r w:rsidRPr="003F345E">
        <w:rPr>
          <w:lang w:val="fr-FR"/>
        </w:rPr>
        <w:t>wild</w:t>
      </w:r>
      <w:proofErr w:type="spellEnd"/>
      <w:r w:rsidRPr="003F345E">
        <w:rPr>
          <w:lang w:val="fr-FR"/>
        </w:rPr>
        <w:t xml:space="preserve"> </w:t>
      </w:r>
      <w:proofErr w:type="spellStart"/>
      <w:r w:rsidRPr="003F345E">
        <w:rPr>
          <w:lang w:val="fr-FR"/>
        </w:rPr>
        <w:t>boar</w:t>
      </w:r>
      <w:proofErr w:type="spellEnd"/>
    </w:p>
    <w:p w14:paraId="5AF493EE" w14:textId="62D53983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lapin – </w:t>
      </w:r>
      <w:proofErr w:type="spellStart"/>
      <w:r w:rsidRPr="003F345E">
        <w:rPr>
          <w:lang w:val="fr-FR"/>
        </w:rPr>
        <w:t>rabbit</w:t>
      </w:r>
      <w:proofErr w:type="spellEnd"/>
    </w:p>
    <w:p w14:paraId="70BE5CE2" w14:textId="36E80271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lièvre – </w:t>
      </w:r>
      <w:proofErr w:type="spellStart"/>
      <w:r w:rsidRPr="003F345E">
        <w:rPr>
          <w:lang w:val="fr-FR"/>
        </w:rPr>
        <w:t>hare</w:t>
      </w:r>
      <w:proofErr w:type="spellEnd"/>
    </w:p>
    <w:p w14:paraId="473D60EB" w14:textId="490FFA82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l’écureuil</w:t>
      </w:r>
      <w:proofErr w:type="gramEnd"/>
      <w:r w:rsidRPr="003F345E">
        <w:rPr>
          <w:lang w:val="fr-FR"/>
        </w:rPr>
        <w:t xml:space="preserve"> (m) – </w:t>
      </w:r>
      <w:proofErr w:type="spellStart"/>
      <w:r w:rsidRPr="003F345E">
        <w:rPr>
          <w:lang w:val="fr-FR"/>
        </w:rPr>
        <w:t>squirrel</w:t>
      </w:r>
      <w:proofErr w:type="spellEnd"/>
    </w:p>
    <w:p w14:paraId="7D355AFC" w14:textId="0FA62CC6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blaireau – badger</w:t>
      </w:r>
    </w:p>
    <w:p w14:paraId="3AC96812" w14:textId="67E0D211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hérisson – </w:t>
      </w:r>
      <w:proofErr w:type="spellStart"/>
      <w:r w:rsidRPr="003F345E">
        <w:rPr>
          <w:lang w:val="fr-FR"/>
        </w:rPr>
        <w:t>hedgehog</w:t>
      </w:r>
      <w:proofErr w:type="spellEnd"/>
    </w:p>
    <w:p w14:paraId="33E86C55" w14:textId="292F95F0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chauve-souris – bat</w:t>
      </w:r>
    </w:p>
    <w:p w14:paraId="3E77F35F" w14:textId="58B1181C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loup – </w:t>
      </w:r>
      <w:proofErr w:type="spellStart"/>
      <w:r w:rsidRPr="003F345E">
        <w:rPr>
          <w:lang w:val="fr-FR"/>
        </w:rPr>
        <w:t>wolf</w:t>
      </w:r>
      <w:proofErr w:type="spellEnd"/>
    </w:p>
    <w:p w14:paraId="30D602D6" w14:textId="319C9754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l’ours</w:t>
      </w:r>
      <w:proofErr w:type="gramEnd"/>
      <w:r w:rsidRPr="003F345E">
        <w:rPr>
          <w:lang w:val="fr-FR"/>
        </w:rPr>
        <w:t xml:space="preserve"> (m) – </w:t>
      </w:r>
      <w:proofErr w:type="spellStart"/>
      <w:r w:rsidRPr="003F345E">
        <w:rPr>
          <w:lang w:val="fr-FR"/>
        </w:rPr>
        <w:t>bear</w:t>
      </w:r>
      <w:proofErr w:type="spellEnd"/>
    </w:p>
    <w:p w14:paraId="41768730" w14:textId="1B44B3DB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lynx – lynx</w:t>
      </w:r>
    </w:p>
    <w:p w14:paraId="302FE90D" w14:textId="01AE3C6C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marmotte – marmot</w:t>
      </w:r>
    </w:p>
    <w:p w14:paraId="11AC2E90" w14:textId="041EC6C1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chèvre – </w:t>
      </w:r>
      <w:proofErr w:type="spellStart"/>
      <w:r w:rsidRPr="003F345E">
        <w:rPr>
          <w:lang w:val="fr-FR"/>
        </w:rPr>
        <w:t>goat</w:t>
      </w:r>
      <w:proofErr w:type="spellEnd"/>
    </w:p>
    <w:p w14:paraId="6D6F0F7D" w14:textId="38BA162C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mouton – </w:t>
      </w:r>
      <w:proofErr w:type="spellStart"/>
      <w:r w:rsidRPr="003F345E">
        <w:rPr>
          <w:lang w:val="fr-FR"/>
        </w:rPr>
        <w:t>sheep</w:t>
      </w:r>
      <w:proofErr w:type="spellEnd"/>
    </w:p>
    <w:p w14:paraId="5A5063F5" w14:textId="3E3032C4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vache – </w:t>
      </w:r>
      <w:proofErr w:type="spellStart"/>
      <w:r w:rsidRPr="003F345E">
        <w:rPr>
          <w:lang w:val="fr-FR"/>
        </w:rPr>
        <w:t>cow</w:t>
      </w:r>
      <w:proofErr w:type="spellEnd"/>
    </w:p>
    <w:p w14:paraId="3816B763" w14:textId="0ABEC51C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cheval – horse</w:t>
      </w:r>
    </w:p>
    <w:p w14:paraId="67B0C12F" w14:textId="65247179" w:rsidR="4E9846D7" w:rsidRPr="003F345E" w:rsidRDefault="4E9846D7" w:rsidP="0048487F">
      <w:pPr>
        <w:pStyle w:val="Heading1"/>
        <w:numPr>
          <w:ilvl w:val="0"/>
          <w:numId w:val="20"/>
        </w:numPr>
        <w:rPr>
          <w:lang w:val="fr-FR"/>
        </w:rPr>
      </w:pPr>
      <w:proofErr w:type="spellStart"/>
      <w:r w:rsidRPr="003F345E">
        <w:rPr>
          <w:lang w:val="fr-FR"/>
        </w:rPr>
        <w:t>Birds</w:t>
      </w:r>
      <w:proofErr w:type="spellEnd"/>
      <w:r w:rsidR="003F345E">
        <w:rPr>
          <w:lang w:val="fr-FR"/>
        </w:rPr>
        <w:t xml:space="preserve"> (les </w:t>
      </w:r>
      <w:r w:rsidR="008B2430">
        <w:rPr>
          <w:lang w:val="fr-FR"/>
        </w:rPr>
        <w:t>oiseaux)</w:t>
      </w:r>
    </w:p>
    <w:p w14:paraId="3BF59828" w14:textId="6DA977F7" w:rsidR="4E9846D7" w:rsidRPr="003F345E" w:rsidRDefault="4E9846D7">
      <w:pPr>
        <w:rPr>
          <w:lang w:val="fr-FR"/>
        </w:rPr>
      </w:pPr>
      <w:proofErr w:type="gramStart"/>
      <w:r w:rsidRPr="003F345E">
        <w:rPr>
          <w:lang w:val="fr-FR"/>
        </w:rPr>
        <w:t>l’oiseau</w:t>
      </w:r>
      <w:proofErr w:type="gramEnd"/>
      <w:r w:rsidRPr="003F345E">
        <w:rPr>
          <w:lang w:val="fr-FR"/>
        </w:rPr>
        <w:t xml:space="preserve"> (m) – </w:t>
      </w:r>
      <w:proofErr w:type="spellStart"/>
      <w:r w:rsidRPr="003F345E">
        <w:rPr>
          <w:lang w:val="fr-FR"/>
        </w:rPr>
        <w:t>bird</w:t>
      </w:r>
      <w:proofErr w:type="spellEnd"/>
    </w:p>
    <w:p w14:paraId="69D7FCA3" w14:textId="087EB33D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merle – </w:t>
      </w:r>
      <w:proofErr w:type="spellStart"/>
      <w:r w:rsidRPr="003F345E">
        <w:rPr>
          <w:lang w:val="fr-FR"/>
        </w:rPr>
        <w:t>blackbird</w:t>
      </w:r>
      <w:proofErr w:type="spellEnd"/>
    </w:p>
    <w:p w14:paraId="4325B63E" w14:textId="7C65012B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mésange – </w:t>
      </w:r>
      <w:proofErr w:type="spellStart"/>
      <w:r w:rsidRPr="003F345E">
        <w:rPr>
          <w:lang w:val="fr-FR"/>
        </w:rPr>
        <w:t>tit</w:t>
      </w:r>
      <w:proofErr w:type="spellEnd"/>
      <w:r w:rsidRPr="003F345E">
        <w:rPr>
          <w:lang w:val="fr-FR"/>
        </w:rPr>
        <w:t xml:space="preserve"> (</w:t>
      </w:r>
      <w:proofErr w:type="spellStart"/>
      <w:r w:rsidRPr="003F345E">
        <w:rPr>
          <w:lang w:val="fr-FR"/>
        </w:rPr>
        <w:t>small</w:t>
      </w:r>
      <w:proofErr w:type="spellEnd"/>
      <w:r w:rsidRPr="003F345E">
        <w:rPr>
          <w:lang w:val="fr-FR"/>
        </w:rPr>
        <w:t xml:space="preserve"> </w:t>
      </w:r>
      <w:proofErr w:type="spellStart"/>
      <w:r w:rsidRPr="003F345E">
        <w:rPr>
          <w:lang w:val="fr-FR"/>
        </w:rPr>
        <w:t>bird</w:t>
      </w:r>
      <w:proofErr w:type="spellEnd"/>
      <w:r w:rsidRPr="003F345E">
        <w:rPr>
          <w:lang w:val="fr-FR"/>
        </w:rPr>
        <w:t>)</w:t>
      </w:r>
    </w:p>
    <w:p w14:paraId="1DE739C3" w14:textId="50EE4EEA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rouge-gorge – robin</w:t>
      </w:r>
    </w:p>
    <w:p w14:paraId="259B9375" w14:textId="5CAFAE9B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moineau – </w:t>
      </w:r>
      <w:proofErr w:type="spellStart"/>
      <w:r w:rsidRPr="003F345E">
        <w:rPr>
          <w:lang w:val="fr-FR"/>
        </w:rPr>
        <w:t>sparrow</w:t>
      </w:r>
      <w:proofErr w:type="spellEnd"/>
    </w:p>
    <w:p w14:paraId="094B497B" w14:textId="53530A8B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corbeau – crow</w:t>
      </w:r>
    </w:p>
    <w:p w14:paraId="5CAD707B" w14:textId="49059DD7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corneille – </w:t>
      </w:r>
      <w:proofErr w:type="spellStart"/>
      <w:r w:rsidRPr="003F345E">
        <w:rPr>
          <w:lang w:val="fr-FR"/>
        </w:rPr>
        <w:t>rook</w:t>
      </w:r>
      <w:proofErr w:type="spellEnd"/>
    </w:p>
    <w:p w14:paraId="75B4413C" w14:textId="09449086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lastRenderedPageBreak/>
        <w:t>le</w:t>
      </w:r>
      <w:proofErr w:type="gramEnd"/>
      <w:r w:rsidRPr="003F345E">
        <w:rPr>
          <w:lang w:val="fr-FR"/>
        </w:rPr>
        <w:t xml:space="preserve"> pigeon – pigeon</w:t>
      </w:r>
    </w:p>
    <w:p w14:paraId="1742B4CF" w14:textId="16734951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mouette – </w:t>
      </w:r>
      <w:proofErr w:type="spellStart"/>
      <w:r w:rsidRPr="003F345E">
        <w:rPr>
          <w:lang w:val="fr-FR"/>
        </w:rPr>
        <w:t>seagull</w:t>
      </w:r>
      <w:proofErr w:type="spellEnd"/>
    </w:p>
    <w:p w14:paraId="2C2F0232" w14:textId="1CDD96E2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canard – </w:t>
      </w:r>
      <w:proofErr w:type="spellStart"/>
      <w:r w:rsidRPr="003F345E">
        <w:rPr>
          <w:lang w:val="fr-FR"/>
        </w:rPr>
        <w:t>duck</w:t>
      </w:r>
      <w:proofErr w:type="spellEnd"/>
    </w:p>
    <w:p w14:paraId="710854C1" w14:textId="63786F10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l’oie</w:t>
      </w:r>
      <w:proofErr w:type="gramEnd"/>
      <w:r w:rsidRPr="003F345E">
        <w:rPr>
          <w:lang w:val="fr-FR"/>
        </w:rPr>
        <w:t xml:space="preserve"> (f) – </w:t>
      </w:r>
      <w:proofErr w:type="spellStart"/>
      <w:r w:rsidRPr="003F345E">
        <w:rPr>
          <w:lang w:val="fr-FR"/>
        </w:rPr>
        <w:t>goose</w:t>
      </w:r>
      <w:proofErr w:type="spellEnd"/>
    </w:p>
    <w:p w14:paraId="687F22A1" w14:textId="1ED3D440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cygne – </w:t>
      </w:r>
      <w:proofErr w:type="spellStart"/>
      <w:r w:rsidRPr="003F345E">
        <w:rPr>
          <w:lang w:val="fr-FR"/>
        </w:rPr>
        <w:t>swan</w:t>
      </w:r>
      <w:proofErr w:type="spellEnd"/>
    </w:p>
    <w:p w14:paraId="16E34DAB" w14:textId="675CFAE7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chouette – </w:t>
      </w:r>
      <w:proofErr w:type="spellStart"/>
      <w:r w:rsidRPr="003F345E">
        <w:rPr>
          <w:lang w:val="fr-FR"/>
        </w:rPr>
        <w:t>owl</w:t>
      </w:r>
      <w:proofErr w:type="spellEnd"/>
    </w:p>
    <w:p w14:paraId="3ADD7B6B" w14:textId="05D155C1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hibou – </w:t>
      </w:r>
      <w:proofErr w:type="spellStart"/>
      <w:r w:rsidRPr="003F345E">
        <w:rPr>
          <w:lang w:val="fr-FR"/>
        </w:rPr>
        <w:t>owl</w:t>
      </w:r>
      <w:proofErr w:type="spellEnd"/>
      <w:r w:rsidRPr="003F345E">
        <w:rPr>
          <w:lang w:val="fr-FR"/>
        </w:rPr>
        <w:t xml:space="preserve"> (eagle </w:t>
      </w:r>
      <w:proofErr w:type="spellStart"/>
      <w:r w:rsidRPr="003F345E">
        <w:rPr>
          <w:lang w:val="fr-FR"/>
        </w:rPr>
        <w:t>owl</w:t>
      </w:r>
      <w:proofErr w:type="spellEnd"/>
      <w:r w:rsidRPr="003F345E">
        <w:rPr>
          <w:lang w:val="fr-FR"/>
        </w:rPr>
        <w:t xml:space="preserve"> type)</w:t>
      </w:r>
    </w:p>
    <w:p w14:paraId="17596F9C" w14:textId="444E387E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l’aigle</w:t>
      </w:r>
      <w:proofErr w:type="gramEnd"/>
      <w:r w:rsidRPr="003F345E">
        <w:rPr>
          <w:lang w:val="fr-FR"/>
        </w:rPr>
        <w:t xml:space="preserve"> (m) – eagle</w:t>
      </w:r>
    </w:p>
    <w:p w14:paraId="0091C33C" w14:textId="7FE04E18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faucon – </w:t>
      </w:r>
      <w:proofErr w:type="spellStart"/>
      <w:r w:rsidRPr="003F345E">
        <w:rPr>
          <w:lang w:val="fr-FR"/>
        </w:rPr>
        <w:t>falcon</w:t>
      </w:r>
      <w:proofErr w:type="spellEnd"/>
    </w:p>
    <w:p w14:paraId="072D6BE8" w14:textId="3E1C6C10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hirondelle – </w:t>
      </w:r>
      <w:proofErr w:type="spellStart"/>
      <w:r w:rsidRPr="003F345E">
        <w:rPr>
          <w:lang w:val="fr-FR"/>
        </w:rPr>
        <w:t>swallow</w:t>
      </w:r>
      <w:proofErr w:type="spellEnd"/>
    </w:p>
    <w:p w14:paraId="4278D2A1" w14:textId="2F1B3950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cigogne – </w:t>
      </w:r>
      <w:proofErr w:type="spellStart"/>
      <w:r w:rsidRPr="003F345E">
        <w:rPr>
          <w:lang w:val="fr-FR"/>
        </w:rPr>
        <w:t>stork</w:t>
      </w:r>
      <w:proofErr w:type="spellEnd"/>
    </w:p>
    <w:p w14:paraId="4F452F1D" w14:textId="7C5EF5D5" w:rsidR="4E9846D7" w:rsidRPr="003F345E" w:rsidRDefault="4E9846D7" w:rsidP="0048487F">
      <w:pPr>
        <w:pStyle w:val="Heading1"/>
        <w:numPr>
          <w:ilvl w:val="0"/>
          <w:numId w:val="20"/>
        </w:numPr>
        <w:rPr>
          <w:lang w:val="fr-FR"/>
        </w:rPr>
      </w:pPr>
      <w:proofErr w:type="spellStart"/>
      <w:r w:rsidRPr="003F345E">
        <w:rPr>
          <w:lang w:val="fr-FR"/>
        </w:rPr>
        <w:t>Insects</w:t>
      </w:r>
      <w:proofErr w:type="spellEnd"/>
      <w:r w:rsidR="008B2430">
        <w:rPr>
          <w:lang w:val="fr-FR"/>
        </w:rPr>
        <w:t xml:space="preserve"> (les insectes)</w:t>
      </w:r>
    </w:p>
    <w:p w14:paraId="7944226A" w14:textId="1BE7198A" w:rsidR="4E9846D7" w:rsidRPr="003F345E" w:rsidRDefault="4E9846D7">
      <w:pPr>
        <w:rPr>
          <w:lang w:val="fr-FR"/>
        </w:rPr>
      </w:pPr>
      <w:proofErr w:type="gramStart"/>
      <w:r w:rsidRPr="003F345E">
        <w:rPr>
          <w:lang w:val="fr-FR"/>
        </w:rPr>
        <w:t>l’insecte</w:t>
      </w:r>
      <w:proofErr w:type="gramEnd"/>
      <w:r w:rsidRPr="003F345E">
        <w:rPr>
          <w:lang w:val="fr-FR"/>
        </w:rPr>
        <w:t xml:space="preserve"> (m) – </w:t>
      </w:r>
      <w:proofErr w:type="spellStart"/>
      <w:r w:rsidRPr="003F345E">
        <w:rPr>
          <w:lang w:val="fr-FR"/>
        </w:rPr>
        <w:t>insect</w:t>
      </w:r>
      <w:proofErr w:type="spellEnd"/>
    </w:p>
    <w:p w14:paraId="06C58A16" w14:textId="2DD1AD56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papillon – </w:t>
      </w:r>
      <w:proofErr w:type="spellStart"/>
      <w:r w:rsidRPr="003F345E">
        <w:rPr>
          <w:lang w:val="fr-FR"/>
        </w:rPr>
        <w:t>butterfly</w:t>
      </w:r>
      <w:proofErr w:type="spellEnd"/>
    </w:p>
    <w:p w14:paraId="6AFFAF21" w14:textId="3A882CAC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chenille – </w:t>
      </w:r>
      <w:proofErr w:type="spellStart"/>
      <w:r w:rsidRPr="003F345E">
        <w:rPr>
          <w:lang w:val="fr-FR"/>
        </w:rPr>
        <w:t>caterpillar</w:t>
      </w:r>
      <w:proofErr w:type="spellEnd"/>
    </w:p>
    <w:p w14:paraId="4D524078" w14:textId="169F6154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l’abeille</w:t>
      </w:r>
      <w:proofErr w:type="gramEnd"/>
      <w:r w:rsidRPr="003F345E">
        <w:rPr>
          <w:lang w:val="fr-FR"/>
        </w:rPr>
        <w:t xml:space="preserve"> (f) – </w:t>
      </w:r>
      <w:proofErr w:type="spellStart"/>
      <w:r w:rsidRPr="003F345E">
        <w:rPr>
          <w:lang w:val="fr-FR"/>
        </w:rPr>
        <w:t>bee</w:t>
      </w:r>
      <w:proofErr w:type="spellEnd"/>
    </w:p>
    <w:p w14:paraId="03C18534" w14:textId="4D18C768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guêpe – wasp</w:t>
      </w:r>
    </w:p>
    <w:p w14:paraId="404627A3" w14:textId="6DA5DDDD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mouche – </w:t>
      </w:r>
      <w:proofErr w:type="spellStart"/>
      <w:r w:rsidRPr="003F345E">
        <w:rPr>
          <w:lang w:val="fr-FR"/>
        </w:rPr>
        <w:t>fly</w:t>
      </w:r>
      <w:proofErr w:type="spellEnd"/>
    </w:p>
    <w:p w14:paraId="2D69C752" w14:textId="196C992C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moustique – mosquito</w:t>
      </w:r>
    </w:p>
    <w:p w14:paraId="5B2F3240" w14:textId="4B2ECF6F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coccinelle – </w:t>
      </w:r>
      <w:proofErr w:type="spellStart"/>
      <w:r w:rsidRPr="003F345E">
        <w:rPr>
          <w:lang w:val="fr-FR"/>
        </w:rPr>
        <w:t>ladybird</w:t>
      </w:r>
      <w:proofErr w:type="spellEnd"/>
    </w:p>
    <w:p w14:paraId="012828C0" w14:textId="6BC00685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fourmi – </w:t>
      </w:r>
      <w:proofErr w:type="spellStart"/>
      <w:r w:rsidRPr="003F345E">
        <w:rPr>
          <w:lang w:val="fr-FR"/>
        </w:rPr>
        <w:t>ant</w:t>
      </w:r>
      <w:proofErr w:type="spellEnd"/>
    </w:p>
    <w:p w14:paraId="376ED195" w14:textId="0FD2F7D8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sauterelle – </w:t>
      </w:r>
      <w:proofErr w:type="spellStart"/>
      <w:r w:rsidRPr="003F345E">
        <w:rPr>
          <w:lang w:val="fr-FR"/>
        </w:rPr>
        <w:t>grasshopper</w:t>
      </w:r>
      <w:proofErr w:type="spellEnd"/>
    </w:p>
    <w:p w14:paraId="2E839E4E" w14:textId="0B45A62B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grillon – cricket</w:t>
      </w:r>
    </w:p>
    <w:p w14:paraId="3CB4CC9F" w14:textId="71AB10AF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libellule – </w:t>
      </w:r>
      <w:proofErr w:type="spellStart"/>
      <w:r w:rsidRPr="003F345E">
        <w:rPr>
          <w:lang w:val="fr-FR"/>
        </w:rPr>
        <w:t>dragonfly</w:t>
      </w:r>
      <w:proofErr w:type="spellEnd"/>
    </w:p>
    <w:p w14:paraId="14033938" w14:textId="4A3665B3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scarabée – </w:t>
      </w:r>
      <w:proofErr w:type="spellStart"/>
      <w:r w:rsidRPr="003F345E">
        <w:rPr>
          <w:lang w:val="fr-FR"/>
        </w:rPr>
        <w:t>beetle</w:t>
      </w:r>
      <w:proofErr w:type="spellEnd"/>
    </w:p>
    <w:p w14:paraId="6A0E6A99" w14:textId="0D3ECF9A" w:rsidR="4E9846D7" w:rsidRPr="003F345E" w:rsidRDefault="4E9846D7" w:rsidP="30DDA189">
      <w:pPr>
        <w:rPr>
          <w:lang w:val="fr-FR"/>
        </w:rPr>
      </w:pPr>
      <w:proofErr w:type="gramStart"/>
      <w:r w:rsidRPr="003F345E">
        <w:rPr>
          <w:lang w:val="fr-FR"/>
        </w:rPr>
        <w:t>l’araignée</w:t>
      </w:r>
      <w:proofErr w:type="gramEnd"/>
      <w:r w:rsidRPr="003F345E">
        <w:rPr>
          <w:lang w:val="fr-FR"/>
        </w:rPr>
        <w:t xml:space="preserve"> (f) – spider</w:t>
      </w:r>
    </w:p>
    <w:p w14:paraId="543F5A4F" w14:textId="49C77E69" w:rsidR="4E9846D7" w:rsidRPr="003F345E" w:rsidRDefault="4E9846D7" w:rsidP="30DDA189">
      <w:pPr>
        <w:rPr>
          <w:lang w:val="it-IT"/>
        </w:rPr>
      </w:pPr>
      <w:r w:rsidRPr="003F345E">
        <w:rPr>
          <w:lang w:val="it-IT"/>
        </w:rPr>
        <w:lastRenderedPageBreak/>
        <w:t>l’escargot (m) – snail</w:t>
      </w:r>
    </w:p>
    <w:p w14:paraId="6AC08C19" w14:textId="7DA8D3BF" w:rsidR="4E9846D7" w:rsidRPr="003F345E" w:rsidRDefault="4E9846D7" w:rsidP="30DDA189">
      <w:pPr>
        <w:rPr>
          <w:lang w:val="it-IT"/>
        </w:rPr>
      </w:pPr>
      <w:r w:rsidRPr="003F345E">
        <w:rPr>
          <w:lang w:val="it-IT"/>
        </w:rPr>
        <w:t>la limace – slug</w:t>
      </w:r>
    </w:p>
    <w:p w14:paraId="3F56CECF" w14:textId="39CB0D51" w:rsidR="1D50AEF2" w:rsidRPr="003F345E" w:rsidRDefault="1D50AEF2" w:rsidP="0048487F">
      <w:pPr>
        <w:pStyle w:val="Heading1"/>
        <w:numPr>
          <w:ilvl w:val="0"/>
          <w:numId w:val="20"/>
        </w:numPr>
        <w:rPr>
          <w:lang w:val="fr-FR"/>
        </w:rPr>
      </w:pPr>
      <w:r w:rsidRPr="003F345E">
        <w:rPr>
          <w:lang w:val="fr-FR"/>
        </w:rPr>
        <w:t xml:space="preserve">Sea </w:t>
      </w:r>
      <w:proofErr w:type="spellStart"/>
      <w:r w:rsidRPr="003F345E">
        <w:rPr>
          <w:lang w:val="fr-FR"/>
        </w:rPr>
        <w:t>creatures</w:t>
      </w:r>
      <w:proofErr w:type="spellEnd"/>
      <w:r w:rsidRPr="003F345E">
        <w:rPr>
          <w:lang w:val="fr-FR"/>
        </w:rPr>
        <w:t xml:space="preserve"> (les animaux marins)</w:t>
      </w:r>
    </w:p>
    <w:p w14:paraId="6C3937CF" w14:textId="11A51844" w:rsidR="1D50AEF2" w:rsidRPr="003F345E" w:rsidRDefault="1D50AEF2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baleine – </w:t>
      </w:r>
      <w:proofErr w:type="spellStart"/>
      <w:r w:rsidRPr="003F345E">
        <w:rPr>
          <w:lang w:val="fr-FR"/>
        </w:rPr>
        <w:t>whale</w:t>
      </w:r>
      <w:proofErr w:type="spellEnd"/>
    </w:p>
    <w:p w14:paraId="1FC548BC" w14:textId="3C2ADEA2" w:rsidR="1D50AEF2" w:rsidRPr="003F345E" w:rsidRDefault="1D50AEF2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dauphin – </w:t>
      </w:r>
      <w:proofErr w:type="spellStart"/>
      <w:r w:rsidRPr="003F345E">
        <w:rPr>
          <w:lang w:val="fr-FR"/>
        </w:rPr>
        <w:t>dolphin</w:t>
      </w:r>
      <w:proofErr w:type="spellEnd"/>
    </w:p>
    <w:p w14:paraId="0C51FFBB" w14:textId="7433DDE4" w:rsidR="1D50AEF2" w:rsidRPr="003F345E" w:rsidRDefault="1D50AEF2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requin – </w:t>
      </w:r>
      <w:proofErr w:type="spellStart"/>
      <w:r w:rsidRPr="003F345E">
        <w:rPr>
          <w:lang w:val="fr-FR"/>
        </w:rPr>
        <w:t>shark</w:t>
      </w:r>
      <w:proofErr w:type="spellEnd"/>
    </w:p>
    <w:p w14:paraId="309F4924" w14:textId="42CB42C4" w:rsidR="1D50AEF2" w:rsidRPr="003F345E" w:rsidRDefault="1D50AEF2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pieuvre – </w:t>
      </w:r>
      <w:proofErr w:type="spellStart"/>
      <w:r w:rsidRPr="003F345E">
        <w:rPr>
          <w:lang w:val="fr-FR"/>
        </w:rPr>
        <w:t>octopus</w:t>
      </w:r>
      <w:proofErr w:type="spellEnd"/>
    </w:p>
    <w:p w14:paraId="59EA61EA" w14:textId="23E81839" w:rsidR="1D50AEF2" w:rsidRPr="003F345E" w:rsidRDefault="1D50AEF2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poulpe – </w:t>
      </w:r>
      <w:proofErr w:type="spellStart"/>
      <w:r w:rsidRPr="003F345E">
        <w:rPr>
          <w:lang w:val="fr-FR"/>
        </w:rPr>
        <w:t>octopus</w:t>
      </w:r>
      <w:proofErr w:type="spellEnd"/>
      <w:r w:rsidRPr="003F345E">
        <w:rPr>
          <w:lang w:val="fr-FR"/>
        </w:rPr>
        <w:t xml:space="preserve"> (alternative </w:t>
      </w:r>
      <w:proofErr w:type="spellStart"/>
      <w:r w:rsidRPr="003F345E">
        <w:rPr>
          <w:lang w:val="fr-FR"/>
        </w:rPr>
        <w:t>word</w:t>
      </w:r>
      <w:proofErr w:type="spellEnd"/>
      <w:r w:rsidRPr="003F345E">
        <w:rPr>
          <w:lang w:val="fr-FR"/>
        </w:rPr>
        <w:t>)</w:t>
      </w:r>
    </w:p>
    <w:p w14:paraId="2BE708FA" w14:textId="24D8DF0B" w:rsidR="1D50AEF2" w:rsidRPr="003F345E" w:rsidRDefault="1D50AEF2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calmar – squid</w:t>
      </w:r>
    </w:p>
    <w:p w14:paraId="17CAE33E" w14:textId="4A54E51D" w:rsidR="1D50AEF2" w:rsidRPr="003F345E" w:rsidRDefault="1D50AEF2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méduse – </w:t>
      </w:r>
      <w:proofErr w:type="spellStart"/>
      <w:r w:rsidRPr="003F345E">
        <w:rPr>
          <w:lang w:val="fr-FR"/>
        </w:rPr>
        <w:t>jellyfish</w:t>
      </w:r>
      <w:proofErr w:type="spellEnd"/>
    </w:p>
    <w:p w14:paraId="79226A8A" w14:textId="4CB62430" w:rsidR="1D50AEF2" w:rsidRPr="003F345E" w:rsidRDefault="1D50AEF2" w:rsidP="30DDA189">
      <w:pPr>
        <w:rPr>
          <w:lang w:val="fr-FR"/>
        </w:rPr>
      </w:pPr>
      <w:proofErr w:type="gramStart"/>
      <w:r w:rsidRPr="003F345E">
        <w:rPr>
          <w:lang w:val="fr-FR"/>
        </w:rPr>
        <w:t>l’étoile</w:t>
      </w:r>
      <w:proofErr w:type="gramEnd"/>
      <w:r w:rsidRPr="003F345E">
        <w:rPr>
          <w:lang w:val="fr-FR"/>
        </w:rPr>
        <w:t xml:space="preserve"> de mer (f) – </w:t>
      </w:r>
      <w:proofErr w:type="spellStart"/>
      <w:r w:rsidRPr="003F345E">
        <w:rPr>
          <w:lang w:val="fr-FR"/>
        </w:rPr>
        <w:t>starfish</w:t>
      </w:r>
      <w:proofErr w:type="spellEnd"/>
    </w:p>
    <w:p w14:paraId="3620159B" w14:textId="70695710" w:rsidR="1D50AEF2" w:rsidRPr="003F345E" w:rsidRDefault="1D50AEF2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crabe – </w:t>
      </w:r>
      <w:proofErr w:type="spellStart"/>
      <w:r w:rsidRPr="003F345E">
        <w:rPr>
          <w:lang w:val="fr-FR"/>
        </w:rPr>
        <w:t>crab</w:t>
      </w:r>
      <w:proofErr w:type="spellEnd"/>
    </w:p>
    <w:p w14:paraId="0D03CC8C" w14:textId="0EF7BE48" w:rsidR="1D50AEF2" w:rsidRPr="003F345E" w:rsidRDefault="1D50AEF2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homard – </w:t>
      </w:r>
      <w:proofErr w:type="spellStart"/>
      <w:r w:rsidRPr="003F345E">
        <w:rPr>
          <w:lang w:val="fr-FR"/>
        </w:rPr>
        <w:t>lobster</w:t>
      </w:r>
      <w:proofErr w:type="spellEnd"/>
    </w:p>
    <w:p w14:paraId="1626B010" w14:textId="37693CE2" w:rsidR="1D50AEF2" w:rsidRPr="003F345E" w:rsidRDefault="1D50AEF2" w:rsidP="30DDA189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crevette – </w:t>
      </w:r>
      <w:proofErr w:type="spellStart"/>
      <w:r w:rsidRPr="003F345E">
        <w:rPr>
          <w:lang w:val="fr-FR"/>
        </w:rPr>
        <w:t>shrimp</w:t>
      </w:r>
      <w:proofErr w:type="spellEnd"/>
    </w:p>
    <w:p w14:paraId="187FD5FF" w14:textId="393F962E" w:rsidR="1D50AEF2" w:rsidRPr="003F345E" w:rsidRDefault="1D50AEF2" w:rsidP="30DDA189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phoque – </w:t>
      </w:r>
      <w:proofErr w:type="spellStart"/>
      <w:r w:rsidRPr="003F345E">
        <w:rPr>
          <w:lang w:val="fr-FR"/>
        </w:rPr>
        <w:t>seal</w:t>
      </w:r>
      <w:proofErr w:type="spellEnd"/>
    </w:p>
    <w:p w14:paraId="3918B27C" w14:textId="3C816985" w:rsidR="1D50AEF2" w:rsidRDefault="1D50AEF2" w:rsidP="30DDA189">
      <w:proofErr w:type="spellStart"/>
      <w:r>
        <w:t>l’otarie</w:t>
      </w:r>
      <w:proofErr w:type="spellEnd"/>
      <w:r>
        <w:t xml:space="preserve"> (f) – sea lion</w:t>
      </w:r>
    </w:p>
    <w:p w14:paraId="33989DA5" w14:textId="08C843F4" w:rsidR="00C436BD" w:rsidRDefault="00551EBC" w:rsidP="0048487F">
      <w:pPr>
        <w:pStyle w:val="Heading1"/>
        <w:numPr>
          <w:ilvl w:val="0"/>
          <w:numId w:val="20"/>
        </w:numPr>
      </w:pPr>
      <w:r>
        <w:t>Water and Weather</w:t>
      </w:r>
      <w:r w:rsidR="008B2430">
        <w:t xml:space="preserve"> (</w:t>
      </w:r>
      <w:proofErr w:type="spellStart"/>
      <w:r w:rsidR="008B2430">
        <w:t>l’eau</w:t>
      </w:r>
      <w:proofErr w:type="spellEnd"/>
      <w:r w:rsidR="008B2430">
        <w:t xml:space="preserve"> et le temps)</w:t>
      </w:r>
    </w:p>
    <w:p w14:paraId="75C6DB83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l’eau</w:t>
      </w:r>
      <w:proofErr w:type="gramEnd"/>
      <w:r w:rsidRPr="003F345E">
        <w:rPr>
          <w:lang w:val="fr-FR"/>
        </w:rPr>
        <w:t xml:space="preserve"> (f) – water</w:t>
      </w:r>
    </w:p>
    <w:p w14:paraId="01743F69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rivière – river</w:t>
      </w:r>
    </w:p>
    <w:p w14:paraId="6CB9D59C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lac – </w:t>
      </w:r>
      <w:proofErr w:type="spellStart"/>
      <w:r w:rsidRPr="003F345E">
        <w:rPr>
          <w:lang w:val="fr-FR"/>
        </w:rPr>
        <w:t>lake</w:t>
      </w:r>
      <w:proofErr w:type="spellEnd"/>
    </w:p>
    <w:p w14:paraId="351B2A0A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mer – </w:t>
      </w:r>
      <w:proofErr w:type="spellStart"/>
      <w:r w:rsidRPr="003F345E">
        <w:rPr>
          <w:lang w:val="fr-FR"/>
        </w:rPr>
        <w:t>sea</w:t>
      </w:r>
      <w:proofErr w:type="spellEnd"/>
    </w:p>
    <w:p w14:paraId="0C17601F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l’océan</w:t>
      </w:r>
      <w:proofErr w:type="gramEnd"/>
      <w:r w:rsidRPr="003F345E">
        <w:rPr>
          <w:lang w:val="fr-FR"/>
        </w:rPr>
        <w:t xml:space="preserve"> (m) – </w:t>
      </w:r>
      <w:proofErr w:type="spellStart"/>
      <w:r w:rsidRPr="003F345E">
        <w:rPr>
          <w:lang w:val="fr-FR"/>
        </w:rPr>
        <w:t>ocean</w:t>
      </w:r>
      <w:proofErr w:type="spellEnd"/>
    </w:p>
    <w:p w14:paraId="521CCD13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pluie – </w:t>
      </w:r>
      <w:proofErr w:type="spellStart"/>
      <w:r w:rsidRPr="003F345E">
        <w:rPr>
          <w:lang w:val="fr-FR"/>
        </w:rPr>
        <w:t>rain</w:t>
      </w:r>
      <w:proofErr w:type="spellEnd"/>
    </w:p>
    <w:p w14:paraId="25DC3C57" w14:textId="77777777" w:rsidR="00C436BD" w:rsidRDefault="00551EBC">
      <w:r>
        <w:t xml:space="preserve">la </w:t>
      </w:r>
      <w:proofErr w:type="spellStart"/>
      <w:r>
        <w:t>neige</w:t>
      </w:r>
      <w:proofErr w:type="spellEnd"/>
      <w:r>
        <w:t xml:space="preserve"> – snow</w:t>
      </w:r>
    </w:p>
    <w:p w14:paraId="53FAAAE4" w14:textId="77777777" w:rsidR="00C436BD" w:rsidRDefault="00551EBC">
      <w:r>
        <w:t>le vent – wind</w:t>
      </w:r>
    </w:p>
    <w:p w14:paraId="564A6565" w14:textId="07D00AA1" w:rsidR="00C436BD" w:rsidRPr="008B2430" w:rsidRDefault="00551EBC" w:rsidP="006E022E">
      <w:pPr>
        <w:pStyle w:val="Heading1"/>
        <w:numPr>
          <w:ilvl w:val="0"/>
          <w:numId w:val="20"/>
        </w:numPr>
        <w:rPr>
          <w:lang w:val="fr-FR"/>
        </w:rPr>
      </w:pPr>
      <w:proofErr w:type="spellStart"/>
      <w:r w:rsidRPr="008B2430">
        <w:rPr>
          <w:lang w:val="fr-FR"/>
        </w:rPr>
        <w:lastRenderedPageBreak/>
        <w:t>Geography</w:t>
      </w:r>
      <w:proofErr w:type="spellEnd"/>
      <w:r w:rsidRPr="008B2430">
        <w:rPr>
          <w:lang w:val="fr-FR"/>
        </w:rPr>
        <w:t xml:space="preserve"> and Land</w:t>
      </w:r>
      <w:r w:rsidR="008B2430" w:rsidRPr="008B2430">
        <w:rPr>
          <w:lang w:val="fr-FR"/>
        </w:rPr>
        <w:t xml:space="preserve"> (la géographie</w:t>
      </w:r>
      <w:r w:rsidR="008B2430">
        <w:rPr>
          <w:lang w:val="fr-FR"/>
        </w:rPr>
        <w:t xml:space="preserve"> et la terre)</w:t>
      </w:r>
    </w:p>
    <w:p w14:paraId="20B2E6A2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montagne – </w:t>
      </w:r>
      <w:proofErr w:type="spellStart"/>
      <w:r w:rsidRPr="003F345E">
        <w:rPr>
          <w:lang w:val="fr-FR"/>
        </w:rPr>
        <w:t>mountain</w:t>
      </w:r>
      <w:proofErr w:type="spellEnd"/>
    </w:p>
    <w:p w14:paraId="1F2AEBCC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colline – </w:t>
      </w:r>
      <w:proofErr w:type="spellStart"/>
      <w:r w:rsidRPr="003F345E">
        <w:rPr>
          <w:lang w:val="fr-FR"/>
        </w:rPr>
        <w:t>hill</w:t>
      </w:r>
      <w:proofErr w:type="spellEnd"/>
    </w:p>
    <w:p w14:paraId="2446D3B1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désert – </w:t>
      </w:r>
      <w:proofErr w:type="spellStart"/>
      <w:r w:rsidRPr="003F345E">
        <w:rPr>
          <w:lang w:val="fr-FR"/>
        </w:rPr>
        <w:t>desert</w:t>
      </w:r>
      <w:proofErr w:type="spellEnd"/>
    </w:p>
    <w:p w14:paraId="6A4259E9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plage – </w:t>
      </w:r>
      <w:proofErr w:type="spellStart"/>
      <w:r w:rsidRPr="003F345E">
        <w:rPr>
          <w:lang w:val="fr-FR"/>
        </w:rPr>
        <w:t>beach</w:t>
      </w:r>
      <w:proofErr w:type="spellEnd"/>
    </w:p>
    <w:p w14:paraId="2D438242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vallée – </w:t>
      </w:r>
      <w:proofErr w:type="spellStart"/>
      <w:r w:rsidRPr="003F345E">
        <w:rPr>
          <w:lang w:val="fr-FR"/>
        </w:rPr>
        <w:t>valley</w:t>
      </w:r>
      <w:proofErr w:type="spellEnd"/>
    </w:p>
    <w:p w14:paraId="3440A9F5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champ – </w:t>
      </w:r>
      <w:proofErr w:type="spellStart"/>
      <w:r w:rsidRPr="003F345E">
        <w:rPr>
          <w:lang w:val="fr-FR"/>
        </w:rPr>
        <w:t>field</w:t>
      </w:r>
      <w:proofErr w:type="spellEnd"/>
    </w:p>
    <w:p w14:paraId="359CD74A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rocher – rock</w:t>
      </w:r>
    </w:p>
    <w:p w14:paraId="4E5698D0" w14:textId="1545FE38" w:rsidR="00C436BD" w:rsidRPr="003F345E" w:rsidRDefault="00551EBC" w:rsidP="006E022E">
      <w:pPr>
        <w:pStyle w:val="Heading1"/>
        <w:numPr>
          <w:ilvl w:val="0"/>
          <w:numId w:val="20"/>
        </w:numPr>
        <w:rPr>
          <w:lang w:val="fr-FR"/>
        </w:rPr>
      </w:pPr>
      <w:proofErr w:type="spellStart"/>
      <w:r w:rsidRPr="003F345E">
        <w:rPr>
          <w:lang w:val="fr-FR"/>
        </w:rPr>
        <w:t>Environmental</w:t>
      </w:r>
      <w:proofErr w:type="spellEnd"/>
      <w:r w:rsidRPr="003F345E">
        <w:rPr>
          <w:lang w:val="fr-FR"/>
        </w:rPr>
        <w:t xml:space="preserve"> Issues</w:t>
      </w:r>
      <w:r w:rsidR="008B2430">
        <w:rPr>
          <w:lang w:val="fr-FR"/>
        </w:rPr>
        <w:t xml:space="preserve"> (les problèmes environnementaux)</w:t>
      </w:r>
    </w:p>
    <w:p w14:paraId="579148C8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pollution – pollution</w:t>
      </w:r>
    </w:p>
    <w:p w14:paraId="3B0CD107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les</w:t>
      </w:r>
      <w:proofErr w:type="gramEnd"/>
      <w:r w:rsidRPr="003F345E">
        <w:rPr>
          <w:lang w:val="fr-FR"/>
        </w:rPr>
        <w:t xml:space="preserve"> déchets (m) – </w:t>
      </w:r>
      <w:proofErr w:type="spellStart"/>
      <w:r w:rsidRPr="003F345E">
        <w:rPr>
          <w:lang w:val="fr-FR"/>
        </w:rPr>
        <w:t>waste</w:t>
      </w:r>
      <w:proofErr w:type="spellEnd"/>
      <w:r w:rsidRPr="003F345E">
        <w:rPr>
          <w:lang w:val="fr-FR"/>
        </w:rPr>
        <w:t xml:space="preserve"> / </w:t>
      </w:r>
      <w:proofErr w:type="spellStart"/>
      <w:r w:rsidRPr="003F345E">
        <w:rPr>
          <w:lang w:val="fr-FR"/>
        </w:rPr>
        <w:t>rubbish</w:t>
      </w:r>
      <w:proofErr w:type="spellEnd"/>
    </w:p>
    <w:p w14:paraId="31B37C58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recyclage – </w:t>
      </w:r>
      <w:proofErr w:type="spellStart"/>
      <w:r w:rsidRPr="003F345E">
        <w:rPr>
          <w:lang w:val="fr-FR"/>
        </w:rPr>
        <w:t>recycling</w:t>
      </w:r>
      <w:proofErr w:type="spellEnd"/>
    </w:p>
    <w:p w14:paraId="53821AB8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l’énergie</w:t>
      </w:r>
      <w:proofErr w:type="gramEnd"/>
      <w:r w:rsidRPr="003F345E">
        <w:rPr>
          <w:lang w:val="fr-FR"/>
        </w:rPr>
        <w:t xml:space="preserve"> (f) – </w:t>
      </w:r>
      <w:proofErr w:type="spellStart"/>
      <w:r w:rsidRPr="003F345E">
        <w:rPr>
          <w:lang w:val="fr-FR"/>
        </w:rPr>
        <w:t>energy</w:t>
      </w:r>
      <w:proofErr w:type="spellEnd"/>
    </w:p>
    <w:p w14:paraId="359A29A1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l’électricité</w:t>
      </w:r>
      <w:proofErr w:type="gramEnd"/>
      <w:r w:rsidRPr="003F345E">
        <w:rPr>
          <w:lang w:val="fr-FR"/>
        </w:rPr>
        <w:t xml:space="preserve"> (f) – </w:t>
      </w:r>
      <w:proofErr w:type="spellStart"/>
      <w:r w:rsidRPr="003F345E">
        <w:rPr>
          <w:lang w:val="fr-FR"/>
        </w:rPr>
        <w:t>electricity</w:t>
      </w:r>
      <w:proofErr w:type="spellEnd"/>
    </w:p>
    <w:p w14:paraId="6FA5506F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plastique – plastic</w:t>
      </w:r>
    </w:p>
    <w:p w14:paraId="56E1014A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planète en danger – </w:t>
      </w:r>
      <w:proofErr w:type="spellStart"/>
      <w:r w:rsidRPr="003F345E">
        <w:rPr>
          <w:lang w:val="fr-FR"/>
        </w:rPr>
        <w:t>planet</w:t>
      </w:r>
      <w:proofErr w:type="spellEnd"/>
      <w:r w:rsidRPr="003F345E">
        <w:rPr>
          <w:lang w:val="fr-FR"/>
        </w:rPr>
        <w:t xml:space="preserve"> in danger</w:t>
      </w:r>
    </w:p>
    <w:p w14:paraId="53BB417E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changement climatique – </w:t>
      </w:r>
      <w:proofErr w:type="spellStart"/>
      <w:r w:rsidRPr="003F345E">
        <w:rPr>
          <w:lang w:val="fr-FR"/>
        </w:rPr>
        <w:t>climate</w:t>
      </w:r>
      <w:proofErr w:type="spellEnd"/>
      <w:r w:rsidRPr="003F345E">
        <w:rPr>
          <w:lang w:val="fr-FR"/>
        </w:rPr>
        <w:t xml:space="preserve"> change</w:t>
      </w:r>
    </w:p>
    <w:p w14:paraId="6088B9D5" w14:textId="2BE184CD" w:rsidR="00C436BD" w:rsidRPr="003F345E" w:rsidRDefault="00551EBC" w:rsidP="00740D23">
      <w:pPr>
        <w:pStyle w:val="Heading1"/>
        <w:numPr>
          <w:ilvl w:val="0"/>
          <w:numId w:val="20"/>
        </w:numPr>
        <w:rPr>
          <w:lang w:val="fr-FR"/>
        </w:rPr>
      </w:pPr>
      <w:proofErr w:type="spellStart"/>
      <w:r w:rsidRPr="003F345E">
        <w:rPr>
          <w:lang w:val="fr-FR"/>
        </w:rPr>
        <w:t>Sustainability</w:t>
      </w:r>
      <w:proofErr w:type="spellEnd"/>
      <w:r w:rsidR="006E022E">
        <w:rPr>
          <w:lang w:val="fr-FR"/>
        </w:rPr>
        <w:t xml:space="preserve"> – la durabilit</w:t>
      </w:r>
      <w:r w:rsidR="00740D23" w:rsidRPr="003F345E">
        <w:rPr>
          <w:lang w:val="fr-FR"/>
        </w:rPr>
        <w:t>é</w:t>
      </w:r>
      <w:r w:rsidR="008B2430">
        <w:rPr>
          <w:lang w:val="fr-FR"/>
        </w:rPr>
        <w:t xml:space="preserve"> </w:t>
      </w:r>
    </w:p>
    <w:p w14:paraId="040A574E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recyclage – </w:t>
      </w:r>
      <w:proofErr w:type="spellStart"/>
      <w:r w:rsidRPr="003F345E">
        <w:rPr>
          <w:lang w:val="fr-FR"/>
        </w:rPr>
        <w:t>recycling</w:t>
      </w:r>
      <w:proofErr w:type="spellEnd"/>
    </w:p>
    <w:p w14:paraId="51F249BD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poubelle – bin</w:t>
      </w:r>
    </w:p>
    <w:p w14:paraId="490ECE8A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le</w:t>
      </w:r>
      <w:proofErr w:type="gramEnd"/>
      <w:r w:rsidRPr="003F345E">
        <w:rPr>
          <w:lang w:val="fr-FR"/>
        </w:rPr>
        <w:t xml:space="preserve"> tri – </w:t>
      </w:r>
      <w:proofErr w:type="spellStart"/>
      <w:r w:rsidRPr="003F345E">
        <w:rPr>
          <w:lang w:val="fr-FR"/>
        </w:rPr>
        <w:t>sorting</w:t>
      </w:r>
      <w:proofErr w:type="spellEnd"/>
    </w:p>
    <w:p w14:paraId="684566F1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l’énergie</w:t>
      </w:r>
      <w:proofErr w:type="gramEnd"/>
      <w:r w:rsidRPr="003F345E">
        <w:rPr>
          <w:lang w:val="fr-FR"/>
        </w:rPr>
        <w:t xml:space="preserve"> renouvelable (f) – </w:t>
      </w:r>
      <w:proofErr w:type="spellStart"/>
      <w:r w:rsidRPr="003F345E">
        <w:rPr>
          <w:lang w:val="fr-FR"/>
        </w:rPr>
        <w:t>renewable</w:t>
      </w:r>
      <w:proofErr w:type="spellEnd"/>
      <w:r w:rsidRPr="003F345E">
        <w:rPr>
          <w:lang w:val="fr-FR"/>
        </w:rPr>
        <w:t xml:space="preserve"> </w:t>
      </w:r>
      <w:proofErr w:type="spellStart"/>
      <w:r w:rsidRPr="003F345E">
        <w:rPr>
          <w:lang w:val="fr-FR"/>
        </w:rPr>
        <w:t>energy</w:t>
      </w:r>
      <w:proofErr w:type="spellEnd"/>
    </w:p>
    <w:p w14:paraId="6EBDC202" w14:textId="77777777" w:rsidR="00C436BD" w:rsidRPr="003F345E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protection – protection</w:t>
      </w:r>
    </w:p>
    <w:p w14:paraId="456A2D4C" w14:textId="77777777" w:rsidR="00C436BD" w:rsidRDefault="00551EBC">
      <w:pPr>
        <w:rPr>
          <w:lang w:val="fr-FR"/>
        </w:rPr>
      </w:pPr>
      <w:proofErr w:type="gramStart"/>
      <w:r w:rsidRPr="003F345E">
        <w:rPr>
          <w:lang w:val="fr-FR"/>
        </w:rPr>
        <w:t>la</w:t>
      </w:r>
      <w:proofErr w:type="gramEnd"/>
      <w:r w:rsidRPr="003F345E">
        <w:rPr>
          <w:lang w:val="fr-FR"/>
        </w:rPr>
        <w:t xml:space="preserve"> nature protégée – </w:t>
      </w:r>
      <w:proofErr w:type="spellStart"/>
      <w:r w:rsidRPr="003F345E">
        <w:rPr>
          <w:lang w:val="fr-FR"/>
        </w:rPr>
        <w:t>protected</w:t>
      </w:r>
      <w:proofErr w:type="spellEnd"/>
      <w:r w:rsidRPr="003F345E">
        <w:rPr>
          <w:lang w:val="fr-FR"/>
        </w:rPr>
        <w:t xml:space="preserve"> nature</w:t>
      </w:r>
    </w:p>
    <w:p w14:paraId="29F03916" w14:textId="77777777" w:rsidR="009141E1" w:rsidRDefault="009141E1">
      <w:pPr>
        <w:rPr>
          <w:lang w:val="fr-FR"/>
        </w:rPr>
      </w:pPr>
    </w:p>
    <w:p w14:paraId="739871D9" w14:textId="77777777" w:rsidR="009141E1" w:rsidRDefault="009141E1">
      <w:pPr>
        <w:rPr>
          <w:lang w:val="fr-FR"/>
        </w:rPr>
        <w:sectPr w:rsidR="009141E1" w:rsidSect="00034616"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14:paraId="7BA4E529" w14:textId="7432F4C3" w:rsidR="009D061F" w:rsidRPr="005E6795" w:rsidRDefault="00740BCD" w:rsidP="00737B94">
      <w:pPr>
        <w:pStyle w:val="Heading1"/>
        <w:rPr>
          <w:sz w:val="44"/>
          <w:szCs w:val="44"/>
          <w:lang w:val="en-GB"/>
        </w:rPr>
      </w:pPr>
      <w:r w:rsidRPr="005E6795">
        <w:rPr>
          <w:sz w:val="44"/>
          <w:szCs w:val="44"/>
          <w:lang w:val="en-GB"/>
        </w:rPr>
        <w:lastRenderedPageBreak/>
        <w:t xml:space="preserve">ADJECTIVES </w:t>
      </w:r>
    </w:p>
    <w:p w14:paraId="76EEB919" w14:textId="0ECB7FE6" w:rsidR="009D061F" w:rsidRPr="005E6795" w:rsidRDefault="009D061F" w:rsidP="00737B94">
      <w:pPr>
        <w:pStyle w:val="Heading4"/>
        <w:rPr>
          <w:lang w:val="en-GB"/>
        </w:rPr>
      </w:pPr>
      <w:r w:rsidRPr="005E6795">
        <w:rPr>
          <w:lang w:val="en-GB"/>
        </w:rPr>
        <w:t>SIZE</w:t>
      </w:r>
    </w:p>
    <w:p w14:paraId="15C929D7" w14:textId="78FBE269" w:rsidR="009D061F" w:rsidRPr="005E6795" w:rsidRDefault="009D061F" w:rsidP="009D061F">
      <w:pPr>
        <w:rPr>
          <w:lang w:val="en-GB"/>
        </w:rPr>
      </w:pPr>
      <w:r w:rsidRPr="005E6795">
        <w:rPr>
          <w:lang w:val="en-GB"/>
        </w:rPr>
        <w:t>Grand(e)</w:t>
      </w:r>
      <w:r w:rsidR="000C56EA" w:rsidRPr="005E6795">
        <w:rPr>
          <w:lang w:val="en-GB"/>
        </w:rPr>
        <w:t xml:space="preserve"> - big</w:t>
      </w:r>
    </w:p>
    <w:p w14:paraId="5A285EC6" w14:textId="5CB5A379" w:rsidR="000C56EA" w:rsidRPr="005E6795" w:rsidRDefault="000C56EA" w:rsidP="009D061F">
      <w:pPr>
        <w:rPr>
          <w:lang w:val="en-GB"/>
        </w:rPr>
      </w:pPr>
      <w:r w:rsidRPr="005E6795">
        <w:rPr>
          <w:lang w:val="en-GB"/>
        </w:rPr>
        <w:t>Petit(e) – small</w:t>
      </w:r>
    </w:p>
    <w:p w14:paraId="4C25DA49" w14:textId="5DE60ED6" w:rsidR="000C56EA" w:rsidRPr="000C56EA" w:rsidRDefault="000C56EA" w:rsidP="009D061F">
      <w:pPr>
        <w:rPr>
          <w:lang w:val="it-IT"/>
        </w:rPr>
      </w:pPr>
      <w:r>
        <w:rPr>
          <w:lang w:val="it-IT"/>
        </w:rPr>
        <w:t>Enorme - enormous</w:t>
      </w:r>
    </w:p>
    <w:p w14:paraId="1CCF3902" w14:textId="4C687146" w:rsidR="00DD1048" w:rsidRPr="000C56EA" w:rsidRDefault="00DD1048" w:rsidP="008C7CBF">
      <w:pPr>
        <w:pStyle w:val="Heading4"/>
        <w:rPr>
          <w:lang w:val="it-IT"/>
        </w:rPr>
      </w:pPr>
      <w:r w:rsidRPr="000C56EA">
        <w:rPr>
          <w:lang w:val="it-IT"/>
        </w:rPr>
        <w:t>POSITIVE</w:t>
      </w:r>
    </w:p>
    <w:p w14:paraId="3F9F5F56" w14:textId="77777777" w:rsidR="00DD1048" w:rsidRPr="000C56EA" w:rsidRDefault="00DD1048" w:rsidP="00DD1048">
      <w:pPr>
        <w:rPr>
          <w:lang w:val="it-IT"/>
        </w:rPr>
      </w:pPr>
      <w:r w:rsidRPr="000C56EA">
        <w:rPr>
          <w:lang w:val="it-IT"/>
        </w:rPr>
        <w:t>calme – calm</w:t>
      </w:r>
    </w:p>
    <w:p w14:paraId="60193A76" w14:textId="77777777" w:rsidR="00DD1048" w:rsidRPr="00DD1048" w:rsidRDefault="00DD1048" w:rsidP="00DD1048">
      <w:pPr>
        <w:rPr>
          <w:lang w:val="fr-FR"/>
        </w:rPr>
      </w:pPr>
      <w:proofErr w:type="gramStart"/>
      <w:r w:rsidRPr="00DD1048">
        <w:rPr>
          <w:lang w:val="fr-FR"/>
        </w:rPr>
        <w:t>tranquille</w:t>
      </w:r>
      <w:proofErr w:type="gramEnd"/>
      <w:r w:rsidRPr="00DD1048">
        <w:rPr>
          <w:lang w:val="fr-FR"/>
        </w:rPr>
        <w:t xml:space="preserve"> – </w:t>
      </w:r>
      <w:proofErr w:type="spellStart"/>
      <w:r w:rsidRPr="00DD1048">
        <w:rPr>
          <w:lang w:val="fr-FR"/>
        </w:rPr>
        <w:t>peaceful</w:t>
      </w:r>
      <w:proofErr w:type="spellEnd"/>
    </w:p>
    <w:p w14:paraId="42E4A100" w14:textId="77777777" w:rsidR="00DD1048" w:rsidRPr="00DD1048" w:rsidRDefault="00DD1048" w:rsidP="00DD1048">
      <w:pPr>
        <w:rPr>
          <w:lang w:val="fr-FR"/>
        </w:rPr>
      </w:pPr>
      <w:proofErr w:type="gramStart"/>
      <w:r w:rsidRPr="00DD1048">
        <w:rPr>
          <w:lang w:val="fr-FR"/>
        </w:rPr>
        <w:t>paisible</w:t>
      </w:r>
      <w:proofErr w:type="gramEnd"/>
      <w:r w:rsidRPr="00DD1048">
        <w:rPr>
          <w:lang w:val="fr-FR"/>
        </w:rPr>
        <w:t xml:space="preserve"> – </w:t>
      </w:r>
      <w:proofErr w:type="spellStart"/>
      <w:r w:rsidRPr="00DD1048">
        <w:rPr>
          <w:lang w:val="fr-FR"/>
        </w:rPr>
        <w:t>serene</w:t>
      </w:r>
      <w:proofErr w:type="spellEnd"/>
    </w:p>
    <w:p w14:paraId="58015890" w14:textId="77777777" w:rsidR="00DD1048" w:rsidRPr="00DD1048" w:rsidRDefault="00DD1048" w:rsidP="00DD1048">
      <w:pPr>
        <w:rPr>
          <w:lang w:val="fr-FR"/>
        </w:rPr>
      </w:pPr>
      <w:proofErr w:type="gramStart"/>
      <w:r w:rsidRPr="00DD1048">
        <w:rPr>
          <w:lang w:val="fr-FR"/>
        </w:rPr>
        <w:t>relaxant</w:t>
      </w:r>
      <w:proofErr w:type="gramEnd"/>
      <w:r w:rsidRPr="00DD1048">
        <w:rPr>
          <w:lang w:val="fr-FR"/>
        </w:rPr>
        <w:t xml:space="preserve">(e) – </w:t>
      </w:r>
      <w:proofErr w:type="spellStart"/>
      <w:r w:rsidRPr="00DD1048">
        <w:rPr>
          <w:lang w:val="fr-FR"/>
        </w:rPr>
        <w:t>relaxing</w:t>
      </w:r>
      <w:proofErr w:type="spellEnd"/>
    </w:p>
    <w:p w14:paraId="46AF64CD" w14:textId="77777777" w:rsidR="00DD1048" w:rsidRPr="00DD1048" w:rsidRDefault="00DD1048" w:rsidP="00DD1048">
      <w:pPr>
        <w:rPr>
          <w:lang w:val="fr-FR"/>
        </w:rPr>
      </w:pPr>
      <w:proofErr w:type="gramStart"/>
      <w:r w:rsidRPr="00DD1048">
        <w:rPr>
          <w:lang w:val="fr-FR"/>
        </w:rPr>
        <w:t>reposant</w:t>
      </w:r>
      <w:proofErr w:type="gramEnd"/>
      <w:r w:rsidRPr="00DD1048">
        <w:rPr>
          <w:lang w:val="fr-FR"/>
        </w:rPr>
        <w:t xml:space="preserve">(e) – </w:t>
      </w:r>
      <w:proofErr w:type="spellStart"/>
      <w:r w:rsidRPr="00DD1048">
        <w:rPr>
          <w:lang w:val="fr-FR"/>
        </w:rPr>
        <w:t>restful</w:t>
      </w:r>
      <w:proofErr w:type="spellEnd"/>
    </w:p>
    <w:p w14:paraId="51BAFA2B" w14:textId="77777777" w:rsidR="00DD1048" w:rsidRPr="00DD1048" w:rsidRDefault="00DD1048" w:rsidP="00DD1048">
      <w:pPr>
        <w:rPr>
          <w:lang w:val="fr-FR"/>
        </w:rPr>
      </w:pPr>
      <w:proofErr w:type="gramStart"/>
      <w:r w:rsidRPr="00DD1048">
        <w:rPr>
          <w:lang w:val="fr-FR"/>
        </w:rPr>
        <w:t>magnifique</w:t>
      </w:r>
      <w:proofErr w:type="gramEnd"/>
      <w:r w:rsidRPr="00DD1048">
        <w:rPr>
          <w:lang w:val="fr-FR"/>
        </w:rPr>
        <w:t xml:space="preserve"> – </w:t>
      </w:r>
      <w:proofErr w:type="spellStart"/>
      <w:r w:rsidRPr="00DD1048">
        <w:rPr>
          <w:lang w:val="fr-FR"/>
        </w:rPr>
        <w:t>magnificent</w:t>
      </w:r>
      <w:proofErr w:type="spellEnd"/>
    </w:p>
    <w:p w14:paraId="0D1C1A77" w14:textId="77777777" w:rsidR="00DD1048" w:rsidRPr="00DD1048" w:rsidRDefault="00DD1048" w:rsidP="00DD1048">
      <w:pPr>
        <w:rPr>
          <w:lang w:val="fr-FR"/>
        </w:rPr>
      </w:pPr>
      <w:proofErr w:type="gramStart"/>
      <w:r w:rsidRPr="00DD1048">
        <w:rPr>
          <w:lang w:val="fr-FR"/>
        </w:rPr>
        <w:t>beau</w:t>
      </w:r>
      <w:proofErr w:type="gramEnd"/>
      <w:r w:rsidRPr="00DD1048">
        <w:rPr>
          <w:lang w:val="fr-FR"/>
        </w:rPr>
        <w:t xml:space="preserve"> / belle – </w:t>
      </w:r>
      <w:proofErr w:type="spellStart"/>
      <w:r w:rsidRPr="00DD1048">
        <w:rPr>
          <w:lang w:val="fr-FR"/>
        </w:rPr>
        <w:t>beautiful</w:t>
      </w:r>
      <w:proofErr w:type="spellEnd"/>
    </w:p>
    <w:p w14:paraId="0A300EB7" w14:textId="77777777" w:rsidR="00DD1048" w:rsidRPr="00DD1048" w:rsidRDefault="00DD1048" w:rsidP="00DD1048">
      <w:pPr>
        <w:rPr>
          <w:lang w:val="fr-FR"/>
        </w:rPr>
      </w:pPr>
      <w:proofErr w:type="gramStart"/>
      <w:r w:rsidRPr="00DD1048">
        <w:rPr>
          <w:lang w:val="fr-FR"/>
        </w:rPr>
        <w:t>impressionnant</w:t>
      </w:r>
      <w:proofErr w:type="gramEnd"/>
      <w:r w:rsidRPr="00DD1048">
        <w:rPr>
          <w:lang w:val="fr-FR"/>
        </w:rPr>
        <w:t>(e) – impressive</w:t>
      </w:r>
    </w:p>
    <w:p w14:paraId="70B140E5" w14:textId="77777777" w:rsidR="00DD1048" w:rsidRPr="005E6795" w:rsidRDefault="00DD1048" w:rsidP="00DD1048">
      <w:pPr>
        <w:rPr>
          <w:lang w:val="fr-FR"/>
        </w:rPr>
      </w:pPr>
      <w:r w:rsidRPr="005E6795">
        <w:rPr>
          <w:lang w:val="fr-FR"/>
        </w:rPr>
        <w:t>merveilleux / merveilleuse – wonderful</w:t>
      </w:r>
    </w:p>
    <w:p w14:paraId="523F6EFD" w14:textId="4356265F" w:rsidR="00DD1048" w:rsidRPr="005E6795" w:rsidRDefault="00DD1048" w:rsidP="00DD1048">
      <w:pPr>
        <w:rPr>
          <w:lang w:val="fr-FR"/>
        </w:rPr>
      </w:pPr>
      <w:r w:rsidRPr="005E6795">
        <w:rPr>
          <w:lang w:val="fr-FR"/>
        </w:rPr>
        <w:t>splendide – splendid</w:t>
      </w:r>
    </w:p>
    <w:p w14:paraId="5E65E871" w14:textId="2AD85982" w:rsidR="00173F39" w:rsidRPr="005E6795" w:rsidRDefault="00173F39" w:rsidP="00DD1048">
      <w:pPr>
        <w:rPr>
          <w:lang w:val="fr-FR"/>
        </w:rPr>
      </w:pPr>
      <w:r w:rsidRPr="005E6795">
        <w:rPr>
          <w:lang w:val="fr-FR"/>
        </w:rPr>
        <w:t>habile – clever</w:t>
      </w:r>
    </w:p>
    <w:p w14:paraId="3A56273D" w14:textId="4D8E3249" w:rsidR="00C2174E" w:rsidRDefault="00C2174E" w:rsidP="00DD1048">
      <w:pPr>
        <w:rPr>
          <w:lang w:val="fr-FR"/>
        </w:rPr>
      </w:pPr>
      <w:r w:rsidRPr="00DA2390">
        <w:rPr>
          <w:lang w:val="fr-FR"/>
        </w:rPr>
        <w:t>Joyeux/se</w:t>
      </w:r>
      <w:r>
        <w:rPr>
          <w:lang w:val="fr-FR"/>
        </w:rPr>
        <w:t xml:space="preserve"> – </w:t>
      </w:r>
      <w:proofErr w:type="spellStart"/>
      <w:r>
        <w:rPr>
          <w:lang w:val="fr-FR"/>
        </w:rPr>
        <w:t>joyful</w:t>
      </w:r>
      <w:proofErr w:type="spellEnd"/>
    </w:p>
    <w:p w14:paraId="34021434" w14:textId="6BE20B77" w:rsidR="00C2174E" w:rsidRPr="00C13814" w:rsidRDefault="00C2174E" w:rsidP="00DD1048">
      <w:pPr>
        <w:rPr>
          <w:lang w:val="en-GB"/>
        </w:rPr>
      </w:pPr>
      <w:r w:rsidRPr="00C13814">
        <w:rPr>
          <w:lang w:val="en-GB"/>
        </w:rPr>
        <w:t xml:space="preserve">Surpris(e) </w:t>
      </w:r>
      <w:r w:rsidR="00C13814" w:rsidRPr="00C13814">
        <w:rPr>
          <w:lang w:val="en-GB"/>
        </w:rPr>
        <w:t>–</w:t>
      </w:r>
      <w:r w:rsidRPr="00C13814">
        <w:rPr>
          <w:lang w:val="en-GB"/>
        </w:rPr>
        <w:t xml:space="preserve"> surp</w:t>
      </w:r>
      <w:r w:rsidR="005E33BB" w:rsidRPr="00C13814">
        <w:rPr>
          <w:lang w:val="en-GB"/>
        </w:rPr>
        <w:t>rised</w:t>
      </w:r>
    </w:p>
    <w:p w14:paraId="1EE7FA71" w14:textId="0767819C" w:rsidR="00C13814" w:rsidRPr="00C13814" w:rsidRDefault="00C13814" w:rsidP="00DD1048">
      <w:pPr>
        <w:rPr>
          <w:lang w:val="en-GB"/>
        </w:rPr>
      </w:pPr>
      <w:r w:rsidRPr="00C13814">
        <w:rPr>
          <w:lang w:val="en-GB"/>
        </w:rPr>
        <w:t>P</w:t>
      </w:r>
      <w:r>
        <w:rPr>
          <w:lang w:val="en-GB"/>
        </w:rPr>
        <w:t>ropre - clean</w:t>
      </w:r>
    </w:p>
    <w:p w14:paraId="3A7E4866" w14:textId="6B233ED4" w:rsidR="005E33BB" w:rsidRPr="00C13814" w:rsidRDefault="005E33BB" w:rsidP="005E33BB">
      <w:pPr>
        <w:pStyle w:val="Heading4"/>
        <w:rPr>
          <w:lang w:val="en-GB"/>
        </w:rPr>
      </w:pPr>
      <w:r w:rsidRPr="00C13814">
        <w:rPr>
          <w:lang w:val="en-GB"/>
        </w:rPr>
        <w:t>NEGATIVE</w:t>
      </w:r>
    </w:p>
    <w:p w14:paraId="10EDA275" w14:textId="7E952375" w:rsidR="00DA2390" w:rsidRPr="005E6795" w:rsidRDefault="00DA2390" w:rsidP="00DD1048">
      <w:pPr>
        <w:rPr>
          <w:lang w:val="fr-FR"/>
        </w:rPr>
      </w:pPr>
      <w:r w:rsidRPr="005E6795">
        <w:rPr>
          <w:lang w:val="fr-FR"/>
        </w:rPr>
        <w:t>Triste – sad</w:t>
      </w:r>
    </w:p>
    <w:p w14:paraId="4772169C" w14:textId="1A2978CB" w:rsidR="00DA2390" w:rsidRPr="00DA2390" w:rsidRDefault="00DA2390" w:rsidP="00DA2390">
      <w:pPr>
        <w:rPr>
          <w:lang w:val="fr-FR"/>
        </w:rPr>
      </w:pPr>
      <w:r w:rsidRPr="00DA2390">
        <w:rPr>
          <w:lang w:val="fr-FR"/>
        </w:rPr>
        <w:t>Effrayé(e)</w:t>
      </w:r>
      <w:r w:rsidR="00C2174E">
        <w:rPr>
          <w:lang w:val="fr-FR"/>
        </w:rPr>
        <w:t xml:space="preserve"> - </w:t>
      </w:r>
      <w:proofErr w:type="spellStart"/>
      <w:r w:rsidR="00C2174E">
        <w:rPr>
          <w:lang w:val="fr-FR"/>
        </w:rPr>
        <w:t>afraid</w:t>
      </w:r>
      <w:proofErr w:type="spellEnd"/>
    </w:p>
    <w:p w14:paraId="31A8D27B" w14:textId="529DD8B5" w:rsidR="00DA2390" w:rsidRPr="00DA2390" w:rsidRDefault="00DA2390" w:rsidP="00DA2390">
      <w:pPr>
        <w:rPr>
          <w:lang w:val="fr-FR"/>
        </w:rPr>
      </w:pPr>
      <w:r w:rsidRPr="00DA2390">
        <w:rPr>
          <w:lang w:val="fr-FR"/>
        </w:rPr>
        <w:t>Fatigué(e)</w:t>
      </w:r>
      <w:r w:rsidR="00D518D4">
        <w:rPr>
          <w:lang w:val="fr-FR"/>
        </w:rPr>
        <w:t xml:space="preserve"> - </w:t>
      </w:r>
      <w:proofErr w:type="spellStart"/>
      <w:r w:rsidR="00D518D4">
        <w:rPr>
          <w:lang w:val="fr-FR"/>
        </w:rPr>
        <w:t>tired</w:t>
      </w:r>
      <w:proofErr w:type="spellEnd"/>
    </w:p>
    <w:p w14:paraId="349F9898" w14:textId="5C0B2864" w:rsidR="00DA2390" w:rsidRPr="00DA2390" w:rsidRDefault="00DA2390" w:rsidP="00DA2390">
      <w:pPr>
        <w:rPr>
          <w:lang w:val="fr-FR"/>
        </w:rPr>
      </w:pPr>
      <w:r w:rsidRPr="00DA2390">
        <w:rPr>
          <w:lang w:val="fr-FR"/>
        </w:rPr>
        <w:t>En colère</w:t>
      </w:r>
      <w:r w:rsidR="00D518D4">
        <w:rPr>
          <w:lang w:val="fr-FR"/>
        </w:rPr>
        <w:t xml:space="preserve"> - </w:t>
      </w:r>
      <w:proofErr w:type="spellStart"/>
      <w:r w:rsidR="00D518D4">
        <w:rPr>
          <w:lang w:val="fr-FR"/>
        </w:rPr>
        <w:t>angry</w:t>
      </w:r>
      <w:proofErr w:type="spellEnd"/>
    </w:p>
    <w:p w14:paraId="4A8D073A" w14:textId="1F166B61" w:rsidR="00DA2390" w:rsidRPr="005E6795" w:rsidRDefault="00DA2390" w:rsidP="00DA2390">
      <w:pPr>
        <w:rPr>
          <w:lang w:val="fr-FR"/>
        </w:rPr>
      </w:pPr>
      <w:r w:rsidRPr="005E6795">
        <w:rPr>
          <w:lang w:val="fr-FR"/>
        </w:rPr>
        <w:t>Inquiet(e)</w:t>
      </w:r>
      <w:r w:rsidR="00D518D4" w:rsidRPr="005E6795">
        <w:rPr>
          <w:lang w:val="fr-FR"/>
        </w:rPr>
        <w:t xml:space="preserve"> – worried</w:t>
      </w:r>
    </w:p>
    <w:p w14:paraId="12463FB7" w14:textId="07346E50" w:rsidR="00DA2390" w:rsidRPr="005E6795" w:rsidRDefault="00D518D4" w:rsidP="00DD1048">
      <w:pPr>
        <w:rPr>
          <w:lang w:val="fr-FR"/>
        </w:rPr>
      </w:pPr>
      <w:r w:rsidRPr="005E6795">
        <w:rPr>
          <w:lang w:val="fr-FR"/>
        </w:rPr>
        <w:lastRenderedPageBreak/>
        <w:t xml:space="preserve">Mort(e) </w:t>
      </w:r>
      <w:r w:rsidR="00712DDF" w:rsidRPr="005E6795">
        <w:rPr>
          <w:lang w:val="fr-FR"/>
        </w:rPr>
        <w:t>–</w:t>
      </w:r>
      <w:r w:rsidRPr="005E6795">
        <w:rPr>
          <w:lang w:val="fr-FR"/>
        </w:rPr>
        <w:t xml:space="preserve"> dead</w:t>
      </w:r>
    </w:p>
    <w:p w14:paraId="4E72D046" w14:textId="72A3F399" w:rsidR="00C13814" w:rsidRPr="005E6795" w:rsidRDefault="00E81405" w:rsidP="00DD1048">
      <w:pPr>
        <w:rPr>
          <w:lang w:val="fr-FR"/>
        </w:rPr>
      </w:pPr>
      <w:r w:rsidRPr="005E6795">
        <w:rPr>
          <w:lang w:val="fr-FR"/>
        </w:rPr>
        <w:t>Dangereux/se</w:t>
      </w:r>
      <w:r w:rsidRPr="005E6795">
        <w:rPr>
          <w:lang w:val="fr-FR"/>
        </w:rPr>
        <w:tab/>
        <w:t>- dangerous</w:t>
      </w:r>
    </w:p>
    <w:p w14:paraId="00E2FD2A" w14:textId="4EB47628" w:rsidR="00DD1048" w:rsidRPr="00DD1048" w:rsidRDefault="00D4288B" w:rsidP="008C7CBF">
      <w:pPr>
        <w:pStyle w:val="Heading4"/>
        <w:rPr>
          <w:lang w:val="en-GB"/>
        </w:rPr>
      </w:pPr>
      <w:r w:rsidRPr="00DD1048">
        <w:rPr>
          <w:lang w:val="en-GB"/>
        </w:rPr>
        <w:t>EMOTIONAL / SENSORY FEELINGS</w:t>
      </w:r>
    </w:p>
    <w:p w14:paraId="1F16F3B9" w14:textId="77777777" w:rsidR="00DD1048" w:rsidRPr="00DD1048" w:rsidRDefault="00DD1048" w:rsidP="00DD1048">
      <w:pPr>
        <w:rPr>
          <w:lang w:val="en-GB"/>
        </w:rPr>
      </w:pPr>
      <w:proofErr w:type="spellStart"/>
      <w:r w:rsidRPr="00DD1048">
        <w:rPr>
          <w:lang w:val="en-GB"/>
        </w:rPr>
        <w:t>apaisant</w:t>
      </w:r>
      <w:proofErr w:type="spellEnd"/>
      <w:r w:rsidRPr="00DD1048">
        <w:rPr>
          <w:lang w:val="en-GB"/>
        </w:rPr>
        <w:t>(e) – soothing</w:t>
      </w:r>
    </w:p>
    <w:p w14:paraId="4E90D447" w14:textId="77777777" w:rsidR="00DD1048" w:rsidRPr="005E6795" w:rsidRDefault="00DD1048" w:rsidP="00DD1048">
      <w:pPr>
        <w:rPr>
          <w:lang w:val="fr-FR"/>
        </w:rPr>
      </w:pPr>
      <w:r w:rsidRPr="005E6795">
        <w:rPr>
          <w:lang w:val="fr-FR"/>
        </w:rPr>
        <w:t>rafraîchissant(e) – refreshing</w:t>
      </w:r>
    </w:p>
    <w:p w14:paraId="252C857E" w14:textId="77777777" w:rsidR="00DD1048" w:rsidRPr="005E6795" w:rsidRDefault="00DD1048" w:rsidP="00DD1048">
      <w:pPr>
        <w:rPr>
          <w:lang w:val="fr-FR"/>
        </w:rPr>
      </w:pPr>
      <w:r w:rsidRPr="005E6795">
        <w:rPr>
          <w:lang w:val="fr-FR"/>
        </w:rPr>
        <w:t>agréable – pleasant</w:t>
      </w:r>
    </w:p>
    <w:p w14:paraId="3809FEE7" w14:textId="77777777" w:rsidR="00DD1048" w:rsidRPr="005E6795" w:rsidRDefault="00DD1048" w:rsidP="00DD1048">
      <w:pPr>
        <w:rPr>
          <w:lang w:val="fr-FR"/>
        </w:rPr>
      </w:pPr>
      <w:r w:rsidRPr="005E6795">
        <w:rPr>
          <w:lang w:val="fr-FR"/>
        </w:rPr>
        <w:t>doux / douce – gentle / soft</w:t>
      </w:r>
    </w:p>
    <w:p w14:paraId="7284AC5F" w14:textId="77777777" w:rsidR="00DD1048" w:rsidRPr="00DD1048" w:rsidRDefault="00DD1048" w:rsidP="00DD1048">
      <w:pPr>
        <w:rPr>
          <w:lang w:val="en-GB"/>
        </w:rPr>
      </w:pPr>
      <w:proofErr w:type="spellStart"/>
      <w:r w:rsidRPr="00DD1048">
        <w:rPr>
          <w:lang w:val="en-GB"/>
        </w:rPr>
        <w:t>vivifiant</w:t>
      </w:r>
      <w:proofErr w:type="spellEnd"/>
      <w:r w:rsidRPr="00DD1048">
        <w:rPr>
          <w:lang w:val="en-GB"/>
        </w:rPr>
        <w:t>(e) – invigorating</w:t>
      </w:r>
    </w:p>
    <w:p w14:paraId="1868611C" w14:textId="374FC13F" w:rsidR="005E7902" w:rsidRDefault="00DD1048" w:rsidP="00C13814">
      <w:pPr>
        <w:rPr>
          <w:lang w:val="en-GB"/>
        </w:rPr>
      </w:pPr>
      <w:proofErr w:type="spellStart"/>
      <w:r w:rsidRPr="00DD1048">
        <w:rPr>
          <w:lang w:val="en-GB"/>
        </w:rPr>
        <w:t>inspirant</w:t>
      </w:r>
      <w:proofErr w:type="spellEnd"/>
      <w:r w:rsidRPr="00DD1048">
        <w:rPr>
          <w:lang w:val="en-GB"/>
        </w:rPr>
        <w:t>(e) – inspiring</w:t>
      </w:r>
    </w:p>
    <w:p w14:paraId="036217B9" w14:textId="012F8E07" w:rsidR="00DD1048" w:rsidRPr="00DD1048" w:rsidRDefault="00FB4B11" w:rsidP="008C7CBF">
      <w:pPr>
        <w:pStyle w:val="Heading4"/>
        <w:rPr>
          <w:lang w:val="en-GB"/>
        </w:rPr>
      </w:pPr>
      <w:r>
        <w:rPr>
          <w:lang w:val="en-GB"/>
        </w:rPr>
        <w:t xml:space="preserve">MORE DRAMATIC FEELINGS </w:t>
      </w:r>
    </w:p>
    <w:p w14:paraId="6534BB18" w14:textId="77777777" w:rsidR="00DD1048" w:rsidRPr="00FB4B11" w:rsidRDefault="00DD1048" w:rsidP="00DD1048">
      <w:pPr>
        <w:rPr>
          <w:lang w:val="en-GB"/>
        </w:rPr>
      </w:pPr>
      <w:proofErr w:type="spellStart"/>
      <w:r w:rsidRPr="00FB4B11">
        <w:rPr>
          <w:lang w:val="en-GB"/>
        </w:rPr>
        <w:t>sauvage</w:t>
      </w:r>
      <w:proofErr w:type="spellEnd"/>
      <w:r w:rsidRPr="00FB4B11">
        <w:rPr>
          <w:lang w:val="en-GB"/>
        </w:rPr>
        <w:t xml:space="preserve"> – wild</w:t>
      </w:r>
    </w:p>
    <w:p w14:paraId="32FA6BF9" w14:textId="77777777" w:rsidR="00DD1048" w:rsidRPr="00DD1048" w:rsidRDefault="00DD1048" w:rsidP="00DD1048">
      <w:pPr>
        <w:rPr>
          <w:lang w:val="fr-FR"/>
        </w:rPr>
      </w:pPr>
      <w:proofErr w:type="gramStart"/>
      <w:r w:rsidRPr="00DD1048">
        <w:rPr>
          <w:lang w:val="fr-FR"/>
        </w:rPr>
        <w:t>mystérieux</w:t>
      </w:r>
      <w:proofErr w:type="gramEnd"/>
      <w:r w:rsidRPr="00DD1048">
        <w:rPr>
          <w:lang w:val="fr-FR"/>
        </w:rPr>
        <w:t xml:space="preserve"> / mystérieuse – </w:t>
      </w:r>
      <w:proofErr w:type="spellStart"/>
      <w:r w:rsidRPr="00DD1048">
        <w:rPr>
          <w:lang w:val="fr-FR"/>
        </w:rPr>
        <w:t>mysterious</w:t>
      </w:r>
      <w:proofErr w:type="spellEnd"/>
    </w:p>
    <w:p w14:paraId="4C0D0AA5" w14:textId="77777777" w:rsidR="00DD1048" w:rsidRPr="00DD1048" w:rsidRDefault="00DD1048" w:rsidP="00DD1048">
      <w:pPr>
        <w:rPr>
          <w:lang w:val="fr-FR"/>
        </w:rPr>
      </w:pPr>
      <w:proofErr w:type="gramStart"/>
      <w:r w:rsidRPr="00DD1048">
        <w:rPr>
          <w:lang w:val="fr-FR"/>
        </w:rPr>
        <w:t>sombre</w:t>
      </w:r>
      <w:proofErr w:type="gramEnd"/>
      <w:r w:rsidRPr="00DD1048">
        <w:rPr>
          <w:lang w:val="fr-FR"/>
        </w:rPr>
        <w:t xml:space="preserve"> – </w:t>
      </w:r>
      <w:proofErr w:type="spellStart"/>
      <w:r w:rsidRPr="00DD1048">
        <w:rPr>
          <w:lang w:val="fr-FR"/>
        </w:rPr>
        <w:t>dark</w:t>
      </w:r>
      <w:proofErr w:type="spellEnd"/>
    </w:p>
    <w:p w14:paraId="2B5E37F4" w14:textId="77777777" w:rsidR="00DD1048" w:rsidRPr="00DD1048" w:rsidRDefault="00DD1048" w:rsidP="00DD1048">
      <w:pPr>
        <w:rPr>
          <w:lang w:val="fr-FR"/>
        </w:rPr>
      </w:pPr>
      <w:proofErr w:type="gramStart"/>
      <w:r w:rsidRPr="00DD1048">
        <w:rPr>
          <w:lang w:val="fr-FR"/>
        </w:rPr>
        <w:t>bruyant</w:t>
      </w:r>
      <w:proofErr w:type="gramEnd"/>
      <w:r w:rsidRPr="00DD1048">
        <w:rPr>
          <w:lang w:val="fr-FR"/>
        </w:rPr>
        <w:t xml:space="preserve">(e) – </w:t>
      </w:r>
      <w:proofErr w:type="spellStart"/>
      <w:r w:rsidRPr="00DD1048">
        <w:rPr>
          <w:lang w:val="fr-FR"/>
        </w:rPr>
        <w:t>noisy</w:t>
      </w:r>
      <w:proofErr w:type="spellEnd"/>
    </w:p>
    <w:p w14:paraId="58956794" w14:textId="77777777" w:rsidR="00DD1048" w:rsidRPr="00DD1048" w:rsidRDefault="00DD1048" w:rsidP="00DD1048">
      <w:pPr>
        <w:rPr>
          <w:lang w:val="fr-FR"/>
        </w:rPr>
      </w:pPr>
      <w:proofErr w:type="gramStart"/>
      <w:r w:rsidRPr="00DD1048">
        <w:rPr>
          <w:lang w:val="fr-FR"/>
        </w:rPr>
        <w:t>silencieux</w:t>
      </w:r>
      <w:proofErr w:type="gramEnd"/>
      <w:r w:rsidRPr="00DD1048">
        <w:rPr>
          <w:lang w:val="fr-FR"/>
        </w:rPr>
        <w:t xml:space="preserve"> / silencieuse – silent</w:t>
      </w:r>
    </w:p>
    <w:p w14:paraId="2DAA6D46" w14:textId="6E7133D2" w:rsidR="00CA6117" w:rsidRDefault="00DD1048" w:rsidP="00DD1048">
      <w:pPr>
        <w:rPr>
          <w:lang w:val="fr-FR"/>
        </w:rPr>
      </w:pPr>
      <w:proofErr w:type="gramStart"/>
      <w:r w:rsidRPr="00DD1048">
        <w:rPr>
          <w:lang w:val="fr-FR"/>
        </w:rPr>
        <w:t>puissant</w:t>
      </w:r>
      <w:proofErr w:type="gramEnd"/>
      <w:r w:rsidRPr="00DD1048">
        <w:rPr>
          <w:lang w:val="fr-FR"/>
        </w:rPr>
        <w:t xml:space="preserve">(e) – </w:t>
      </w:r>
      <w:proofErr w:type="spellStart"/>
      <w:r w:rsidRPr="00DD1048">
        <w:rPr>
          <w:lang w:val="fr-FR"/>
        </w:rPr>
        <w:t>powerful</w:t>
      </w:r>
      <w:proofErr w:type="spellEnd"/>
    </w:p>
    <w:p w14:paraId="3D96DD80" w14:textId="4E279444" w:rsidR="005E33BB" w:rsidRDefault="005E33BB" w:rsidP="005E33BB">
      <w:pPr>
        <w:pStyle w:val="Heading4"/>
      </w:pPr>
      <w:r>
        <w:t>COLOURS</w:t>
      </w:r>
    </w:p>
    <w:p w14:paraId="44B85C6E" w14:textId="73B338CC" w:rsidR="00B02D7C" w:rsidRPr="008B2358" w:rsidRDefault="00B02D7C" w:rsidP="00B02D7C">
      <w:pPr>
        <w:spacing w:after="160" w:line="259" w:lineRule="auto"/>
      </w:pPr>
      <w:r w:rsidRPr="008B2358">
        <w:t>rouge (red)</w:t>
      </w:r>
    </w:p>
    <w:p w14:paraId="6FBEC8EA" w14:textId="77777777" w:rsidR="00B02D7C" w:rsidRPr="008B2358" w:rsidRDefault="00B02D7C" w:rsidP="00B02D7C">
      <w:pPr>
        <w:spacing w:after="160" w:line="259" w:lineRule="auto"/>
      </w:pPr>
      <w:proofErr w:type="gramStart"/>
      <w:r w:rsidRPr="008B2358">
        <w:t>bleu</w:t>
      </w:r>
      <w:proofErr w:type="gramEnd"/>
      <w:r w:rsidRPr="008B2358">
        <w:t xml:space="preserve"> (blue)</w:t>
      </w:r>
    </w:p>
    <w:p w14:paraId="052EBADD" w14:textId="77777777" w:rsidR="00B02D7C" w:rsidRPr="008B2358" w:rsidRDefault="00B02D7C" w:rsidP="00B02D7C">
      <w:pPr>
        <w:spacing w:after="160" w:line="259" w:lineRule="auto"/>
      </w:pPr>
      <w:r w:rsidRPr="008B2358">
        <w:t>vert (green)</w:t>
      </w:r>
    </w:p>
    <w:p w14:paraId="6CC35B84" w14:textId="77777777" w:rsidR="00B02D7C" w:rsidRPr="008B2358" w:rsidRDefault="00B02D7C" w:rsidP="00B02D7C">
      <w:pPr>
        <w:spacing w:after="160" w:line="259" w:lineRule="auto"/>
      </w:pPr>
      <w:r w:rsidRPr="008B2358">
        <w:t>noir (black)</w:t>
      </w:r>
    </w:p>
    <w:p w14:paraId="1D9ACFBD" w14:textId="77777777" w:rsidR="00B02D7C" w:rsidRPr="008B2358" w:rsidRDefault="00B02D7C" w:rsidP="00B02D7C">
      <w:pPr>
        <w:spacing w:after="160" w:line="259" w:lineRule="auto"/>
      </w:pPr>
      <w:proofErr w:type="spellStart"/>
      <w:r w:rsidRPr="008B2358">
        <w:t>blanc</w:t>
      </w:r>
      <w:proofErr w:type="spellEnd"/>
      <w:r w:rsidRPr="008B2358">
        <w:t xml:space="preserve"> (white)</w:t>
      </w:r>
    </w:p>
    <w:p w14:paraId="57205801" w14:textId="77777777" w:rsidR="00B02D7C" w:rsidRPr="008B2358" w:rsidRDefault="00B02D7C" w:rsidP="00B02D7C">
      <w:pPr>
        <w:spacing w:after="160" w:line="259" w:lineRule="auto"/>
      </w:pPr>
      <w:r w:rsidRPr="008B2358">
        <w:t>jaune (yellow)</w:t>
      </w:r>
    </w:p>
    <w:p w14:paraId="0EDD101C" w14:textId="77777777" w:rsidR="00B02D7C" w:rsidRPr="008B2358" w:rsidRDefault="00B02D7C" w:rsidP="00B02D7C">
      <w:pPr>
        <w:spacing w:after="160" w:line="259" w:lineRule="auto"/>
      </w:pPr>
      <w:r w:rsidRPr="008B2358">
        <w:t>orange (orange)</w:t>
      </w:r>
    </w:p>
    <w:p w14:paraId="51BFAB4F" w14:textId="77777777" w:rsidR="00B02D7C" w:rsidRPr="008B2358" w:rsidRDefault="00B02D7C" w:rsidP="00B02D7C">
      <w:pPr>
        <w:spacing w:after="160" w:line="259" w:lineRule="auto"/>
      </w:pPr>
      <w:r w:rsidRPr="008B2358">
        <w:t>violet (purple)</w:t>
      </w:r>
    </w:p>
    <w:p w14:paraId="411BC4D3" w14:textId="77777777" w:rsidR="00B02D7C" w:rsidRPr="008B2358" w:rsidRDefault="00B02D7C" w:rsidP="00B02D7C">
      <w:pPr>
        <w:spacing w:after="160" w:line="259" w:lineRule="auto"/>
      </w:pPr>
      <w:r w:rsidRPr="008B2358">
        <w:t>rose (pink)</w:t>
      </w:r>
    </w:p>
    <w:p w14:paraId="615AA54C" w14:textId="77777777" w:rsidR="00B02D7C" w:rsidRPr="008B2358" w:rsidRDefault="00B02D7C" w:rsidP="00B02D7C">
      <w:pPr>
        <w:spacing w:after="160" w:line="259" w:lineRule="auto"/>
      </w:pPr>
      <w:r w:rsidRPr="008B2358">
        <w:t>marron (brown) </w:t>
      </w:r>
    </w:p>
    <w:p w14:paraId="6E5445B6" w14:textId="77777777" w:rsidR="00B02D7C" w:rsidRPr="0048487F" w:rsidRDefault="00B02D7C" w:rsidP="00DD1048">
      <w:pPr>
        <w:rPr>
          <w:lang w:val="en-GB"/>
        </w:rPr>
      </w:pPr>
    </w:p>
    <w:p w14:paraId="229997AB" w14:textId="002AAF53" w:rsidR="00755311" w:rsidRPr="005E6795" w:rsidRDefault="00755311" w:rsidP="00C13814">
      <w:pPr>
        <w:pStyle w:val="Heading1"/>
        <w:rPr>
          <w:sz w:val="44"/>
          <w:szCs w:val="44"/>
          <w:lang w:val="en-GB"/>
        </w:rPr>
      </w:pPr>
      <w:r w:rsidRPr="005E6795">
        <w:rPr>
          <w:sz w:val="44"/>
          <w:szCs w:val="44"/>
          <w:lang w:val="en-GB"/>
        </w:rPr>
        <w:lastRenderedPageBreak/>
        <w:t>VERBS</w:t>
      </w:r>
    </w:p>
    <w:p w14:paraId="01722690" w14:textId="77777777" w:rsidR="00C4551A" w:rsidRDefault="00C4551A" w:rsidP="00755311">
      <w:pPr>
        <w:rPr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13"/>
        <w:gridCol w:w="4317"/>
      </w:tblGrid>
      <w:tr w:rsidR="000E4C1F" w14:paraId="564DFB84" w14:textId="77777777" w:rsidTr="000E4C1F">
        <w:tc>
          <w:tcPr>
            <w:tcW w:w="4428" w:type="dxa"/>
            <w:shd w:val="clear" w:color="auto" w:fill="DBE5F1" w:themeFill="accent1" w:themeFillTint="33"/>
          </w:tcPr>
          <w:p w14:paraId="1F35894F" w14:textId="1F6EEC8D" w:rsidR="000E4C1F" w:rsidRDefault="000E4C1F" w:rsidP="00755311">
            <w:pPr>
              <w:rPr>
                <w:lang w:val="en-GB"/>
              </w:rPr>
            </w:pPr>
            <w:r>
              <w:rPr>
                <w:lang w:val="en-GB"/>
              </w:rPr>
              <w:t>VERB</w:t>
            </w:r>
          </w:p>
        </w:tc>
        <w:tc>
          <w:tcPr>
            <w:tcW w:w="4428" w:type="dxa"/>
            <w:shd w:val="clear" w:color="auto" w:fill="DBE5F1" w:themeFill="accent1" w:themeFillTint="33"/>
          </w:tcPr>
          <w:p w14:paraId="63E15385" w14:textId="0EFCE9E7" w:rsidR="000E4C1F" w:rsidRDefault="000E4C1F" w:rsidP="00755311">
            <w:pPr>
              <w:rPr>
                <w:lang w:val="en-GB"/>
              </w:rPr>
            </w:pPr>
            <w:r>
              <w:rPr>
                <w:lang w:val="en-GB"/>
              </w:rPr>
              <w:t>NOUN</w:t>
            </w:r>
          </w:p>
        </w:tc>
      </w:tr>
      <w:tr w:rsidR="00FA6403" w:rsidRPr="005E6795" w14:paraId="06B1D8D7" w14:textId="77777777" w:rsidTr="000E4C1F">
        <w:tc>
          <w:tcPr>
            <w:tcW w:w="4428" w:type="dxa"/>
          </w:tcPr>
          <w:p w14:paraId="08B6EDDE" w14:textId="7A8793E2" w:rsidR="00FA6403" w:rsidRDefault="00FA6403" w:rsidP="00755311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J’aime</w:t>
            </w:r>
            <w:proofErr w:type="spellEnd"/>
            <w:r>
              <w:rPr>
                <w:lang w:val="en-GB"/>
              </w:rPr>
              <w:t xml:space="preserve"> – I like</w:t>
            </w:r>
          </w:p>
        </w:tc>
        <w:tc>
          <w:tcPr>
            <w:tcW w:w="4428" w:type="dxa"/>
            <w:vMerge w:val="restart"/>
          </w:tcPr>
          <w:p w14:paraId="76E6E13F" w14:textId="77777777" w:rsidR="00FA6403" w:rsidRPr="005E6795" w:rsidRDefault="00FA6403" w:rsidP="00755311">
            <w:pPr>
              <w:rPr>
                <w:lang w:val="fr-FR"/>
              </w:rPr>
            </w:pPr>
            <w:r w:rsidRPr="005E6795">
              <w:rPr>
                <w:lang w:val="fr-FR"/>
              </w:rPr>
              <w:t>les insectes</w:t>
            </w:r>
          </w:p>
          <w:p w14:paraId="125C21CE" w14:textId="77777777" w:rsidR="00FA6403" w:rsidRPr="00FA6403" w:rsidRDefault="00FA6403" w:rsidP="00755311">
            <w:pPr>
              <w:rPr>
                <w:lang w:val="fr-FR"/>
              </w:rPr>
            </w:pPr>
            <w:r w:rsidRPr="00FA6403">
              <w:rPr>
                <w:lang w:val="fr-FR"/>
              </w:rPr>
              <w:t>Les oiseaux</w:t>
            </w:r>
          </w:p>
          <w:p w14:paraId="73898F4F" w14:textId="77777777" w:rsidR="00FA6403" w:rsidRPr="00FA6403" w:rsidRDefault="00FA6403" w:rsidP="00755311">
            <w:pPr>
              <w:rPr>
                <w:lang w:val="fr-FR"/>
              </w:rPr>
            </w:pPr>
            <w:r w:rsidRPr="00FA6403">
              <w:rPr>
                <w:lang w:val="fr-FR"/>
              </w:rPr>
              <w:t>La nature</w:t>
            </w:r>
          </w:p>
          <w:p w14:paraId="7C07D3FD" w14:textId="77777777" w:rsidR="00FA6403" w:rsidRDefault="00FA6403" w:rsidP="00755311">
            <w:pPr>
              <w:rPr>
                <w:lang w:val="fr-FR"/>
              </w:rPr>
            </w:pPr>
            <w:r w:rsidRPr="00FA6403">
              <w:rPr>
                <w:lang w:val="fr-FR"/>
              </w:rPr>
              <w:t>La pollution</w:t>
            </w:r>
          </w:p>
          <w:p w14:paraId="716CF3E8" w14:textId="77777777" w:rsidR="00FA6403" w:rsidRDefault="00FA6403" w:rsidP="00755311">
            <w:pPr>
              <w:rPr>
                <w:lang w:val="fr-FR"/>
              </w:rPr>
            </w:pPr>
            <w:r>
              <w:rPr>
                <w:lang w:val="fr-FR"/>
              </w:rPr>
              <w:t xml:space="preserve">Les </w:t>
            </w:r>
            <w:r w:rsidR="0091565E">
              <w:rPr>
                <w:lang w:val="fr-FR"/>
              </w:rPr>
              <w:t xml:space="preserve">fleurs </w:t>
            </w:r>
          </w:p>
          <w:p w14:paraId="6CD01B3D" w14:textId="5795C4E8" w:rsidR="0091565E" w:rsidRPr="00FA6403" w:rsidRDefault="0091565E" w:rsidP="00755311">
            <w:pPr>
              <w:rPr>
                <w:lang w:val="fr-FR"/>
              </w:rPr>
            </w:pPr>
            <w:proofErr w:type="spellStart"/>
            <w:r>
              <w:rPr>
                <w:lang w:val="fr-FR"/>
              </w:rPr>
              <w:t>Etc</w:t>
            </w:r>
            <w:proofErr w:type="spellEnd"/>
            <w:r>
              <w:rPr>
                <w:lang w:val="fr-FR"/>
              </w:rPr>
              <w:t xml:space="preserve"> … </w:t>
            </w:r>
          </w:p>
        </w:tc>
      </w:tr>
      <w:tr w:rsidR="00FA6403" w14:paraId="4E2E2687" w14:textId="77777777" w:rsidTr="000E4C1F">
        <w:tc>
          <w:tcPr>
            <w:tcW w:w="4428" w:type="dxa"/>
          </w:tcPr>
          <w:p w14:paraId="6FD87650" w14:textId="0FBEB8F1" w:rsidR="00FA6403" w:rsidRDefault="00FA6403" w:rsidP="00755311">
            <w:pPr>
              <w:rPr>
                <w:lang w:val="en-GB"/>
              </w:rPr>
            </w:pPr>
            <w:r>
              <w:rPr>
                <w:lang w:val="en-GB"/>
              </w:rPr>
              <w:t>J’adore – I love</w:t>
            </w:r>
          </w:p>
        </w:tc>
        <w:tc>
          <w:tcPr>
            <w:tcW w:w="4428" w:type="dxa"/>
            <w:vMerge/>
          </w:tcPr>
          <w:p w14:paraId="5E3FBC78" w14:textId="2E409759" w:rsidR="00FA6403" w:rsidRDefault="00FA6403" w:rsidP="00755311">
            <w:pPr>
              <w:rPr>
                <w:lang w:val="en-GB"/>
              </w:rPr>
            </w:pPr>
          </w:p>
        </w:tc>
      </w:tr>
      <w:tr w:rsidR="00FA6403" w14:paraId="09F4E88F" w14:textId="77777777" w:rsidTr="000E4C1F">
        <w:tc>
          <w:tcPr>
            <w:tcW w:w="4428" w:type="dxa"/>
          </w:tcPr>
          <w:p w14:paraId="5B88E833" w14:textId="7865C635" w:rsidR="00FA6403" w:rsidRDefault="00FA6403" w:rsidP="00755311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J’aide</w:t>
            </w:r>
            <w:proofErr w:type="spellEnd"/>
            <w:r>
              <w:rPr>
                <w:lang w:val="en-GB"/>
              </w:rPr>
              <w:t xml:space="preserve"> – I help</w:t>
            </w:r>
          </w:p>
        </w:tc>
        <w:tc>
          <w:tcPr>
            <w:tcW w:w="4428" w:type="dxa"/>
            <w:vMerge/>
          </w:tcPr>
          <w:p w14:paraId="2E40E098" w14:textId="6E628E3C" w:rsidR="00FA6403" w:rsidRDefault="00FA6403" w:rsidP="00755311">
            <w:pPr>
              <w:rPr>
                <w:lang w:val="en-GB"/>
              </w:rPr>
            </w:pPr>
          </w:p>
        </w:tc>
      </w:tr>
      <w:tr w:rsidR="00FA6403" w14:paraId="4DAC8697" w14:textId="77777777" w:rsidTr="000E4C1F">
        <w:tc>
          <w:tcPr>
            <w:tcW w:w="4428" w:type="dxa"/>
          </w:tcPr>
          <w:p w14:paraId="138A786A" w14:textId="45400802" w:rsidR="00FA6403" w:rsidRDefault="00FA6403" w:rsidP="00755311">
            <w:pPr>
              <w:rPr>
                <w:lang w:val="en-GB"/>
              </w:rPr>
            </w:pPr>
            <w:r>
              <w:rPr>
                <w:lang w:val="en-GB"/>
              </w:rPr>
              <w:t xml:space="preserve">Je </w:t>
            </w:r>
            <w:proofErr w:type="spellStart"/>
            <w:r>
              <w:rPr>
                <w:lang w:val="en-GB"/>
              </w:rPr>
              <w:t>déteste</w:t>
            </w:r>
            <w:proofErr w:type="spellEnd"/>
            <w:r>
              <w:rPr>
                <w:lang w:val="en-GB"/>
              </w:rPr>
              <w:t xml:space="preserve"> – I hate</w:t>
            </w:r>
          </w:p>
        </w:tc>
        <w:tc>
          <w:tcPr>
            <w:tcW w:w="4428" w:type="dxa"/>
            <w:vMerge/>
          </w:tcPr>
          <w:p w14:paraId="423A3268" w14:textId="75BC6A39" w:rsidR="00FA6403" w:rsidRDefault="00FA6403" w:rsidP="00755311">
            <w:pPr>
              <w:rPr>
                <w:lang w:val="en-GB"/>
              </w:rPr>
            </w:pPr>
          </w:p>
        </w:tc>
      </w:tr>
      <w:tr w:rsidR="00FA6403" w14:paraId="58497759" w14:textId="77777777" w:rsidTr="000E4C1F">
        <w:tc>
          <w:tcPr>
            <w:tcW w:w="4428" w:type="dxa"/>
          </w:tcPr>
          <w:p w14:paraId="336CCFEF" w14:textId="4E3085A3" w:rsidR="00FA6403" w:rsidRDefault="00FA6403" w:rsidP="00755311">
            <w:pPr>
              <w:rPr>
                <w:lang w:val="en-GB"/>
              </w:rPr>
            </w:pPr>
            <w:r>
              <w:rPr>
                <w:lang w:val="en-GB"/>
              </w:rPr>
              <w:t xml:space="preserve">Je </w:t>
            </w:r>
            <w:proofErr w:type="spellStart"/>
            <w:r>
              <w:rPr>
                <w:lang w:val="en-GB"/>
              </w:rPr>
              <w:t>regarde</w:t>
            </w:r>
            <w:proofErr w:type="spellEnd"/>
            <w:r>
              <w:rPr>
                <w:lang w:val="en-GB"/>
              </w:rPr>
              <w:t xml:space="preserve"> – I look at / watch</w:t>
            </w:r>
          </w:p>
        </w:tc>
        <w:tc>
          <w:tcPr>
            <w:tcW w:w="4428" w:type="dxa"/>
            <w:vMerge/>
          </w:tcPr>
          <w:p w14:paraId="7071C96E" w14:textId="77777777" w:rsidR="00FA6403" w:rsidRDefault="00FA6403" w:rsidP="00755311">
            <w:pPr>
              <w:rPr>
                <w:lang w:val="en-GB"/>
              </w:rPr>
            </w:pPr>
          </w:p>
        </w:tc>
      </w:tr>
      <w:tr w:rsidR="00FA6403" w14:paraId="2CEF3993" w14:textId="77777777" w:rsidTr="000E4C1F">
        <w:tc>
          <w:tcPr>
            <w:tcW w:w="4428" w:type="dxa"/>
          </w:tcPr>
          <w:p w14:paraId="00D544B3" w14:textId="319A0314" w:rsidR="00FA6403" w:rsidRDefault="00FA6403" w:rsidP="00755311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J’écoute</w:t>
            </w:r>
            <w:proofErr w:type="spellEnd"/>
            <w:r>
              <w:rPr>
                <w:lang w:val="en-GB"/>
              </w:rPr>
              <w:t xml:space="preserve"> – I listen</w:t>
            </w:r>
          </w:p>
        </w:tc>
        <w:tc>
          <w:tcPr>
            <w:tcW w:w="4428" w:type="dxa"/>
            <w:vMerge/>
          </w:tcPr>
          <w:p w14:paraId="10B939E8" w14:textId="77777777" w:rsidR="00FA6403" w:rsidRDefault="00FA6403" w:rsidP="00755311">
            <w:pPr>
              <w:rPr>
                <w:lang w:val="en-GB"/>
              </w:rPr>
            </w:pPr>
          </w:p>
        </w:tc>
      </w:tr>
    </w:tbl>
    <w:p w14:paraId="4116BDE1" w14:textId="77777777" w:rsidR="00A57067" w:rsidRDefault="00A57067" w:rsidP="00755311">
      <w:pPr>
        <w:rPr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08"/>
        <w:gridCol w:w="4322"/>
      </w:tblGrid>
      <w:tr w:rsidR="00D24F90" w14:paraId="112048B7" w14:textId="77777777" w:rsidTr="00D24F90">
        <w:tc>
          <w:tcPr>
            <w:tcW w:w="4428" w:type="dxa"/>
            <w:shd w:val="clear" w:color="auto" w:fill="DBE5F1" w:themeFill="accent1" w:themeFillTint="33"/>
          </w:tcPr>
          <w:p w14:paraId="7921D641" w14:textId="5DBC607D" w:rsidR="00D24F90" w:rsidRPr="00D3408E" w:rsidRDefault="00D24F90" w:rsidP="00C4551A">
            <w:pPr>
              <w:rPr>
                <w:lang w:val="en-GB"/>
              </w:rPr>
            </w:pPr>
            <w:r>
              <w:rPr>
                <w:lang w:val="en-GB"/>
              </w:rPr>
              <w:t>VERB</w:t>
            </w:r>
          </w:p>
        </w:tc>
        <w:tc>
          <w:tcPr>
            <w:tcW w:w="4428" w:type="dxa"/>
            <w:shd w:val="clear" w:color="auto" w:fill="DBE5F1" w:themeFill="accent1" w:themeFillTint="33"/>
          </w:tcPr>
          <w:p w14:paraId="22256F01" w14:textId="4AC2E813" w:rsidR="00D24F90" w:rsidRDefault="00D24F90" w:rsidP="00C4551A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INFINITIVE</w:t>
            </w:r>
          </w:p>
        </w:tc>
      </w:tr>
      <w:tr w:rsidR="007E0EC7" w14:paraId="48F49E0A" w14:textId="77777777" w:rsidTr="00C4551A">
        <w:tc>
          <w:tcPr>
            <w:tcW w:w="4428" w:type="dxa"/>
          </w:tcPr>
          <w:p w14:paraId="7E868502" w14:textId="2BE94050" w:rsidR="007E0EC7" w:rsidRDefault="007E0EC7" w:rsidP="00C4551A">
            <w:pPr>
              <w:rPr>
                <w:lang w:val="en-GB"/>
              </w:rPr>
            </w:pPr>
            <w:proofErr w:type="spellStart"/>
            <w:r w:rsidRPr="00D3408E">
              <w:rPr>
                <w:lang w:val="en-GB"/>
              </w:rPr>
              <w:t>J’aime</w:t>
            </w:r>
            <w:proofErr w:type="spellEnd"/>
            <w:r w:rsidRPr="00D3408E">
              <w:rPr>
                <w:lang w:val="en-GB"/>
              </w:rPr>
              <w:t xml:space="preserve"> – I like</w:t>
            </w:r>
          </w:p>
        </w:tc>
        <w:tc>
          <w:tcPr>
            <w:tcW w:w="4428" w:type="dxa"/>
            <w:vMerge w:val="restart"/>
          </w:tcPr>
          <w:p w14:paraId="2B64502D" w14:textId="60FA2D28" w:rsidR="007E0EC7" w:rsidRPr="00714F24" w:rsidRDefault="007E0EC7" w:rsidP="00C4551A">
            <w:pPr>
              <w:rPr>
                <w:sz w:val="24"/>
                <w:szCs w:val="24"/>
                <w:lang w:val="en-GB"/>
              </w:rPr>
            </w:pPr>
            <w:r w:rsidRPr="00714F24">
              <w:rPr>
                <w:sz w:val="24"/>
                <w:szCs w:val="24"/>
                <w:lang w:val="en-GB"/>
              </w:rPr>
              <w:t xml:space="preserve">Planter – </w:t>
            </w:r>
            <w:r w:rsidR="00E704ED" w:rsidRPr="00714F24">
              <w:rPr>
                <w:sz w:val="24"/>
                <w:szCs w:val="24"/>
                <w:lang w:val="en-GB"/>
              </w:rPr>
              <w:t>to plant / planting</w:t>
            </w:r>
          </w:p>
          <w:p w14:paraId="66ABA949" w14:textId="5EA73C07" w:rsidR="007E0EC7" w:rsidRPr="00714F24" w:rsidRDefault="007E0EC7" w:rsidP="00C4551A">
            <w:pPr>
              <w:rPr>
                <w:sz w:val="24"/>
                <w:szCs w:val="24"/>
                <w:lang w:val="en-GB"/>
              </w:rPr>
            </w:pPr>
            <w:r w:rsidRPr="00714F24">
              <w:rPr>
                <w:sz w:val="24"/>
                <w:szCs w:val="24"/>
                <w:lang w:val="en-GB"/>
              </w:rPr>
              <w:t>Aider – to help</w:t>
            </w:r>
            <w:r w:rsidR="00E704ED" w:rsidRPr="00714F24">
              <w:rPr>
                <w:sz w:val="24"/>
                <w:szCs w:val="24"/>
                <w:lang w:val="en-GB"/>
              </w:rPr>
              <w:t xml:space="preserve"> / helping</w:t>
            </w:r>
          </w:p>
          <w:p w14:paraId="6FC451F4" w14:textId="3E9912E5" w:rsidR="007E0EC7" w:rsidRPr="00714F24" w:rsidRDefault="00E704ED" w:rsidP="00C4551A">
            <w:pPr>
              <w:rPr>
                <w:sz w:val="24"/>
                <w:szCs w:val="24"/>
                <w:lang w:val="en-GB"/>
              </w:rPr>
            </w:pPr>
            <w:r w:rsidRPr="00714F24">
              <w:rPr>
                <w:sz w:val="24"/>
                <w:szCs w:val="24"/>
                <w:lang w:val="en-GB"/>
              </w:rPr>
              <w:t>Recycler – to recycle / recycling</w:t>
            </w:r>
          </w:p>
          <w:p w14:paraId="1327C557" w14:textId="5CB4016E" w:rsidR="009A1ABE" w:rsidRPr="00714F24" w:rsidRDefault="009A1ABE" w:rsidP="00C4551A">
            <w:pPr>
              <w:rPr>
                <w:sz w:val="24"/>
                <w:szCs w:val="24"/>
                <w:lang w:val="en-GB"/>
              </w:rPr>
            </w:pPr>
            <w:proofErr w:type="spellStart"/>
            <w:r w:rsidRPr="00714F24">
              <w:rPr>
                <w:sz w:val="24"/>
                <w:szCs w:val="24"/>
                <w:lang w:val="en-GB"/>
              </w:rPr>
              <w:t>Sauver</w:t>
            </w:r>
            <w:proofErr w:type="spellEnd"/>
            <w:r w:rsidRPr="00714F24">
              <w:rPr>
                <w:sz w:val="24"/>
                <w:szCs w:val="24"/>
                <w:lang w:val="en-GB"/>
              </w:rPr>
              <w:t xml:space="preserve"> – to save / saving</w:t>
            </w:r>
          </w:p>
          <w:p w14:paraId="3C04218C" w14:textId="7D2CB1C0" w:rsidR="009A1ABE" w:rsidRPr="00714F24" w:rsidRDefault="009A1ABE" w:rsidP="00C4551A">
            <w:pPr>
              <w:rPr>
                <w:sz w:val="24"/>
                <w:szCs w:val="24"/>
                <w:lang w:val="en-GB"/>
              </w:rPr>
            </w:pPr>
            <w:r w:rsidRPr="00714F24">
              <w:rPr>
                <w:sz w:val="24"/>
                <w:szCs w:val="24"/>
                <w:lang w:val="en-GB"/>
              </w:rPr>
              <w:t>Changer – to change / changing</w:t>
            </w:r>
          </w:p>
          <w:p w14:paraId="396E0961" w14:textId="68DB693C" w:rsidR="00714F24" w:rsidRPr="00714F24" w:rsidRDefault="00714F24" w:rsidP="00C4551A">
            <w:pPr>
              <w:rPr>
                <w:sz w:val="24"/>
                <w:szCs w:val="24"/>
                <w:lang w:val="en-GB"/>
              </w:rPr>
            </w:pPr>
            <w:proofErr w:type="spellStart"/>
            <w:r w:rsidRPr="00714F24">
              <w:rPr>
                <w:sz w:val="24"/>
                <w:szCs w:val="24"/>
                <w:lang w:val="en-GB"/>
              </w:rPr>
              <w:t>Arreter</w:t>
            </w:r>
            <w:proofErr w:type="spellEnd"/>
            <w:r w:rsidRPr="00714F24">
              <w:rPr>
                <w:sz w:val="24"/>
                <w:szCs w:val="24"/>
                <w:lang w:val="en-GB"/>
              </w:rPr>
              <w:t xml:space="preserve"> – to stop / stopping</w:t>
            </w:r>
          </w:p>
          <w:p w14:paraId="1292DF81" w14:textId="36878A29" w:rsidR="00E704ED" w:rsidRDefault="004D0114" w:rsidP="00C4551A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Célébrer</w:t>
            </w:r>
            <w:proofErr w:type="spellEnd"/>
            <w:r>
              <w:rPr>
                <w:lang w:val="en-GB"/>
              </w:rPr>
              <w:t xml:space="preserve"> – to celebrate / celebrating</w:t>
            </w:r>
          </w:p>
          <w:p w14:paraId="0774998A" w14:textId="42BAD10C" w:rsidR="001D2950" w:rsidRDefault="001D2950" w:rsidP="00C4551A">
            <w:pPr>
              <w:rPr>
                <w:lang w:val="en-GB"/>
              </w:rPr>
            </w:pPr>
            <w:r>
              <w:rPr>
                <w:lang w:val="en-GB"/>
              </w:rPr>
              <w:t>Voir – to see / seeing</w:t>
            </w:r>
          </w:p>
          <w:p w14:paraId="44C26B73" w14:textId="34950B1F" w:rsidR="00D148A7" w:rsidRDefault="00D148A7" w:rsidP="00C4551A">
            <w:pPr>
              <w:rPr>
                <w:lang w:val="en-GB"/>
              </w:rPr>
            </w:pPr>
            <w:r>
              <w:rPr>
                <w:lang w:val="en-GB"/>
              </w:rPr>
              <w:t>Toucher – to touch / touching</w:t>
            </w:r>
          </w:p>
          <w:p w14:paraId="0634ABD2" w14:textId="7E90D658" w:rsidR="001D3BB4" w:rsidRDefault="001D3BB4" w:rsidP="00C4551A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Trouver</w:t>
            </w:r>
            <w:proofErr w:type="spellEnd"/>
            <w:r>
              <w:rPr>
                <w:lang w:val="en-GB"/>
              </w:rPr>
              <w:t xml:space="preserve"> – to find / finding</w:t>
            </w:r>
          </w:p>
          <w:p w14:paraId="50472A51" w14:textId="561DEB87" w:rsidR="001D3BB4" w:rsidRDefault="001D3BB4" w:rsidP="00C4551A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Tenir</w:t>
            </w:r>
            <w:proofErr w:type="spellEnd"/>
            <w:r>
              <w:rPr>
                <w:lang w:val="en-GB"/>
              </w:rPr>
              <w:t xml:space="preserve"> – to hold / holding</w:t>
            </w:r>
          </w:p>
          <w:p w14:paraId="09A98F8C" w14:textId="0BB3B6A5" w:rsidR="007E0EC7" w:rsidRDefault="007E0EC7" w:rsidP="00C4551A">
            <w:pPr>
              <w:rPr>
                <w:lang w:val="en-GB"/>
              </w:rPr>
            </w:pPr>
          </w:p>
        </w:tc>
      </w:tr>
      <w:tr w:rsidR="007E0EC7" w14:paraId="51C3C96F" w14:textId="77777777" w:rsidTr="00C4551A">
        <w:tc>
          <w:tcPr>
            <w:tcW w:w="4428" w:type="dxa"/>
          </w:tcPr>
          <w:p w14:paraId="6B5FB79A" w14:textId="2E54F9D5" w:rsidR="007E0EC7" w:rsidRDefault="007E0EC7" w:rsidP="00C4551A">
            <w:pPr>
              <w:rPr>
                <w:lang w:val="en-GB"/>
              </w:rPr>
            </w:pPr>
            <w:r w:rsidRPr="00D3408E">
              <w:rPr>
                <w:lang w:val="en-GB"/>
              </w:rPr>
              <w:t>J’adore – I love</w:t>
            </w:r>
          </w:p>
        </w:tc>
        <w:tc>
          <w:tcPr>
            <w:tcW w:w="4428" w:type="dxa"/>
            <w:vMerge/>
          </w:tcPr>
          <w:p w14:paraId="52138435" w14:textId="77777777" w:rsidR="007E0EC7" w:rsidRDefault="007E0EC7" w:rsidP="00C4551A">
            <w:pPr>
              <w:rPr>
                <w:lang w:val="en-GB"/>
              </w:rPr>
            </w:pPr>
          </w:p>
        </w:tc>
      </w:tr>
      <w:tr w:rsidR="007E0EC7" w14:paraId="4435F30D" w14:textId="77777777" w:rsidTr="00C4551A">
        <w:tc>
          <w:tcPr>
            <w:tcW w:w="4428" w:type="dxa"/>
          </w:tcPr>
          <w:p w14:paraId="5F137B8B" w14:textId="0D011FC6" w:rsidR="007E0EC7" w:rsidRDefault="007E0EC7" w:rsidP="00C4551A">
            <w:pPr>
              <w:rPr>
                <w:lang w:val="en-GB"/>
              </w:rPr>
            </w:pPr>
            <w:r w:rsidRPr="00D3408E">
              <w:rPr>
                <w:lang w:val="en-GB"/>
              </w:rPr>
              <w:t xml:space="preserve">Je </w:t>
            </w:r>
            <w:proofErr w:type="spellStart"/>
            <w:r w:rsidRPr="00D3408E">
              <w:rPr>
                <w:lang w:val="en-GB"/>
              </w:rPr>
              <w:t>déteste</w:t>
            </w:r>
            <w:proofErr w:type="spellEnd"/>
            <w:r w:rsidRPr="00D3408E">
              <w:rPr>
                <w:lang w:val="en-GB"/>
              </w:rPr>
              <w:t xml:space="preserve"> – I hate</w:t>
            </w:r>
          </w:p>
        </w:tc>
        <w:tc>
          <w:tcPr>
            <w:tcW w:w="4428" w:type="dxa"/>
            <w:vMerge/>
          </w:tcPr>
          <w:p w14:paraId="097763A2" w14:textId="77777777" w:rsidR="007E0EC7" w:rsidRDefault="007E0EC7" w:rsidP="00C4551A">
            <w:pPr>
              <w:rPr>
                <w:lang w:val="en-GB"/>
              </w:rPr>
            </w:pPr>
          </w:p>
        </w:tc>
      </w:tr>
      <w:tr w:rsidR="007E0EC7" w14:paraId="73DBC6E7" w14:textId="77777777" w:rsidTr="00C4551A">
        <w:tc>
          <w:tcPr>
            <w:tcW w:w="4428" w:type="dxa"/>
          </w:tcPr>
          <w:p w14:paraId="64BA1236" w14:textId="7F2C95AA" w:rsidR="007E0EC7" w:rsidRDefault="007E0EC7" w:rsidP="00C4551A">
            <w:pPr>
              <w:rPr>
                <w:lang w:val="en-GB"/>
              </w:rPr>
            </w:pPr>
            <w:r w:rsidRPr="00D3408E">
              <w:rPr>
                <w:lang w:val="en-GB"/>
              </w:rPr>
              <w:t xml:space="preserve">Je </w:t>
            </w:r>
            <w:proofErr w:type="spellStart"/>
            <w:r w:rsidRPr="00D3408E">
              <w:rPr>
                <w:lang w:val="en-GB"/>
              </w:rPr>
              <w:t>dois</w:t>
            </w:r>
            <w:proofErr w:type="spellEnd"/>
            <w:r w:rsidRPr="00D3408E">
              <w:rPr>
                <w:lang w:val="en-GB"/>
              </w:rPr>
              <w:t xml:space="preserve"> – I must</w:t>
            </w:r>
          </w:p>
        </w:tc>
        <w:tc>
          <w:tcPr>
            <w:tcW w:w="4428" w:type="dxa"/>
            <w:vMerge/>
          </w:tcPr>
          <w:p w14:paraId="51598F50" w14:textId="77777777" w:rsidR="007E0EC7" w:rsidRDefault="007E0EC7" w:rsidP="00C4551A">
            <w:pPr>
              <w:rPr>
                <w:lang w:val="en-GB"/>
              </w:rPr>
            </w:pPr>
          </w:p>
        </w:tc>
      </w:tr>
      <w:tr w:rsidR="007E0EC7" w14:paraId="08B2DCBF" w14:textId="77777777" w:rsidTr="00C4551A">
        <w:tc>
          <w:tcPr>
            <w:tcW w:w="4428" w:type="dxa"/>
          </w:tcPr>
          <w:p w14:paraId="516A79C3" w14:textId="6C769770" w:rsidR="007E0EC7" w:rsidRDefault="007E0EC7" w:rsidP="00C4551A">
            <w:pPr>
              <w:rPr>
                <w:lang w:val="en-GB"/>
              </w:rPr>
            </w:pPr>
            <w:r w:rsidRPr="00D3408E">
              <w:rPr>
                <w:lang w:val="en-GB"/>
              </w:rPr>
              <w:t xml:space="preserve">Je </w:t>
            </w:r>
            <w:proofErr w:type="spellStart"/>
            <w:r w:rsidRPr="00D3408E">
              <w:rPr>
                <w:lang w:val="en-GB"/>
              </w:rPr>
              <w:t>peux</w:t>
            </w:r>
            <w:proofErr w:type="spellEnd"/>
            <w:r w:rsidRPr="00D3408E">
              <w:rPr>
                <w:lang w:val="en-GB"/>
              </w:rPr>
              <w:t xml:space="preserve"> – I can</w:t>
            </w:r>
          </w:p>
        </w:tc>
        <w:tc>
          <w:tcPr>
            <w:tcW w:w="4428" w:type="dxa"/>
            <w:vMerge/>
          </w:tcPr>
          <w:p w14:paraId="7CCE12C4" w14:textId="77777777" w:rsidR="007E0EC7" w:rsidRDefault="007E0EC7" w:rsidP="00C4551A">
            <w:pPr>
              <w:rPr>
                <w:lang w:val="en-GB"/>
              </w:rPr>
            </w:pPr>
          </w:p>
        </w:tc>
      </w:tr>
      <w:tr w:rsidR="007E0EC7" w14:paraId="37E8EC25" w14:textId="77777777" w:rsidTr="00C4551A">
        <w:tc>
          <w:tcPr>
            <w:tcW w:w="4428" w:type="dxa"/>
          </w:tcPr>
          <w:p w14:paraId="50CB4275" w14:textId="1C9C871F" w:rsidR="007E0EC7" w:rsidRDefault="007E0EC7" w:rsidP="00C4551A">
            <w:pPr>
              <w:rPr>
                <w:lang w:val="en-GB"/>
              </w:rPr>
            </w:pPr>
            <w:r w:rsidRPr="00D3408E">
              <w:rPr>
                <w:lang w:val="en-GB"/>
              </w:rPr>
              <w:t xml:space="preserve">Je </w:t>
            </w:r>
            <w:proofErr w:type="spellStart"/>
            <w:r w:rsidRPr="00D3408E">
              <w:rPr>
                <w:lang w:val="en-GB"/>
              </w:rPr>
              <w:t>veux</w:t>
            </w:r>
            <w:proofErr w:type="spellEnd"/>
            <w:r w:rsidRPr="00D3408E">
              <w:rPr>
                <w:lang w:val="en-GB"/>
              </w:rPr>
              <w:t xml:space="preserve"> – I want</w:t>
            </w:r>
          </w:p>
        </w:tc>
        <w:tc>
          <w:tcPr>
            <w:tcW w:w="4428" w:type="dxa"/>
            <w:vMerge/>
          </w:tcPr>
          <w:p w14:paraId="20C16FC0" w14:textId="77777777" w:rsidR="007E0EC7" w:rsidRDefault="007E0EC7" w:rsidP="00C4551A">
            <w:pPr>
              <w:rPr>
                <w:lang w:val="en-GB"/>
              </w:rPr>
            </w:pPr>
          </w:p>
        </w:tc>
      </w:tr>
      <w:tr w:rsidR="007E0EC7" w14:paraId="7DAE80E4" w14:textId="77777777" w:rsidTr="00C4551A">
        <w:tc>
          <w:tcPr>
            <w:tcW w:w="4428" w:type="dxa"/>
          </w:tcPr>
          <w:p w14:paraId="1ADDDB97" w14:textId="3BF8653D" w:rsidR="007E0EC7" w:rsidRDefault="007E0EC7" w:rsidP="00C4551A">
            <w:pPr>
              <w:rPr>
                <w:lang w:val="en-GB"/>
              </w:rPr>
            </w:pPr>
            <w:r w:rsidRPr="00D3408E">
              <w:rPr>
                <w:lang w:val="en-GB"/>
              </w:rPr>
              <w:t>Nous devons – we must</w:t>
            </w:r>
          </w:p>
        </w:tc>
        <w:tc>
          <w:tcPr>
            <w:tcW w:w="4428" w:type="dxa"/>
            <w:vMerge/>
          </w:tcPr>
          <w:p w14:paraId="4C3DE607" w14:textId="77777777" w:rsidR="007E0EC7" w:rsidRDefault="007E0EC7" w:rsidP="00C4551A">
            <w:pPr>
              <w:rPr>
                <w:lang w:val="en-GB"/>
              </w:rPr>
            </w:pPr>
          </w:p>
        </w:tc>
      </w:tr>
      <w:tr w:rsidR="007E0EC7" w14:paraId="4113433F" w14:textId="77777777" w:rsidTr="00C4551A">
        <w:tc>
          <w:tcPr>
            <w:tcW w:w="4428" w:type="dxa"/>
          </w:tcPr>
          <w:p w14:paraId="2A93AFAD" w14:textId="435098BF" w:rsidR="007E0EC7" w:rsidRDefault="007E0EC7" w:rsidP="00C4551A">
            <w:pPr>
              <w:rPr>
                <w:lang w:val="en-GB"/>
              </w:rPr>
            </w:pPr>
            <w:r w:rsidRPr="00D3408E">
              <w:rPr>
                <w:lang w:val="en-GB"/>
              </w:rPr>
              <w:t xml:space="preserve">Nous </w:t>
            </w:r>
            <w:proofErr w:type="spellStart"/>
            <w:r w:rsidRPr="00D3408E">
              <w:rPr>
                <w:lang w:val="en-GB"/>
              </w:rPr>
              <w:t>pouvons</w:t>
            </w:r>
            <w:proofErr w:type="spellEnd"/>
            <w:r w:rsidRPr="00D3408E">
              <w:rPr>
                <w:lang w:val="en-GB"/>
              </w:rPr>
              <w:t xml:space="preserve"> – we can</w:t>
            </w:r>
          </w:p>
        </w:tc>
        <w:tc>
          <w:tcPr>
            <w:tcW w:w="4428" w:type="dxa"/>
            <w:vMerge/>
          </w:tcPr>
          <w:p w14:paraId="7EC75BA2" w14:textId="77777777" w:rsidR="007E0EC7" w:rsidRDefault="007E0EC7" w:rsidP="00C4551A">
            <w:pPr>
              <w:rPr>
                <w:lang w:val="en-GB"/>
              </w:rPr>
            </w:pPr>
          </w:p>
        </w:tc>
      </w:tr>
      <w:tr w:rsidR="007E0EC7" w14:paraId="108036FC" w14:textId="77777777" w:rsidTr="00C4551A">
        <w:tc>
          <w:tcPr>
            <w:tcW w:w="4428" w:type="dxa"/>
          </w:tcPr>
          <w:p w14:paraId="1B07A939" w14:textId="7300CBB5" w:rsidR="00A57067" w:rsidRDefault="007E0EC7" w:rsidP="00C4551A">
            <w:pPr>
              <w:rPr>
                <w:lang w:val="en-GB"/>
              </w:rPr>
            </w:pPr>
            <w:r w:rsidRPr="00D3408E">
              <w:rPr>
                <w:lang w:val="en-GB"/>
              </w:rPr>
              <w:t xml:space="preserve">Nous </w:t>
            </w:r>
            <w:proofErr w:type="spellStart"/>
            <w:r w:rsidRPr="00D3408E">
              <w:rPr>
                <w:lang w:val="en-GB"/>
              </w:rPr>
              <w:t>voulons</w:t>
            </w:r>
            <w:proofErr w:type="spellEnd"/>
            <w:r w:rsidRPr="00D3408E">
              <w:rPr>
                <w:lang w:val="en-GB"/>
              </w:rPr>
              <w:t xml:space="preserve"> – we want </w:t>
            </w:r>
          </w:p>
        </w:tc>
        <w:tc>
          <w:tcPr>
            <w:tcW w:w="4428" w:type="dxa"/>
            <w:vMerge/>
          </w:tcPr>
          <w:p w14:paraId="0FF3A150" w14:textId="77777777" w:rsidR="007E0EC7" w:rsidRDefault="007E0EC7" w:rsidP="00C4551A">
            <w:pPr>
              <w:rPr>
                <w:lang w:val="en-GB"/>
              </w:rPr>
            </w:pPr>
          </w:p>
        </w:tc>
      </w:tr>
    </w:tbl>
    <w:p w14:paraId="17AA8DA1" w14:textId="77777777" w:rsidR="00714F24" w:rsidRDefault="00714F24" w:rsidP="00766C85">
      <w:pPr>
        <w:pStyle w:val="Heading1"/>
        <w:rPr>
          <w:lang w:val="en-GB"/>
        </w:rPr>
        <w:sectPr w:rsidR="00714F24" w:rsidSect="00034616"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14:paraId="60BE2486" w14:textId="505F61F3" w:rsidR="00766C85" w:rsidRDefault="00B02D7C" w:rsidP="00365D4E">
      <w:pPr>
        <w:pStyle w:val="Heading1"/>
        <w:rPr>
          <w:lang w:val="en-GB"/>
        </w:rPr>
      </w:pPr>
      <w:r w:rsidRPr="0048487F">
        <w:rPr>
          <w:lang w:val="en-GB"/>
        </w:rPr>
        <w:lastRenderedPageBreak/>
        <w:t>BUILD</w:t>
      </w:r>
      <w:r w:rsidR="0048487F" w:rsidRPr="0048487F">
        <w:rPr>
          <w:lang w:val="en-GB"/>
        </w:rPr>
        <w:t>ING</w:t>
      </w:r>
      <w:r w:rsidR="004F7F79" w:rsidRPr="0048487F">
        <w:rPr>
          <w:lang w:val="en-GB"/>
        </w:rPr>
        <w:t xml:space="preserve"> SENTENCES </w:t>
      </w:r>
    </w:p>
    <w:p w14:paraId="0C6D58AC" w14:textId="77777777" w:rsidR="00365D4E" w:rsidRPr="00365D4E" w:rsidRDefault="00365D4E" w:rsidP="00365D4E">
      <w:pPr>
        <w:rPr>
          <w:lang w:val="en-GB"/>
        </w:rPr>
      </w:pPr>
    </w:p>
    <w:p w14:paraId="6F34B16B" w14:textId="2D29A590" w:rsidR="0048487F" w:rsidRPr="00D852EB" w:rsidRDefault="000E20A7" w:rsidP="00FE38E0">
      <w:pPr>
        <w:rPr>
          <w:b/>
          <w:bCs/>
          <w:lang w:val="en-GB"/>
        </w:rPr>
      </w:pPr>
      <w:r w:rsidRPr="00D852EB">
        <w:rPr>
          <w:b/>
          <w:bCs/>
          <w:lang w:val="en-GB"/>
        </w:rPr>
        <w:t xml:space="preserve">I AM </w:t>
      </w:r>
      <w:r w:rsidRPr="00D852EB">
        <w:rPr>
          <w:b/>
          <w:bCs/>
          <w:lang w:val="en-GB"/>
        </w:rPr>
        <w:tab/>
      </w:r>
      <w:r w:rsidRPr="00D852EB">
        <w:rPr>
          <w:b/>
          <w:bCs/>
          <w:lang w:val="en-GB"/>
        </w:rPr>
        <w:tab/>
      </w:r>
      <w:r w:rsidR="00747993" w:rsidRPr="00D852EB">
        <w:rPr>
          <w:b/>
          <w:bCs/>
          <w:lang w:val="en-GB"/>
        </w:rPr>
        <w:t xml:space="preserve">ADJECTIVE </w:t>
      </w:r>
      <w:r w:rsidR="00747993" w:rsidRPr="00D852EB">
        <w:rPr>
          <w:b/>
          <w:bCs/>
          <w:lang w:val="en-GB"/>
        </w:rPr>
        <w:tab/>
      </w:r>
      <w:r w:rsidR="009D061F" w:rsidRPr="00D852EB">
        <w:rPr>
          <w:b/>
          <w:bCs/>
          <w:lang w:val="en-GB"/>
        </w:rPr>
        <w:t xml:space="preserve"> </w:t>
      </w:r>
      <w:r w:rsidR="009D061F" w:rsidRPr="00D852EB">
        <w:rPr>
          <w:b/>
          <w:bCs/>
          <w:lang w:val="en-GB"/>
        </w:rPr>
        <w:tab/>
      </w:r>
      <w:r w:rsidR="00747993" w:rsidRPr="00D852EB">
        <w:rPr>
          <w:b/>
          <w:bCs/>
          <w:lang w:val="en-GB"/>
        </w:rPr>
        <w:t>LIKE</w:t>
      </w:r>
      <w:r w:rsidR="00747993" w:rsidRPr="00D852EB">
        <w:rPr>
          <w:b/>
          <w:bCs/>
          <w:lang w:val="en-GB"/>
        </w:rPr>
        <w:tab/>
      </w:r>
      <w:r w:rsidR="009D061F" w:rsidRPr="00D852EB">
        <w:rPr>
          <w:b/>
          <w:bCs/>
          <w:lang w:val="en-GB"/>
        </w:rPr>
        <w:tab/>
      </w:r>
      <w:r w:rsidR="009D061F" w:rsidRPr="00D852EB">
        <w:rPr>
          <w:b/>
          <w:bCs/>
          <w:lang w:val="en-GB"/>
        </w:rPr>
        <w:tab/>
        <w:t>NOUN</w:t>
      </w:r>
      <w:r w:rsidR="001E118D" w:rsidRPr="00D852EB">
        <w:rPr>
          <w:b/>
          <w:bCs/>
          <w:lang w:val="en-GB"/>
        </w:rPr>
        <w:t xml:space="preserve">S </w:t>
      </w:r>
    </w:p>
    <w:p w14:paraId="3F5C7914" w14:textId="14518705" w:rsidR="001E118D" w:rsidRPr="00B152B6" w:rsidRDefault="000E20A7" w:rsidP="000E20A7">
      <w:pPr>
        <w:rPr>
          <w:lang w:val="fr-FR"/>
        </w:rPr>
      </w:pPr>
      <w:r>
        <w:rPr>
          <w:lang w:val="fr-FR"/>
        </w:rPr>
        <w:t>Je suis</w:t>
      </w:r>
      <w:r>
        <w:rPr>
          <w:lang w:val="fr-FR"/>
        </w:rPr>
        <w:tab/>
      </w:r>
      <w:r>
        <w:rPr>
          <w:lang w:val="fr-FR"/>
        </w:rPr>
        <w:tab/>
        <w:t>m</w:t>
      </w:r>
      <w:r w:rsidR="00F33238" w:rsidRPr="00B152B6">
        <w:rPr>
          <w:lang w:val="fr-FR"/>
        </w:rPr>
        <w:t>agnifique</w:t>
      </w:r>
      <w:r w:rsidR="001E118D" w:rsidRPr="00B152B6">
        <w:rPr>
          <w:lang w:val="fr-FR"/>
        </w:rPr>
        <w:tab/>
      </w:r>
      <w:r w:rsidR="001E118D" w:rsidRPr="00B152B6">
        <w:rPr>
          <w:lang w:val="fr-FR"/>
        </w:rPr>
        <w:tab/>
        <w:t>comme</w:t>
      </w:r>
      <w:r w:rsidR="001E118D" w:rsidRPr="00B152B6">
        <w:rPr>
          <w:lang w:val="fr-FR"/>
        </w:rPr>
        <w:tab/>
      </w:r>
      <w:r w:rsidR="001E118D" w:rsidRPr="00B152B6">
        <w:rPr>
          <w:lang w:val="fr-FR"/>
        </w:rPr>
        <w:tab/>
      </w:r>
      <w:r w:rsidR="001E118D" w:rsidRPr="00B152B6">
        <w:rPr>
          <w:lang w:val="fr-FR"/>
        </w:rPr>
        <w:tab/>
        <w:t>l’arbre</w:t>
      </w:r>
      <w:r w:rsidR="00F33238" w:rsidRPr="00B152B6">
        <w:rPr>
          <w:lang w:val="fr-FR"/>
        </w:rPr>
        <w:t xml:space="preserve"> vert</w:t>
      </w:r>
    </w:p>
    <w:p w14:paraId="17F17DD6" w14:textId="53FD0167" w:rsidR="00721ABE" w:rsidRDefault="000E20A7" w:rsidP="000E20A7">
      <w:pPr>
        <w:rPr>
          <w:lang w:val="fr-FR"/>
        </w:rPr>
      </w:pPr>
      <w:r>
        <w:rPr>
          <w:lang w:val="fr-FR"/>
        </w:rPr>
        <w:t xml:space="preserve">Je </w:t>
      </w:r>
      <w:proofErr w:type="gramStart"/>
      <w:r>
        <w:rPr>
          <w:lang w:val="fr-FR"/>
        </w:rPr>
        <w:t xml:space="preserve">suis  </w:t>
      </w:r>
      <w:r>
        <w:rPr>
          <w:lang w:val="fr-FR"/>
        </w:rPr>
        <w:tab/>
      </w:r>
      <w:proofErr w:type="gramEnd"/>
      <w:r>
        <w:rPr>
          <w:lang w:val="fr-FR"/>
        </w:rPr>
        <w:tab/>
        <w:t>c</w:t>
      </w:r>
      <w:r w:rsidR="00721ABE" w:rsidRPr="00721ABE">
        <w:rPr>
          <w:lang w:val="fr-FR"/>
        </w:rPr>
        <w:t>ontente</w:t>
      </w:r>
      <w:r w:rsidR="00721ABE" w:rsidRPr="00721ABE">
        <w:rPr>
          <w:lang w:val="fr-FR"/>
        </w:rPr>
        <w:tab/>
      </w:r>
      <w:r w:rsidR="00721ABE" w:rsidRPr="00721ABE">
        <w:rPr>
          <w:lang w:val="fr-FR"/>
        </w:rPr>
        <w:tab/>
        <w:t>comme</w:t>
      </w:r>
      <w:r w:rsidR="00721ABE" w:rsidRPr="00721ABE">
        <w:rPr>
          <w:lang w:val="fr-FR"/>
        </w:rPr>
        <w:tab/>
      </w:r>
      <w:r w:rsidR="00721ABE" w:rsidRPr="00721ABE">
        <w:rPr>
          <w:lang w:val="fr-FR"/>
        </w:rPr>
        <w:tab/>
      </w:r>
      <w:r w:rsidR="00721ABE" w:rsidRPr="00721ABE">
        <w:rPr>
          <w:lang w:val="fr-FR"/>
        </w:rPr>
        <w:tab/>
        <w:t>le soleil j</w:t>
      </w:r>
      <w:r w:rsidR="00721ABE">
        <w:rPr>
          <w:lang w:val="fr-FR"/>
        </w:rPr>
        <w:t>aune</w:t>
      </w:r>
    </w:p>
    <w:p w14:paraId="0CA58B55" w14:textId="77777777" w:rsidR="007A2593" w:rsidRDefault="007A2593" w:rsidP="000E20A7">
      <w:pPr>
        <w:rPr>
          <w:lang w:val="fr-FR"/>
        </w:rPr>
      </w:pPr>
    </w:p>
    <w:p w14:paraId="71D087CE" w14:textId="1C6E16B5" w:rsidR="00C6170A" w:rsidRPr="005E6795" w:rsidRDefault="00C6170A" w:rsidP="00DD1048">
      <w:pPr>
        <w:rPr>
          <w:b/>
          <w:bCs/>
          <w:lang w:val="fr-FR"/>
        </w:rPr>
      </w:pPr>
      <w:r w:rsidRPr="005E6795">
        <w:rPr>
          <w:b/>
          <w:bCs/>
          <w:lang w:val="fr-FR"/>
        </w:rPr>
        <w:t>NOUN</w:t>
      </w:r>
      <w:r w:rsidR="00D83B42" w:rsidRPr="005E6795">
        <w:rPr>
          <w:b/>
          <w:bCs/>
          <w:lang w:val="fr-FR"/>
        </w:rPr>
        <w:tab/>
      </w:r>
      <w:r w:rsidR="00D83B42" w:rsidRPr="005E6795">
        <w:rPr>
          <w:b/>
          <w:bCs/>
          <w:lang w:val="fr-FR"/>
        </w:rPr>
        <w:tab/>
      </w:r>
      <w:r w:rsidR="00D83B42" w:rsidRPr="005E6795">
        <w:rPr>
          <w:b/>
          <w:bCs/>
          <w:lang w:val="fr-FR"/>
        </w:rPr>
        <w:tab/>
        <w:t>IS/ARE</w:t>
      </w:r>
      <w:r w:rsidR="00D83B42" w:rsidRPr="005E6795">
        <w:rPr>
          <w:b/>
          <w:bCs/>
          <w:lang w:val="fr-FR"/>
        </w:rPr>
        <w:tab/>
      </w:r>
      <w:r w:rsidR="00D83B42" w:rsidRPr="005E6795">
        <w:rPr>
          <w:b/>
          <w:bCs/>
          <w:lang w:val="fr-FR"/>
        </w:rPr>
        <w:tab/>
      </w:r>
      <w:r w:rsidR="00D83B42" w:rsidRPr="005E6795">
        <w:rPr>
          <w:b/>
          <w:bCs/>
          <w:lang w:val="fr-FR"/>
        </w:rPr>
        <w:tab/>
        <w:t>ADJECTIVE</w:t>
      </w:r>
    </w:p>
    <w:p w14:paraId="033BE31A" w14:textId="7FACEF73" w:rsidR="00717A6F" w:rsidRPr="005E6795" w:rsidRDefault="00E64F04" w:rsidP="00DD1048">
      <w:pPr>
        <w:rPr>
          <w:lang w:val="fr-FR"/>
        </w:rPr>
      </w:pPr>
      <w:r w:rsidRPr="005E6795">
        <w:rPr>
          <w:lang w:val="fr-FR"/>
        </w:rPr>
        <w:t>Les fleurs</w:t>
      </w:r>
      <w:r w:rsidRPr="005E6795">
        <w:rPr>
          <w:lang w:val="fr-FR"/>
        </w:rPr>
        <w:tab/>
      </w:r>
      <w:r w:rsidRPr="005E6795">
        <w:rPr>
          <w:lang w:val="fr-FR"/>
        </w:rPr>
        <w:tab/>
        <w:t>sont</w:t>
      </w:r>
      <w:r w:rsidRPr="005E6795">
        <w:rPr>
          <w:lang w:val="fr-FR"/>
        </w:rPr>
        <w:tab/>
      </w:r>
      <w:r w:rsidRPr="005E6795">
        <w:rPr>
          <w:lang w:val="fr-FR"/>
        </w:rPr>
        <w:tab/>
      </w:r>
      <w:r w:rsidRPr="005E6795">
        <w:rPr>
          <w:lang w:val="fr-FR"/>
        </w:rPr>
        <w:tab/>
        <w:t>belles</w:t>
      </w:r>
    </w:p>
    <w:p w14:paraId="2B2DE755" w14:textId="6CCEFD62" w:rsidR="00E64F04" w:rsidRPr="005E6795" w:rsidRDefault="00E64F04" w:rsidP="00DD1048">
      <w:pPr>
        <w:rPr>
          <w:lang w:val="fr-FR"/>
        </w:rPr>
      </w:pPr>
      <w:r w:rsidRPr="005E6795">
        <w:rPr>
          <w:lang w:val="fr-FR"/>
        </w:rPr>
        <w:t>Le dauphin</w:t>
      </w:r>
      <w:r w:rsidRPr="005E6795">
        <w:rPr>
          <w:lang w:val="fr-FR"/>
        </w:rPr>
        <w:tab/>
      </w:r>
      <w:r w:rsidRPr="005E6795">
        <w:rPr>
          <w:lang w:val="fr-FR"/>
        </w:rPr>
        <w:tab/>
        <w:t>est</w:t>
      </w:r>
      <w:r w:rsidRPr="005E6795">
        <w:rPr>
          <w:lang w:val="fr-FR"/>
        </w:rPr>
        <w:tab/>
      </w:r>
      <w:r w:rsidRPr="005E6795">
        <w:rPr>
          <w:lang w:val="fr-FR"/>
        </w:rPr>
        <w:tab/>
      </w:r>
      <w:r w:rsidRPr="005E6795">
        <w:rPr>
          <w:lang w:val="fr-FR"/>
        </w:rPr>
        <w:tab/>
        <w:t xml:space="preserve">puissant </w:t>
      </w:r>
    </w:p>
    <w:p w14:paraId="1124817B" w14:textId="42EB3E41" w:rsidR="00121616" w:rsidRPr="005E6795" w:rsidRDefault="00121616" w:rsidP="00DD1048">
      <w:pPr>
        <w:rPr>
          <w:lang w:val="fr-FR"/>
        </w:rPr>
      </w:pPr>
      <w:r w:rsidRPr="005E6795">
        <w:rPr>
          <w:lang w:val="fr-FR"/>
        </w:rPr>
        <w:t>Les grenouilles</w:t>
      </w:r>
      <w:r w:rsidRPr="005E6795">
        <w:rPr>
          <w:lang w:val="fr-FR"/>
        </w:rPr>
        <w:tab/>
      </w:r>
      <w:r w:rsidRPr="005E6795">
        <w:rPr>
          <w:lang w:val="fr-FR"/>
        </w:rPr>
        <w:tab/>
        <w:t xml:space="preserve">sont </w:t>
      </w:r>
      <w:r w:rsidRPr="005E6795">
        <w:rPr>
          <w:lang w:val="fr-FR"/>
        </w:rPr>
        <w:tab/>
      </w:r>
      <w:r w:rsidRPr="005E6795">
        <w:rPr>
          <w:lang w:val="fr-FR"/>
        </w:rPr>
        <w:tab/>
      </w:r>
      <w:r w:rsidRPr="005E6795">
        <w:rPr>
          <w:lang w:val="fr-FR"/>
        </w:rPr>
        <w:tab/>
        <w:t xml:space="preserve">droles </w:t>
      </w:r>
    </w:p>
    <w:p w14:paraId="5BEBC49A" w14:textId="77777777" w:rsidR="004617D7" w:rsidRPr="005E6795" w:rsidRDefault="004617D7" w:rsidP="00DD1048">
      <w:pPr>
        <w:rPr>
          <w:lang w:val="fr-FR"/>
        </w:rPr>
      </w:pPr>
    </w:p>
    <w:p w14:paraId="48BA79B4" w14:textId="37B1CFCE" w:rsidR="004617D7" w:rsidRPr="005E6795" w:rsidRDefault="004617D7" w:rsidP="00DD1048">
      <w:pPr>
        <w:rPr>
          <w:lang w:val="fr-FR"/>
        </w:rPr>
      </w:pPr>
      <w:r w:rsidRPr="005E6795">
        <w:rPr>
          <w:lang w:val="fr-FR"/>
        </w:rPr>
        <w:t>La plan</w:t>
      </w:r>
      <w:r w:rsidR="00E77C1E" w:rsidRPr="005E6795">
        <w:rPr>
          <w:lang w:val="fr-FR"/>
        </w:rPr>
        <w:t>è</w:t>
      </w:r>
      <w:r w:rsidRPr="005E6795">
        <w:rPr>
          <w:lang w:val="fr-FR"/>
        </w:rPr>
        <w:t>te</w:t>
      </w:r>
      <w:r w:rsidRPr="005E6795">
        <w:rPr>
          <w:lang w:val="fr-FR"/>
        </w:rPr>
        <w:tab/>
      </w:r>
      <w:r w:rsidRPr="005E6795">
        <w:rPr>
          <w:lang w:val="fr-FR"/>
        </w:rPr>
        <w:tab/>
        <w:t>est</w:t>
      </w:r>
      <w:r w:rsidRPr="005E6795">
        <w:rPr>
          <w:lang w:val="fr-FR"/>
        </w:rPr>
        <w:tab/>
      </w:r>
      <w:r w:rsidRPr="005E6795">
        <w:rPr>
          <w:lang w:val="fr-FR"/>
        </w:rPr>
        <w:tab/>
      </w:r>
      <w:r w:rsidRPr="005E6795">
        <w:rPr>
          <w:lang w:val="fr-FR"/>
        </w:rPr>
        <w:tab/>
        <w:t>triste</w:t>
      </w:r>
    </w:p>
    <w:p w14:paraId="3777DC6A" w14:textId="363CF339" w:rsidR="005E7902" w:rsidRPr="005E6795" w:rsidRDefault="001A0D03" w:rsidP="00DD1048">
      <w:pPr>
        <w:rPr>
          <w:lang w:val="fr-FR"/>
        </w:rPr>
      </w:pPr>
      <w:r w:rsidRPr="005E6795">
        <w:rPr>
          <w:lang w:val="fr-FR"/>
        </w:rPr>
        <w:t>La plastique</w:t>
      </w:r>
      <w:r w:rsidRPr="005E6795">
        <w:rPr>
          <w:lang w:val="fr-FR"/>
        </w:rPr>
        <w:tab/>
      </w:r>
      <w:r w:rsidRPr="005E6795">
        <w:rPr>
          <w:lang w:val="fr-FR"/>
        </w:rPr>
        <w:tab/>
        <w:t xml:space="preserve">est </w:t>
      </w:r>
      <w:r w:rsidRPr="005E6795">
        <w:rPr>
          <w:lang w:val="fr-FR"/>
        </w:rPr>
        <w:tab/>
      </w:r>
      <w:r w:rsidRPr="005E6795">
        <w:rPr>
          <w:lang w:val="fr-FR"/>
        </w:rPr>
        <w:tab/>
      </w:r>
      <w:r w:rsidRPr="005E6795">
        <w:rPr>
          <w:lang w:val="fr-FR"/>
        </w:rPr>
        <w:tab/>
        <w:t>dangereuse</w:t>
      </w:r>
    </w:p>
    <w:p w14:paraId="45C0A791" w14:textId="77777777" w:rsidR="00D24F90" w:rsidRPr="005E6795" w:rsidRDefault="00D24F90" w:rsidP="00DD1048">
      <w:pPr>
        <w:rPr>
          <w:lang w:val="fr-FR"/>
        </w:rPr>
      </w:pPr>
    </w:p>
    <w:p w14:paraId="07B21561" w14:textId="566C7FDD" w:rsidR="00D24F90" w:rsidRPr="005E6795" w:rsidRDefault="00D24F90" w:rsidP="00DD1048">
      <w:pPr>
        <w:rPr>
          <w:b/>
          <w:bCs/>
          <w:lang w:val="fr-FR"/>
        </w:rPr>
      </w:pPr>
      <w:r w:rsidRPr="005E6795">
        <w:rPr>
          <w:b/>
          <w:bCs/>
          <w:lang w:val="fr-FR"/>
        </w:rPr>
        <w:t>VERB</w:t>
      </w:r>
      <w:r w:rsidRPr="005E6795">
        <w:rPr>
          <w:b/>
          <w:bCs/>
          <w:lang w:val="fr-FR"/>
        </w:rPr>
        <w:tab/>
      </w:r>
      <w:r w:rsidRPr="005E6795">
        <w:rPr>
          <w:b/>
          <w:bCs/>
          <w:lang w:val="fr-FR"/>
        </w:rPr>
        <w:tab/>
      </w:r>
      <w:r w:rsidRPr="005E6795">
        <w:rPr>
          <w:b/>
          <w:bCs/>
          <w:lang w:val="fr-FR"/>
        </w:rPr>
        <w:tab/>
        <w:t>INFINITIVE</w:t>
      </w:r>
      <w:r w:rsidR="00697717" w:rsidRPr="005E6795">
        <w:rPr>
          <w:b/>
          <w:bCs/>
          <w:lang w:val="fr-FR"/>
        </w:rPr>
        <w:tab/>
      </w:r>
      <w:r w:rsidR="00697717" w:rsidRPr="005E6795">
        <w:rPr>
          <w:b/>
          <w:bCs/>
          <w:lang w:val="fr-FR"/>
        </w:rPr>
        <w:tab/>
        <w:t>NOUN</w:t>
      </w:r>
    </w:p>
    <w:p w14:paraId="031FF0F5" w14:textId="791A877F" w:rsidR="00697717" w:rsidRPr="005E6795" w:rsidRDefault="00697717" w:rsidP="00DD1048">
      <w:pPr>
        <w:rPr>
          <w:lang w:val="fr-FR"/>
        </w:rPr>
      </w:pPr>
      <w:r w:rsidRPr="005E6795">
        <w:rPr>
          <w:lang w:val="fr-FR"/>
        </w:rPr>
        <w:t>Nous voulons</w:t>
      </w:r>
      <w:r w:rsidRPr="005E6795">
        <w:rPr>
          <w:lang w:val="fr-FR"/>
        </w:rPr>
        <w:tab/>
      </w:r>
      <w:r w:rsidRPr="005E6795">
        <w:rPr>
          <w:lang w:val="fr-FR"/>
        </w:rPr>
        <w:tab/>
        <w:t>aider</w:t>
      </w:r>
      <w:r w:rsidRPr="005E6795">
        <w:rPr>
          <w:lang w:val="fr-FR"/>
        </w:rPr>
        <w:tab/>
      </w:r>
      <w:r w:rsidRPr="005E6795">
        <w:rPr>
          <w:lang w:val="fr-FR"/>
        </w:rPr>
        <w:tab/>
      </w:r>
      <w:r w:rsidRPr="005E6795">
        <w:rPr>
          <w:lang w:val="fr-FR"/>
        </w:rPr>
        <w:tab/>
        <w:t>la nature</w:t>
      </w:r>
    </w:p>
    <w:p w14:paraId="47A62160" w14:textId="77777777" w:rsidR="003D3C28" w:rsidRPr="005E6795" w:rsidRDefault="003D3C28" w:rsidP="00DD1048">
      <w:pPr>
        <w:rPr>
          <w:lang w:val="fr-FR"/>
        </w:rPr>
      </w:pPr>
    </w:p>
    <w:p w14:paraId="15B98633" w14:textId="28246D07" w:rsidR="001D2950" w:rsidRDefault="00EE7DD7" w:rsidP="00EE7DD7">
      <w:pPr>
        <w:pStyle w:val="Heading1"/>
        <w:rPr>
          <w:lang w:val="en-GB"/>
        </w:rPr>
      </w:pPr>
      <w:r>
        <w:rPr>
          <w:lang w:val="en-GB"/>
        </w:rPr>
        <w:t>POETIC FORMS AND SHAPES</w:t>
      </w:r>
    </w:p>
    <w:p w14:paraId="02E537E2" w14:textId="181C145D" w:rsidR="003D3C28" w:rsidRDefault="003D3C28" w:rsidP="003D3C28">
      <w:r w:rsidRPr="00A96EBA">
        <w:rPr>
          <w:b/>
          <w:bCs/>
        </w:rPr>
        <w:t>Haiku</w:t>
      </w:r>
      <w:r w:rsidRPr="00685F1A">
        <w:t xml:space="preserve">s A Haiku is a Japanese poem that students might be familiar with from Literacy classes. Haikus paint a nature picture with words and </w:t>
      </w:r>
      <w:proofErr w:type="gramStart"/>
      <w:r w:rsidRPr="00685F1A">
        <w:t>has</w:t>
      </w:r>
      <w:proofErr w:type="gramEnd"/>
      <w:r w:rsidRPr="00685F1A">
        <w:t xml:space="preserve"> a very controlled structure, with the whole Haiku made up of 17 syllables. The pattern for Haikus is as follows: Line 1: Five syllables Line 2: Seven syllables Line 3: Five syllables</w:t>
      </w:r>
    </w:p>
    <w:p w14:paraId="2E9D9532" w14:textId="77777777" w:rsidR="003D3C28" w:rsidRPr="00A96EBA" w:rsidRDefault="003D3C28" w:rsidP="003D3C28">
      <w:pPr>
        <w:rPr>
          <w:b/>
          <w:bCs/>
        </w:rPr>
      </w:pPr>
      <w:r w:rsidRPr="00A96EBA">
        <w:rPr>
          <w:b/>
          <w:bCs/>
        </w:rPr>
        <w:t xml:space="preserve">Adjective Poems </w:t>
      </w:r>
    </w:p>
    <w:p w14:paraId="6E716C91" w14:textId="77777777" w:rsidR="003D3C28" w:rsidRDefault="003D3C28" w:rsidP="003D3C28">
      <w:r w:rsidRPr="00685F1A">
        <w:t xml:space="preserve">An adjective poem consists of 6 lines, with accumulative lists of adjectives. There is a set pattern: </w:t>
      </w:r>
    </w:p>
    <w:p w14:paraId="105ED982" w14:textId="77777777" w:rsidR="003D3C28" w:rsidRDefault="003D3C28" w:rsidP="003D3C28">
      <w:r w:rsidRPr="00685F1A">
        <w:t xml:space="preserve">Line 1: Noun </w:t>
      </w:r>
    </w:p>
    <w:p w14:paraId="21CB1A2F" w14:textId="77777777" w:rsidR="003D3C28" w:rsidRDefault="003D3C28" w:rsidP="003D3C28">
      <w:r w:rsidRPr="00685F1A">
        <w:t xml:space="preserve">Line 2: Same noun + is/are + adjective </w:t>
      </w:r>
    </w:p>
    <w:p w14:paraId="07B83B45" w14:textId="77777777" w:rsidR="003D3C28" w:rsidRDefault="003D3C28" w:rsidP="003D3C28">
      <w:r w:rsidRPr="00685F1A">
        <w:lastRenderedPageBreak/>
        <w:t>Line 3: Same noun + is/are + ad</w:t>
      </w:r>
      <w:r>
        <w:t>j</w:t>
      </w:r>
      <w:r w:rsidRPr="00685F1A">
        <w:t xml:space="preserve">ective 1, adjective 2 </w:t>
      </w:r>
    </w:p>
    <w:p w14:paraId="41C67067" w14:textId="77777777" w:rsidR="003D3C28" w:rsidRDefault="003D3C28" w:rsidP="003D3C28">
      <w:r w:rsidRPr="00685F1A">
        <w:t xml:space="preserve">Line 4: Is/are + adjective 1, adjective 2, adjective 3 </w:t>
      </w:r>
    </w:p>
    <w:p w14:paraId="74D2EAF1" w14:textId="77777777" w:rsidR="003D3C28" w:rsidRDefault="003D3C28" w:rsidP="003D3C28">
      <w:r w:rsidRPr="00685F1A">
        <w:t xml:space="preserve">Line 5: Adjective 1, adjective 2, adjective </w:t>
      </w:r>
      <w:proofErr w:type="gramStart"/>
      <w:r w:rsidRPr="00685F1A">
        <w:t>3 ,</w:t>
      </w:r>
      <w:proofErr w:type="gramEnd"/>
      <w:r w:rsidRPr="00685F1A">
        <w:t xml:space="preserve"> adjective 4 </w:t>
      </w:r>
    </w:p>
    <w:p w14:paraId="5A8C2359" w14:textId="65879429" w:rsidR="003D3C28" w:rsidRDefault="003D3C28" w:rsidP="003D3C28">
      <w:r w:rsidRPr="00685F1A">
        <w:t>Line 6: New (</w:t>
      </w:r>
      <w:proofErr w:type="spellStart"/>
      <w:r w:rsidRPr="00685F1A">
        <w:t>relat</w:t>
      </w:r>
      <w:r w:rsidR="00F2660E">
        <w:t>A</w:t>
      </w:r>
      <w:r w:rsidRPr="00685F1A">
        <w:t>ed</w:t>
      </w:r>
      <w:proofErr w:type="spellEnd"/>
      <w:r w:rsidRPr="00685F1A">
        <w:t>) noun</w:t>
      </w:r>
      <w:r>
        <w:t xml:space="preserve"> OR new (related) phrase</w:t>
      </w:r>
    </w:p>
    <w:p w14:paraId="7D7AF5DD" w14:textId="77777777" w:rsidR="004B09A4" w:rsidRDefault="004B09A4" w:rsidP="00DD1048"/>
    <w:p w14:paraId="6AA8D130" w14:textId="77777777" w:rsidR="00EE7DD7" w:rsidRPr="00EE7DD7" w:rsidRDefault="00EE7DD7" w:rsidP="00DD1048">
      <w:pPr>
        <w:rPr>
          <w:b/>
          <w:bCs/>
        </w:rPr>
      </w:pPr>
    </w:p>
    <w:p w14:paraId="0EE4C8F2" w14:textId="77777777" w:rsidR="00EE7DD7" w:rsidRPr="00EE7DD7" w:rsidRDefault="00EE7DD7" w:rsidP="00DD1048">
      <w:pPr>
        <w:rPr>
          <w:b/>
          <w:bCs/>
        </w:rPr>
      </w:pPr>
      <w:r w:rsidRPr="00EE7DD7">
        <w:rPr>
          <w:b/>
          <w:bCs/>
        </w:rPr>
        <w:t>Acrostic poems (see below)</w:t>
      </w:r>
    </w:p>
    <w:p w14:paraId="1398FCD4" w14:textId="77777777" w:rsidR="00EE7DD7" w:rsidRDefault="00EE7DD7" w:rsidP="00DD1048"/>
    <w:p w14:paraId="0F3D3815" w14:textId="06924EFA" w:rsidR="00EE7DD7" w:rsidRPr="00EE7DD7" w:rsidRDefault="00EE7DD7" w:rsidP="00DD1048">
      <w:pPr>
        <w:rPr>
          <w:b/>
          <w:bCs/>
        </w:rPr>
        <w:sectPr w:rsidR="00EE7DD7" w:rsidRPr="00EE7DD7" w:rsidSect="00034616"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  <w:proofErr w:type="spellStart"/>
      <w:r w:rsidRPr="00EE7DD7">
        <w:rPr>
          <w:b/>
          <w:bCs/>
        </w:rPr>
        <w:t>Caligrammes</w:t>
      </w:r>
      <w:proofErr w:type="spellEnd"/>
      <w:r w:rsidRPr="00EE7DD7">
        <w:rPr>
          <w:b/>
          <w:bCs/>
        </w:rPr>
        <w:t xml:space="preserve"> (poems following the shape of something from the natural world)</w:t>
      </w:r>
    </w:p>
    <w:p w14:paraId="69E75EF7" w14:textId="770EE1B9" w:rsidR="00F2660E" w:rsidRPr="005E6795" w:rsidRDefault="00F2660E" w:rsidP="00DD1048">
      <w:pPr>
        <w:rPr>
          <w:sz w:val="96"/>
          <w:szCs w:val="96"/>
          <w:lang w:val="it-IT"/>
        </w:rPr>
      </w:pPr>
      <w:r w:rsidRPr="005E6795">
        <w:rPr>
          <w:sz w:val="96"/>
          <w:szCs w:val="96"/>
          <w:lang w:val="it-IT"/>
        </w:rPr>
        <w:lastRenderedPageBreak/>
        <w:t>N</w:t>
      </w:r>
    </w:p>
    <w:p w14:paraId="59FE4DC1" w14:textId="0BF9D5F5" w:rsidR="00F2660E" w:rsidRPr="005E6795" w:rsidRDefault="00F2660E" w:rsidP="00DD1048">
      <w:pPr>
        <w:rPr>
          <w:sz w:val="96"/>
          <w:szCs w:val="96"/>
          <w:lang w:val="it-IT"/>
        </w:rPr>
      </w:pPr>
      <w:r w:rsidRPr="005E6795">
        <w:rPr>
          <w:sz w:val="96"/>
          <w:szCs w:val="96"/>
          <w:lang w:val="it-IT"/>
        </w:rPr>
        <w:t>A</w:t>
      </w:r>
    </w:p>
    <w:p w14:paraId="19629AE3" w14:textId="76DCC49D" w:rsidR="00F2660E" w:rsidRPr="005E6795" w:rsidRDefault="00F2660E" w:rsidP="00DD1048">
      <w:pPr>
        <w:rPr>
          <w:sz w:val="96"/>
          <w:szCs w:val="96"/>
          <w:lang w:val="it-IT"/>
        </w:rPr>
      </w:pPr>
      <w:r w:rsidRPr="005E6795">
        <w:rPr>
          <w:sz w:val="96"/>
          <w:szCs w:val="96"/>
          <w:lang w:val="it-IT"/>
        </w:rPr>
        <w:t>T</w:t>
      </w:r>
    </w:p>
    <w:p w14:paraId="6C472952" w14:textId="01091D3D" w:rsidR="00F2660E" w:rsidRPr="005E6795" w:rsidRDefault="00F2660E" w:rsidP="00DD1048">
      <w:pPr>
        <w:rPr>
          <w:sz w:val="96"/>
          <w:szCs w:val="96"/>
          <w:lang w:val="it-IT"/>
        </w:rPr>
      </w:pPr>
      <w:r w:rsidRPr="005E6795">
        <w:rPr>
          <w:sz w:val="96"/>
          <w:szCs w:val="96"/>
          <w:lang w:val="it-IT"/>
        </w:rPr>
        <w:t>U</w:t>
      </w:r>
    </w:p>
    <w:p w14:paraId="5C13AFF5" w14:textId="7A5235BF" w:rsidR="00F2660E" w:rsidRPr="005E6795" w:rsidRDefault="00F2660E" w:rsidP="00DD1048">
      <w:pPr>
        <w:rPr>
          <w:sz w:val="96"/>
          <w:szCs w:val="96"/>
          <w:lang w:val="it-IT"/>
        </w:rPr>
      </w:pPr>
      <w:r w:rsidRPr="005E6795">
        <w:rPr>
          <w:sz w:val="96"/>
          <w:szCs w:val="96"/>
          <w:lang w:val="it-IT"/>
        </w:rPr>
        <w:t>R</w:t>
      </w:r>
    </w:p>
    <w:p w14:paraId="6EAE0569" w14:textId="25126F27" w:rsidR="00F2660E" w:rsidRPr="005E6795" w:rsidRDefault="00F2660E" w:rsidP="00DD1048">
      <w:pPr>
        <w:rPr>
          <w:sz w:val="96"/>
          <w:szCs w:val="96"/>
          <w:lang w:val="it-IT"/>
        </w:rPr>
      </w:pPr>
      <w:r w:rsidRPr="005E6795">
        <w:rPr>
          <w:sz w:val="96"/>
          <w:szCs w:val="96"/>
          <w:lang w:val="it-IT"/>
        </w:rPr>
        <w:t>E</w:t>
      </w:r>
    </w:p>
    <w:p w14:paraId="3D4E8AD1" w14:textId="77777777" w:rsidR="00F2660E" w:rsidRPr="005E6795" w:rsidRDefault="00F2660E" w:rsidP="00DD1048">
      <w:pPr>
        <w:rPr>
          <w:lang w:val="it-IT"/>
        </w:rPr>
      </w:pPr>
    </w:p>
    <w:p w14:paraId="2CF9DEA2" w14:textId="77777777" w:rsidR="009A35F4" w:rsidRPr="005E6795" w:rsidRDefault="009A35F4" w:rsidP="00DD1048">
      <w:pPr>
        <w:rPr>
          <w:lang w:val="it-IT"/>
        </w:rPr>
        <w:sectPr w:rsidR="009A35F4" w:rsidRPr="005E6795" w:rsidSect="00034616"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14:paraId="08DEA820" w14:textId="77777777" w:rsidR="009A35F4" w:rsidRPr="005E6795" w:rsidRDefault="009A35F4" w:rsidP="009A35F4">
      <w:pPr>
        <w:rPr>
          <w:sz w:val="72"/>
          <w:szCs w:val="72"/>
          <w:lang w:val="it-IT"/>
        </w:rPr>
      </w:pPr>
      <w:r w:rsidRPr="005E6795">
        <w:rPr>
          <w:sz w:val="72"/>
          <w:szCs w:val="72"/>
          <w:lang w:val="it-IT"/>
        </w:rPr>
        <w:lastRenderedPageBreak/>
        <w:t>L</w:t>
      </w:r>
    </w:p>
    <w:p w14:paraId="60E47ABC" w14:textId="77777777" w:rsidR="009A35F4" w:rsidRPr="005E6795" w:rsidRDefault="009A35F4" w:rsidP="009A35F4">
      <w:pPr>
        <w:rPr>
          <w:sz w:val="72"/>
          <w:szCs w:val="72"/>
          <w:lang w:val="it-IT"/>
        </w:rPr>
      </w:pPr>
      <w:r w:rsidRPr="005E6795">
        <w:rPr>
          <w:sz w:val="72"/>
          <w:szCs w:val="72"/>
          <w:lang w:val="it-IT"/>
        </w:rPr>
        <w:t>A</w:t>
      </w:r>
    </w:p>
    <w:p w14:paraId="38457775" w14:textId="77777777" w:rsidR="009A35F4" w:rsidRPr="005E6795" w:rsidRDefault="009A35F4" w:rsidP="009A35F4">
      <w:pPr>
        <w:rPr>
          <w:sz w:val="72"/>
          <w:szCs w:val="72"/>
          <w:lang w:val="it-IT"/>
        </w:rPr>
      </w:pPr>
    </w:p>
    <w:p w14:paraId="5C049254" w14:textId="77777777" w:rsidR="009A35F4" w:rsidRPr="005E6795" w:rsidRDefault="009A35F4" w:rsidP="009A35F4">
      <w:pPr>
        <w:rPr>
          <w:sz w:val="72"/>
          <w:szCs w:val="72"/>
          <w:lang w:val="it-IT"/>
        </w:rPr>
      </w:pPr>
      <w:r w:rsidRPr="005E6795">
        <w:rPr>
          <w:sz w:val="72"/>
          <w:szCs w:val="72"/>
          <w:lang w:val="it-IT"/>
        </w:rPr>
        <w:t>P</w:t>
      </w:r>
    </w:p>
    <w:p w14:paraId="366E7DA7" w14:textId="77777777" w:rsidR="009A35F4" w:rsidRPr="005E6795" w:rsidRDefault="009A35F4" w:rsidP="009A35F4">
      <w:pPr>
        <w:rPr>
          <w:sz w:val="72"/>
          <w:szCs w:val="72"/>
          <w:lang w:val="it-IT"/>
        </w:rPr>
      </w:pPr>
      <w:r w:rsidRPr="005E6795">
        <w:rPr>
          <w:sz w:val="72"/>
          <w:szCs w:val="72"/>
          <w:lang w:val="it-IT"/>
        </w:rPr>
        <w:t>L</w:t>
      </w:r>
    </w:p>
    <w:p w14:paraId="47D7410A" w14:textId="77777777" w:rsidR="009A35F4" w:rsidRPr="005E6795" w:rsidRDefault="009A35F4" w:rsidP="009A35F4">
      <w:pPr>
        <w:rPr>
          <w:sz w:val="72"/>
          <w:szCs w:val="72"/>
          <w:lang w:val="it-IT"/>
        </w:rPr>
      </w:pPr>
      <w:r w:rsidRPr="005E6795">
        <w:rPr>
          <w:sz w:val="72"/>
          <w:szCs w:val="72"/>
          <w:lang w:val="it-IT"/>
        </w:rPr>
        <w:t>A</w:t>
      </w:r>
    </w:p>
    <w:p w14:paraId="27E70084" w14:textId="77777777" w:rsidR="009A35F4" w:rsidRPr="009A35F4" w:rsidRDefault="009A35F4" w:rsidP="009A35F4">
      <w:pPr>
        <w:rPr>
          <w:sz w:val="72"/>
          <w:szCs w:val="72"/>
        </w:rPr>
      </w:pPr>
      <w:r w:rsidRPr="009A35F4">
        <w:rPr>
          <w:sz w:val="72"/>
          <w:szCs w:val="72"/>
        </w:rPr>
        <w:t>N</w:t>
      </w:r>
    </w:p>
    <w:p w14:paraId="640B804C" w14:textId="36C5DF1C" w:rsidR="009A35F4" w:rsidRPr="009A35F4" w:rsidRDefault="003D4091" w:rsidP="009A35F4">
      <w:pPr>
        <w:rPr>
          <w:sz w:val="72"/>
          <w:szCs w:val="72"/>
        </w:rPr>
      </w:pPr>
      <w:r>
        <w:rPr>
          <w:sz w:val="72"/>
          <w:szCs w:val="72"/>
        </w:rPr>
        <w:t>È</w:t>
      </w:r>
    </w:p>
    <w:p w14:paraId="2845D43A" w14:textId="77777777" w:rsidR="009A35F4" w:rsidRPr="009A35F4" w:rsidRDefault="009A35F4" w:rsidP="009A35F4">
      <w:pPr>
        <w:rPr>
          <w:sz w:val="72"/>
          <w:szCs w:val="72"/>
        </w:rPr>
      </w:pPr>
      <w:r w:rsidRPr="009A35F4">
        <w:rPr>
          <w:sz w:val="72"/>
          <w:szCs w:val="72"/>
        </w:rPr>
        <w:t>T</w:t>
      </w:r>
    </w:p>
    <w:p w14:paraId="19EB8F23" w14:textId="77777777" w:rsidR="009A35F4" w:rsidRPr="009A35F4" w:rsidRDefault="009A35F4" w:rsidP="009A35F4">
      <w:pPr>
        <w:rPr>
          <w:sz w:val="72"/>
          <w:szCs w:val="72"/>
          <w:lang w:val="en-GB"/>
        </w:rPr>
      </w:pPr>
      <w:r w:rsidRPr="009A35F4">
        <w:rPr>
          <w:sz w:val="72"/>
          <w:szCs w:val="72"/>
        </w:rPr>
        <w:t>E</w:t>
      </w:r>
    </w:p>
    <w:p w14:paraId="1BC579A8" w14:textId="77777777" w:rsidR="00F2660E" w:rsidRDefault="00F2660E" w:rsidP="00DD1048"/>
    <w:sectPr w:rsidR="00F2660E" w:rsidSect="009A35F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AE81348"/>
    <w:multiLevelType w:val="multilevel"/>
    <w:tmpl w:val="E17AC3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6004DF6"/>
    <w:multiLevelType w:val="hybridMultilevel"/>
    <w:tmpl w:val="83BAE1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F3F20"/>
    <w:multiLevelType w:val="hybridMultilevel"/>
    <w:tmpl w:val="4252DA3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7603057">
    <w:abstractNumId w:val="8"/>
  </w:num>
  <w:num w:numId="2" w16cid:durableId="1334646807">
    <w:abstractNumId w:val="6"/>
  </w:num>
  <w:num w:numId="3" w16cid:durableId="1665668888">
    <w:abstractNumId w:val="5"/>
  </w:num>
  <w:num w:numId="4" w16cid:durableId="1332753150">
    <w:abstractNumId w:val="4"/>
  </w:num>
  <w:num w:numId="5" w16cid:durableId="562377842">
    <w:abstractNumId w:val="7"/>
  </w:num>
  <w:num w:numId="6" w16cid:durableId="1148863425">
    <w:abstractNumId w:val="3"/>
  </w:num>
  <w:num w:numId="7" w16cid:durableId="266815753">
    <w:abstractNumId w:val="2"/>
  </w:num>
  <w:num w:numId="8" w16cid:durableId="273027681">
    <w:abstractNumId w:val="1"/>
  </w:num>
  <w:num w:numId="9" w16cid:durableId="241575033">
    <w:abstractNumId w:val="0"/>
  </w:num>
  <w:num w:numId="10" w16cid:durableId="442384330">
    <w:abstractNumId w:val="9"/>
    <w:lvlOverride w:ilvl="0">
      <w:startOverride w:val="1"/>
    </w:lvlOverride>
  </w:num>
  <w:num w:numId="11" w16cid:durableId="1348556307">
    <w:abstractNumId w:val="9"/>
    <w:lvlOverride w:ilvl="0">
      <w:startOverride w:val="2"/>
    </w:lvlOverride>
  </w:num>
  <w:num w:numId="12" w16cid:durableId="1388215107">
    <w:abstractNumId w:val="9"/>
    <w:lvlOverride w:ilvl="0">
      <w:startOverride w:val="3"/>
    </w:lvlOverride>
  </w:num>
  <w:num w:numId="13" w16cid:durableId="1665664915">
    <w:abstractNumId w:val="9"/>
    <w:lvlOverride w:ilvl="0">
      <w:startOverride w:val="4"/>
    </w:lvlOverride>
  </w:num>
  <w:num w:numId="14" w16cid:durableId="1771654616">
    <w:abstractNumId w:val="9"/>
    <w:lvlOverride w:ilvl="0">
      <w:startOverride w:val="5"/>
    </w:lvlOverride>
  </w:num>
  <w:num w:numId="15" w16cid:durableId="306130728">
    <w:abstractNumId w:val="9"/>
    <w:lvlOverride w:ilvl="0">
      <w:startOverride w:val="6"/>
    </w:lvlOverride>
  </w:num>
  <w:num w:numId="16" w16cid:durableId="1107654185">
    <w:abstractNumId w:val="9"/>
    <w:lvlOverride w:ilvl="0">
      <w:startOverride w:val="7"/>
    </w:lvlOverride>
  </w:num>
  <w:num w:numId="17" w16cid:durableId="1985813480">
    <w:abstractNumId w:val="9"/>
    <w:lvlOverride w:ilvl="0">
      <w:startOverride w:val="8"/>
    </w:lvlOverride>
  </w:num>
  <w:num w:numId="18" w16cid:durableId="1803378427">
    <w:abstractNumId w:val="9"/>
    <w:lvlOverride w:ilvl="0">
      <w:startOverride w:val="9"/>
    </w:lvlOverride>
  </w:num>
  <w:num w:numId="19" w16cid:durableId="488789364">
    <w:abstractNumId w:val="9"/>
    <w:lvlOverride w:ilvl="0">
      <w:startOverride w:val="10"/>
    </w:lvlOverride>
  </w:num>
  <w:num w:numId="20" w16cid:durableId="968902651">
    <w:abstractNumId w:val="11"/>
  </w:num>
  <w:num w:numId="21" w16cid:durableId="5092930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71A20"/>
    <w:rsid w:val="000C56EA"/>
    <w:rsid w:val="000E20A7"/>
    <w:rsid w:val="000E4C1F"/>
    <w:rsid w:val="00121616"/>
    <w:rsid w:val="0015074B"/>
    <w:rsid w:val="00173F39"/>
    <w:rsid w:val="001A0D03"/>
    <w:rsid w:val="001D2950"/>
    <w:rsid w:val="001D3BB4"/>
    <w:rsid w:val="001E118D"/>
    <w:rsid w:val="0029639D"/>
    <w:rsid w:val="00326F90"/>
    <w:rsid w:val="003626CB"/>
    <w:rsid w:val="00365D4E"/>
    <w:rsid w:val="00386747"/>
    <w:rsid w:val="003D3C28"/>
    <w:rsid w:val="003D4091"/>
    <w:rsid w:val="003F345E"/>
    <w:rsid w:val="00425BF7"/>
    <w:rsid w:val="004617D7"/>
    <w:rsid w:val="0048487F"/>
    <w:rsid w:val="004B09A4"/>
    <w:rsid w:val="004C42A7"/>
    <w:rsid w:val="004D0114"/>
    <w:rsid w:val="004F7F79"/>
    <w:rsid w:val="00551EBC"/>
    <w:rsid w:val="005E33BB"/>
    <w:rsid w:val="005E6795"/>
    <w:rsid w:val="005E7902"/>
    <w:rsid w:val="00697717"/>
    <w:rsid w:val="006E022E"/>
    <w:rsid w:val="00712DDF"/>
    <w:rsid w:val="00714F24"/>
    <w:rsid w:val="00717A6F"/>
    <w:rsid w:val="00721ABE"/>
    <w:rsid w:val="00737B94"/>
    <w:rsid w:val="00740BCD"/>
    <w:rsid w:val="00740D23"/>
    <w:rsid w:val="00747993"/>
    <w:rsid w:val="00755311"/>
    <w:rsid w:val="00766C85"/>
    <w:rsid w:val="007A2593"/>
    <w:rsid w:val="007E0EC7"/>
    <w:rsid w:val="00867127"/>
    <w:rsid w:val="008B2430"/>
    <w:rsid w:val="008C7CBF"/>
    <w:rsid w:val="008E38FD"/>
    <w:rsid w:val="009141E1"/>
    <w:rsid w:val="0091565E"/>
    <w:rsid w:val="00957318"/>
    <w:rsid w:val="009814DC"/>
    <w:rsid w:val="00991EE0"/>
    <w:rsid w:val="009A1ABE"/>
    <w:rsid w:val="009A35F4"/>
    <w:rsid w:val="009D061F"/>
    <w:rsid w:val="00A24886"/>
    <w:rsid w:val="00A57067"/>
    <w:rsid w:val="00AA1D8D"/>
    <w:rsid w:val="00AD3692"/>
    <w:rsid w:val="00B02D7C"/>
    <w:rsid w:val="00B152B6"/>
    <w:rsid w:val="00B25918"/>
    <w:rsid w:val="00B47730"/>
    <w:rsid w:val="00BB1EF8"/>
    <w:rsid w:val="00BF1BD3"/>
    <w:rsid w:val="00C00DA1"/>
    <w:rsid w:val="00C13814"/>
    <w:rsid w:val="00C2174E"/>
    <w:rsid w:val="00C436BD"/>
    <w:rsid w:val="00C4551A"/>
    <w:rsid w:val="00C6170A"/>
    <w:rsid w:val="00CA6117"/>
    <w:rsid w:val="00CB0664"/>
    <w:rsid w:val="00D148A7"/>
    <w:rsid w:val="00D24F90"/>
    <w:rsid w:val="00D4288B"/>
    <w:rsid w:val="00D518D4"/>
    <w:rsid w:val="00D83B42"/>
    <w:rsid w:val="00D852EB"/>
    <w:rsid w:val="00DA2390"/>
    <w:rsid w:val="00DC6C34"/>
    <w:rsid w:val="00DD1048"/>
    <w:rsid w:val="00E64F04"/>
    <w:rsid w:val="00E704ED"/>
    <w:rsid w:val="00E77C1E"/>
    <w:rsid w:val="00E80C74"/>
    <w:rsid w:val="00E81405"/>
    <w:rsid w:val="00E83DF9"/>
    <w:rsid w:val="00EE7DD7"/>
    <w:rsid w:val="00F14E43"/>
    <w:rsid w:val="00F2660E"/>
    <w:rsid w:val="00F33238"/>
    <w:rsid w:val="00F46251"/>
    <w:rsid w:val="00F619B4"/>
    <w:rsid w:val="00FA6403"/>
    <w:rsid w:val="00FB4B11"/>
    <w:rsid w:val="00FC693F"/>
    <w:rsid w:val="00FE38E0"/>
    <w:rsid w:val="05F082A2"/>
    <w:rsid w:val="1D50AEF2"/>
    <w:rsid w:val="30DDA189"/>
    <w:rsid w:val="3FB89C29"/>
    <w:rsid w:val="4E9846D7"/>
    <w:rsid w:val="515CA5AC"/>
    <w:rsid w:val="654FA570"/>
    <w:rsid w:val="6B8303F6"/>
    <w:rsid w:val="6FCD603D"/>
    <w:rsid w:val="7257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4062061"/>
  <w14:defaultImageDpi w14:val="300"/>
  <w15:docId w15:val="{ACA46E85-7050-45A2-9F7A-C8F4F318C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u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urfulList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urfulList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urfulList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urfulList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urfulList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u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urfulGrid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urfulGrid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Grid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urfulGrid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urfulGrid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12</Pages>
  <Words>860</Words>
  <Characters>4906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5755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Hampton, Cathy</dc:creator>
  <cp:keywords/>
  <dc:description>generated by python-docx</dc:description>
  <cp:lastModifiedBy>Hampton, Cathy</cp:lastModifiedBy>
  <cp:revision>3</cp:revision>
  <dcterms:created xsi:type="dcterms:W3CDTF">2026-05-21T14:04:00Z</dcterms:created>
  <dcterms:modified xsi:type="dcterms:W3CDTF">2026-06-05T14:31:00Z</dcterms:modified>
  <cp:category/>
</cp:coreProperties>
</file>