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3CCE5C" w14:textId="77777777" w:rsidR="009C01D2" w:rsidRPr="00780B77" w:rsidRDefault="00F75351">
      <w:pPr>
        <w:pStyle w:val="Title"/>
        <w:rPr>
          <w:lang w:val="it-IT"/>
        </w:rPr>
      </w:pPr>
      <w:r w:rsidRPr="00780B77">
        <w:rPr>
          <w:lang w:val="it-IT"/>
        </w:rPr>
        <w:t>Vocabulario de la naturaleza y el medio ambiente (KS2–KS3)</w:t>
      </w:r>
    </w:p>
    <w:p w14:paraId="53720CB9" w14:textId="2C607013" w:rsidR="00B20F0A" w:rsidRPr="00F96979" w:rsidRDefault="00B20F0A">
      <w:pPr>
        <w:pStyle w:val="Heading1"/>
        <w:rPr>
          <w:sz w:val="44"/>
          <w:szCs w:val="44"/>
          <w:lang w:val="it-IT"/>
        </w:rPr>
      </w:pPr>
      <w:r w:rsidRPr="00F96979">
        <w:rPr>
          <w:sz w:val="44"/>
          <w:szCs w:val="44"/>
          <w:lang w:val="it-IT"/>
        </w:rPr>
        <w:t>NOUNS</w:t>
      </w:r>
    </w:p>
    <w:p w14:paraId="3F4792A0" w14:textId="645C211D" w:rsidR="31FC7523" w:rsidRDefault="31FC7523" w:rsidP="0A2EB6BF">
      <w:pPr>
        <w:pStyle w:val="Heading1"/>
        <w:numPr>
          <w:ilvl w:val="0"/>
          <w:numId w:val="11"/>
        </w:numPr>
        <w:rPr>
          <w:lang w:val="it-IT"/>
        </w:rPr>
      </w:pPr>
      <w:r w:rsidRPr="0A2EB6BF">
        <w:rPr>
          <w:lang w:val="it-IT"/>
        </w:rPr>
        <w:t>Nature (</w:t>
      </w:r>
      <w:r w:rsidR="00F75351" w:rsidRPr="0A2EB6BF">
        <w:rPr>
          <w:lang w:val="it-IT"/>
        </w:rPr>
        <w:t>Naturaleza general</w:t>
      </w:r>
      <w:r w:rsidR="37200E48" w:rsidRPr="0A2EB6BF">
        <w:rPr>
          <w:lang w:val="it-IT"/>
        </w:rPr>
        <w:t>)</w:t>
      </w:r>
    </w:p>
    <w:p w14:paraId="7F33F79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naturaleza – nature</w:t>
      </w:r>
    </w:p>
    <w:p w14:paraId="5DD04FC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medio ambiente – environment</w:t>
      </w:r>
    </w:p>
    <w:p w14:paraId="7F65293D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paisaje – landscape</w:t>
      </w:r>
    </w:p>
    <w:p w14:paraId="347D259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planeta – planet</w:t>
      </w:r>
    </w:p>
    <w:p w14:paraId="4992CF67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Tierra – Earth</w:t>
      </w:r>
    </w:p>
    <w:p w14:paraId="1D32195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mundo – world</w:t>
      </w:r>
    </w:p>
    <w:p w14:paraId="4987FA25" w14:textId="4D17C755" w:rsidR="009C01D2" w:rsidRPr="00780B77" w:rsidRDefault="31B9B33D" w:rsidP="0001123E">
      <w:pPr>
        <w:pStyle w:val="Heading1"/>
        <w:numPr>
          <w:ilvl w:val="0"/>
          <w:numId w:val="11"/>
        </w:numPr>
        <w:rPr>
          <w:lang w:val="it-IT"/>
        </w:rPr>
      </w:pPr>
      <w:r w:rsidRPr="0A2EB6BF">
        <w:rPr>
          <w:lang w:val="it-IT"/>
        </w:rPr>
        <w:t>Plants and trees (</w:t>
      </w:r>
      <w:r w:rsidR="00F75351" w:rsidRPr="0A2EB6BF">
        <w:rPr>
          <w:lang w:val="it-IT"/>
        </w:rPr>
        <w:t>Plantas y árboles</w:t>
      </w:r>
      <w:r w:rsidR="0356E629" w:rsidRPr="0A2EB6BF">
        <w:rPr>
          <w:lang w:val="it-IT"/>
        </w:rPr>
        <w:t>)</w:t>
      </w:r>
    </w:p>
    <w:p w14:paraId="301FAA8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árbol – tree</w:t>
      </w:r>
    </w:p>
    <w:p w14:paraId="5BB8A7EF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bosque – forest</w:t>
      </w:r>
    </w:p>
    <w:p w14:paraId="71899A43" w14:textId="77777777" w:rsidR="009C01D2" w:rsidRDefault="00F75351">
      <w:r>
        <w:t>la hoja – leaf</w:t>
      </w:r>
    </w:p>
    <w:p w14:paraId="6B6D4612" w14:textId="77777777" w:rsidR="009C01D2" w:rsidRDefault="00F75351">
      <w:r>
        <w:t>la flor – flower</w:t>
      </w:r>
    </w:p>
    <w:p w14:paraId="73150C24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la hierba – grass</w:t>
      </w:r>
    </w:p>
    <w:p w14:paraId="490CFEF3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la planta – plant</w:t>
      </w:r>
    </w:p>
    <w:p w14:paraId="41D696C4" w14:textId="77777777" w:rsidR="009C01D2" w:rsidRDefault="00F75351">
      <w:r>
        <w:t>el arbusto – bush</w:t>
      </w:r>
    </w:p>
    <w:p w14:paraId="656B3311" w14:textId="1028C893" w:rsidR="009C01D2" w:rsidRDefault="00F75351" w:rsidP="0001123E">
      <w:pPr>
        <w:pStyle w:val="Heading1"/>
        <w:numPr>
          <w:ilvl w:val="0"/>
          <w:numId w:val="11"/>
        </w:numPr>
      </w:pPr>
      <w:r>
        <w:t>Animales</w:t>
      </w:r>
      <w:r w:rsidR="0A34864E">
        <w:t xml:space="preserve"> </w:t>
      </w:r>
    </w:p>
    <w:p w14:paraId="64F500E0" w14:textId="77777777" w:rsidR="009C01D2" w:rsidRDefault="00F75351">
      <w:r>
        <w:t>el animal – animal</w:t>
      </w:r>
    </w:p>
    <w:p w14:paraId="65FF813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mamífero – mammal</w:t>
      </w:r>
    </w:p>
    <w:p w14:paraId="59FB207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pájaro – bird</w:t>
      </w:r>
    </w:p>
    <w:p w14:paraId="3C5886B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pez – fish</w:t>
      </w:r>
    </w:p>
    <w:p w14:paraId="33F71136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zorro – fox</w:t>
      </w:r>
    </w:p>
    <w:p w14:paraId="5CE65C2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ciervo – deer</w:t>
      </w:r>
    </w:p>
    <w:p w14:paraId="002F3112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cierva – doe</w:t>
      </w:r>
    </w:p>
    <w:p w14:paraId="74CC84D0" w14:textId="77777777" w:rsidR="009C01D2" w:rsidRDefault="00F75351">
      <w:r>
        <w:t>el jabalí – wild boar</w:t>
      </w:r>
    </w:p>
    <w:p w14:paraId="4943D37A" w14:textId="77777777" w:rsidR="009C01D2" w:rsidRDefault="00F75351">
      <w:r>
        <w:t>el conejo – rabbit</w:t>
      </w:r>
    </w:p>
    <w:p w14:paraId="56C81E4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liebre – hare</w:t>
      </w:r>
    </w:p>
    <w:p w14:paraId="05BA2EE0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ardilla – squirrel</w:t>
      </w:r>
    </w:p>
    <w:p w14:paraId="738A50A2" w14:textId="77777777" w:rsidR="009C01D2" w:rsidRDefault="00F75351">
      <w:r>
        <w:t>el tejón – badger</w:t>
      </w:r>
    </w:p>
    <w:p w14:paraId="049CD434" w14:textId="77777777" w:rsidR="009C01D2" w:rsidRDefault="00F75351">
      <w:r>
        <w:t>el erizo – hedgehog</w:t>
      </w:r>
    </w:p>
    <w:p w14:paraId="4A5D88E1" w14:textId="77777777" w:rsidR="009C01D2" w:rsidRDefault="00F75351">
      <w:r>
        <w:t>el murciélago – bat</w:t>
      </w:r>
    </w:p>
    <w:p w14:paraId="202D66DF" w14:textId="77777777" w:rsidR="009C01D2" w:rsidRDefault="00F75351">
      <w:r>
        <w:t>el lobo – wolf</w:t>
      </w:r>
    </w:p>
    <w:p w14:paraId="7FD0093C" w14:textId="77777777" w:rsidR="009C01D2" w:rsidRDefault="00F75351">
      <w:r>
        <w:t>el oso – bear</w:t>
      </w:r>
    </w:p>
    <w:p w14:paraId="0DDC1914" w14:textId="77777777" w:rsidR="009C01D2" w:rsidRDefault="00F75351">
      <w:r>
        <w:t>el lince – lynx</w:t>
      </w:r>
    </w:p>
    <w:p w14:paraId="273A41E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marmota – marmot</w:t>
      </w:r>
    </w:p>
    <w:p w14:paraId="01BE3D93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cabra – goat</w:t>
      </w:r>
    </w:p>
    <w:p w14:paraId="19B58FD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oveja – sheep</w:t>
      </w:r>
    </w:p>
    <w:p w14:paraId="396FA853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vaca – cow</w:t>
      </w:r>
    </w:p>
    <w:p w14:paraId="53D52CE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caballo – horse</w:t>
      </w:r>
    </w:p>
    <w:p w14:paraId="132D132A" w14:textId="54285038" w:rsidR="009C01D2" w:rsidRPr="00780B77" w:rsidRDefault="00660352" w:rsidP="00660352">
      <w:pPr>
        <w:pStyle w:val="Heading1"/>
        <w:numPr>
          <w:ilvl w:val="0"/>
          <w:numId w:val="11"/>
        </w:numPr>
        <w:rPr>
          <w:lang w:val="it-IT"/>
        </w:rPr>
      </w:pPr>
      <w:r>
        <w:rPr>
          <w:lang w:val="it-IT"/>
        </w:rPr>
        <w:t>Birds (</w:t>
      </w:r>
      <w:r w:rsidRPr="00780B77">
        <w:rPr>
          <w:lang w:val="it-IT"/>
        </w:rPr>
        <w:t>Aves</w:t>
      </w:r>
      <w:r>
        <w:rPr>
          <w:lang w:val="it-IT"/>
        </w:rPr>
        <w:t>)</w:t>
      </w:r>
    </w:p>
    <w:p w14:paraId="6FD43193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pájaro – bird</w:t>
      </w:r>
    </w:p>
    <w:p w14:paraId="0064D02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mirlo – blackbird</w:t>
      </w:r>
    </w:p>
    <w:p w14:paraId="14333BC0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carbonero – tit</w:t>
      </w:r>
    </w:p>
    <w:p w14:paraId="55916F5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petirrojo – robin</w:t>
      </w:r>
    </w:p>
    <w:p w14:paraId="122650F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gorrión – sparrow</w:t>
      </w:r>
    </w:p>
    <w:p w14:paraId="413545C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cuervo – crow</w:t>
      </w:r>
    </w:p>
    <w:p w14:paraId="4D15E6B3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graja – rook</w:t>
      </w:r>
    </w:p>
    <w:p w14:paraId="09CD274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paloma – pigeon</w:t>
      </w:r>
    </w:p>
    <w:p w14:paraId="5915C37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gaviota – seagull</w:t>
      </w:r>
    </w:p>
    <w:p w14:paraId="33B5873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pato – duck</w:t>
      </w:r>
    </w:p>
    <w:p w14:paraId="7A7B32D9" w14:textId="30AFC423" w:rsidR="009C01D2" w:rsidRPr="00780B77" w:rsidRDefault="00F75351">
      <w:pPr>
        <w:rPr>
          <w:lang w:val="it-IT"/>
        </w:rPr>
      </w:pPr>
      <w:r w:rsidRPr="0A2EB6BF">
        <w:rPr>
          <w:lang w:val="it-IT"/>
        </w:rPr>
        <w:t xml:space="preserve">la </w:t>
      </w:r>
      <w:r w:rsidR="027591B4" w:rsidRPr="0A2EB6BF">
        <w:rPr>
          <w:lang w:val="it-IT"/>
        </w:rPr>
        <w:t xml:space="preserve">ganso </w:t>
      </w:r>
      <w:r w:rsidRPr="0A2EB6BF">
        <w:rPr>
          <w:lang w:val="it-IT"/>
        </w:rPr>
        <w:t>– goose</w:t>
      </w:r>
    </w:p>
    <w:p w14:paraId="42DC43F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cisne – swan</w:t>
      </w:r>
    </w:p>
    <w:p w14:paraId="7285E42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lechuza – owl</w:t>
      </w:r>
    </w:p>
    <w:p w14:paraId="6825B01F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búho – owl</w:t>
      </w:r>
    </w:p>
    <w:p w14:paraId="03A5ECC1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águila – eagle</w:t>
      </w:r>
    </w:p>
    <w:p w14:paraId="2BC3D98F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halcón – falcon</w:t>
      </w:r>
    </w:p>
    <w:p w14:paraId="3BBA1E4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golondrina – swallow</w:t>
      </w:r>
    </w:p>
    <w:p w14:paraId="66AB927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cigüeña – stork</w:t>
      </w:r>
    </w:p>
    <w:p w14:paraId="02C0B89A" w14:textId="71F55744" w:rsidR="009C01D2" w:rsidRPr="00780B77" w:rsidRDefault="45101183" w:rsidP="00660352">
      <w:pPr>
        <w:pStyle w:val="Heading1"/>
        <w:numPr>
          <w:ilvl w:val="0"/>
          <w:numId w:val="11"/>
        </w:numPr>
        <w:rPr>
          <w:lang w:val="it-IT"/>
        </w:rPr>
      </w:pPr>
      <w:r w:rsidRPr="0A2EB6BF">
        <w:rPr>
          <w:lang w:val="it-IT"/>
        </w:rPr>
        <w:t>Insects (Insectos)</w:t>
      </w:r>
    </w:p>
    <w:p w14:paraId="2C7040E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insecto – insect</w:t>
      </w:r>
    </w:p>
    <w:p w14:paraId="298AB21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mariposa – butterfly</w:t>
      </w:r>
    </w:p>
    <w:p w14:paraId="4085B66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oruga – caterpillar</w:t>
      </w:r>
    </w:p>
    <w:p w14:paraId="3CA286E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abeja – bee</w:t>
      </w:r>
    </w:p>
    <w:p w14:paraId="2EAE7B1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avispa – wasp</w:t>
      </w:r>
    </w:p>
    <w:p w14:paraId="237B770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mosca – fly</w:t>
      </w:r>
    </w:p>
    <w:p w14:paraId="230E06B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mosquito – mosquito</w:t>
      </w:r>
    </w:p>
    <w:p w14:paraId="738BBF54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la mariquita – ladybird</w:t>
      </w:r>
    </w:p>
    <w:p w14:paraId="55614B1A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la hormiga – ant</w:t>
      </w:r>
    </w:p>
    <w:p w14:paraId="600591A7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el saltamontes – grasshopper</w:t>
      </w:r>
    </w:p>
    <w:p w14:paraId="491D33D7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grillo – cricket</w:t>
      </w:r>
    </w:p>
    <w:p w14:paraId="2B4659D1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libélula – dragonfly</w:t>
      </w:r>
    </w:p>
    <w:p w14:paraId="4E85103D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escarabajo – beetle</w:t>
      </w:r>
    </w:p>
    <w:p w14:paraId="5F4DFBB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araña – spider</w:t>
      </w:r>
    </w:p>
    <w:p w14:paraId="656C4746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caracol – snail</w:t>
      </w:r>
    </w:p>
    <w:p w14:paraId="0C6B1382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babosa – slug</w:t>
      </w:r>
    </w:p>
    <w:p w14:paraId="0B4A969E" w14:textId="28717C9B" w:rsidR="009C01D2" w:rsidRPr="00780B77" w:rsidRDefault="00660352" w:rsidP="00660352">
      <w:pPr>
        <w:pStyle w:val="Heading1"/>
        <w:numPr>
          <w:ilvl w:val="0"/>
          <w:numId w:val="11"/>
        </w:numPr>
        <w:rPr>
          <w:lang w:val="it-IT"/>
        </w:rPr>
      </w:pPr>
      <w:r>
        <w:rPr>
          <w:lang w:val="it-IT"/>
        </w:rPr>
        <w:t>Sea Creatures (</w:t>
      </w:r>
      <w:r w:rsidRPr="00780B77">
        <w:rPr>
          <w:lang w:val="it-IT"/>
        </w:rPr>
        <w:t>Animales marinos</w:t>
      </w:r>
      <w:r>
        <w:rPr>
          <w:lang w:val="it-IT"/>
        </w:rPr>
        <w:t>)</w:t>
      </w:r>
    </w:p>
    <w:p w14:paraId="1C92919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ballena – whale</w:t>
      </w:r>
    </w:p>
    <w:p w14:paraId="6729A266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delfín – dolphin</w:t>
      </w:r>
    </w:p>
    <w:p w14:paraId="37FA00CE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tiburón – shark</w:t>
      </w:r>
    </w:p>
    <w:p w14:paraId="7D77B7F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pulpo – octopus</w:t>
      </w:r>
    </w:p>
    <w:p w14:paraId="63CCCA3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calamar – squid</w:t>
      </w:r>
    </w:p>
    <w:p w14:paraId="7F75C48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medusa – jellyfish</w:t>
      </w:r>
    </w:p>
    <w:p w14:paraId="44AC630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estrella de mar – starfish</w:t>
      </w:r>
    </w:p>
    <w:p w14:paraId="6FACB0F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cangrejo – crab</w:t>
      </w:r>
    </w:p>
    <w:p w14:paraId="0BA5761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langosta – lobster</w:t>
      </w:r>
    </w:p>
    <w:p w14:paraId="67B1198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camarón – shrimp</w:t>
      </w:r>
    </w:p>
    <w:p w14:paraId="48C7E0E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foca – seal</w:t>
      </w:r>
    </w:p>
    <w:p w14:paraId="28C1B2B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león marino – sea lion</w:t>
      </w:r>
    </w:p>
    <w:p w14:paraId="43899D48" w14:textId="07FECD83" w:rsidR="009C01D2" w:rsidRPr="00660352" w:rsidRDefault="00660352" w:rsidP="00660352">
      <w:pPr>
        <w:pStyle w:val="Heading1"/>
        <w:numPr>
          <w:ilvl w:val="0"/>
          <w:numId w:val="11"/>
        </w:numPr>
        <w:rPr>
          <w:lang w:val="en-GB"/>
        </w:rPr>
      </w:pPr>
      <w:r w:rsidRPr="00660352">
        <w:rPr>
          <w:lang w:val="en-GB"/>
        </w:rPr>
        <w:t>Water and Weather (Agua y tiempo)</w:t>
      </w:r>
    </w:p>
    <w:p w14:paraId="59147D7A" w14:textId="77777777" w:rsidR="009C01D2" w:rsidRDefault="00F75351">
      <w:r>
        <w:t>el agua – water</w:t>
      </w:r>
    </w:p>
    <w:p w14:paraId="7A250289" w14:textId="77777777" w:rsidR="009C01D2" w:rsidRDefault="00F75351">
      <w:r>
        <w:t>el río – river</w:t>
      </w:r>
    </w:p>
    <w:p w14:paraId="4710DC4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lago – lake</w:t>
      </w:r>
    </w:p>
    <w:p w14:paraId="4E356A5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mar – sea</w:t>
      </w:r>
    </w:p>
    <w:p w14:paraId="5046ABD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océano – ocean</w:t>
      </w:r>
    </w:p>
    <w:p w14:paraId="568742A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lluvia – rain</w:t>
      </w:r>
    </w:p>
    <w:p w14:paraId="21C79360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nieve – snow</w:t>
      </w:r>
    </w:p>
    <w:p w14:paraId="2164DC2C" w14:textId="77777777" w:rsidR="009C01D2" w:rsidRDefault="00F75351">
      <w:r>
        <w:t>el viento – wind</w:t>
      </w:r>
    </w:p>
    <w:p w14:paraId="658FDAD7" w14:textId="2F4C2AD5" w:rsidR="009C01D2" w:rsidRDefault="00660352">
      <w:pPr>
        <w:pStyle w:val="Heading1"/>
      </w:pPr>
      <w:r>
        <w:t>8. Georgraphy and Land (Geografía)</w:t>
      </w:r>
    </w:p>
    <w:p w14:paraId="2E753121" w14:textId="77777777" w:rsidR="009C01D2" w:rsidRDefault="00F75351">
      <w:r>
        <w:t>la montaña – mountain</w:t>
      </w:r>
    </w:p>
    <w:p w14:paraId="2DB0D8E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colina – hill</w:t>
      </w:r>
    </w:p>
    <w:p w14:paraId="2D11D99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desierto – desert</w:t>
      </w:r>
    </w:p>
    <w:p w14:paraId="28BA6F6E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playa – beach</w:t>
      </w:r>
    </w:p>
    <w:p w14:paraId="0DCF9FE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valle – valley</w:t>
      </w:r>
    </w:p>
    <w:p w14:paraId="3C5F752D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campo – field</w:t>
      </w:r>
    </w:p>
    <w:p w14:paraId="4A67F1C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roca – rock</w:t>
      </w:r>
    </w:p>
    <w:p w14:paraId="4DAE53CF" w14:textId="6C147489" w:rsidR="009C01D2" w:rsidRPr="00780B77" w:rsidRDefault="00660352" w:rsidP="00660352">
      <w:pPr>
        <w:pStyle w:val="Heading1"/>
        <w:numPr>
          <w:ilvl w:val="0"/>
          <w:numId w:val="11"/>
        </w:numPr>
        <w:rPr>
          <w:lang w:val="it-IT"/>
        </w:rPr>
      </w:pPr>
      <w:r>
        <w:rPr>
          <w:lang w:val="it-IT"/>
        </w:rPr>
        <w:t>Environmental Issues (</w:t>
      </w:r>
      <w:r w:rsidRPr="00780B77">
        <w:rPr>
          <w:lang w:val="it-IT"/>
        </w:rPr>
        <w:t>Problemas medioambientales</w:t>
      </w:r>
      <w:r>
        <w:rPr>
          <w:lang w:val="it-IT"/>
        </w:rPr>
        <w:t>)</w:t>
      </w:r>
    </w:p>
    <w:p w14:paraId="6132D1B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contaminación – pollution</w:t>
      </w:r>
    </w:p>
    <w:p w14:paraId="6AC0FC30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los residuos – waste</w:t>
      </w:r>
    </w:p>
    <w:p w14:paraId="41DB06C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reciclaje – recycling</w:t>
      </w:r>
    </w:p>
    <w:p w14:paraId="6F9D940A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energía – energy</w:t>
      </w:r>
    </w:p>
    <w:p w14:paraId="262AEF5B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electricidad – electricity</w:t>
      </w:r>
    </w:p>
    <w:p w14:paraId="2E65692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plástico – plastic</w:t>
      </w:r>
    </w:p>
    <w:p w14:paraId="76378C69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planeta en peligro – planet in danger</w:t>
      </w:r>
    </w:p>
    <w:p w14:paraId="5B19D681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cambio climático – climate change</w:t>
      </w:r>
    </w:p>
    <w:p w14:paraId="7D783F46" w14:textId="62504104" w:rsidR="009C01D2" w:rsidRPr="00780B77" w:rsidRDefault="00660352" w:rsidP="00660352">
      <w:pPr>
        <w:pStyle w:val="Heading1"/>
        <w:numPr>
          <w:ilvl w:val="0"/>
          <w:numId w:val="11"/>
        </w:numPr>
        <w:rPr>
          <w:lang w:val="it-IT"/>
        </w:rPr>
      </w:pPr>
      <w:r>
        <w:rPr>
          <w:lang w:val="it-IT"/>
        </w:rPr>
        <w:t>Sustainability (</w:t>
      </w:r>
      <w:r w:rsidRPr="00780B77">
        <w:rPr>
          <w:lang w:val="it-IT"/>
        </w:rPr>
        <w:t>Sostenibilidad</w:t>
      </w:r>
      <w:r>
        <w:rPr>
          <w:lang w:val="it-IT"/>
        </w:rPr>
        <w:t>)</w:t>
      </w:r>
    </w:p>
    <w:p w14:paraId="10311F22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el reciclaje – recycling</w:t>
      </w:r>
    </w:p>
    <w:p w14:paraId="11484EFD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papelera – bin</w:t>
      </w:r>
    </w:p>
    <w:p w14:paraId="59A8C628" w14:textId="6CF121DA" w:rsidR="009C01D2" w:rsidRPr="00780B77" w:rsidRDefault="00F75351">
      <w:pPr>
        <w:rPr>
          <w:lang w:val="fr-FR"/>
        </w:rPr>
      </w:pPr>
      <w:r w:rsidRPr="0A2EB6BF">
        <w:rPr>
          <w:lang w:val="fr-FR"/>
        </w:rPr>
        <w:t xml:space="preserve">la </w:t>
      </w:r>
      <w:r w:rsidR="3742EAF4" w:rsidRPr="0A2EB6BF">
        <w:rPr>
          <w:lang w:val="fr-FR"/>
        </w:rPr>
        <w:t xml:space="preserve">clasificación de residuos </w:t>
      </w:r>
      <w:r w:rsidRPr="0A2EB6BF">
        <w:rPr>
          <w:lang w:val="fr-FR"/>
        </w:rPr>
        <w:t>– sorting</w:t>
      </w:r>
    </w:p>
    <w:p w14:paraId="76CC089B" w14:textId="77777777" w:rsidR="009C01D2" w:rsidRPr="00780B77" w:rsidRDefault="00F75351">
      <w:pPr>
        <w:rPr>
          <w:lang w:val="fr-FR"/>
        </w:rPr>
      </w:pPr>
      <w:r w:rsidRPr="00780B77">
        <w:rPr>
          <w:lang w:val="fr-FR"/>
        </w:rPr>
        <w:t>la energía renovable – renewable energy</w:t>
      </w:r>
    </w:p>
    <w:p w14:paraId="5A999028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la protección – protection</w:t>
      </w:r>
    </w:p>
    <w:p w14:paraId="49266C6A" w14:textId="72CCBC1A" w:rsidR="009C01D2" w:rsidRPr="00780B77" w:rsidRDefault="5488240F" w:rsidP="0A2EB6BF">
      <w:pPr>
        <w:rPr>
          <w:lang w:val="es-ES"/>
        </w:rPr>
      </w:pPr>
      <w:r w:rsidRPr="0A2EB6BF">
        <w:rPr>
          <w:lang w:val="es-ES"/>
        </w:rPr>
        <w:t xml:space="preserve">Las reservas naturales protegidas </w:t>
      </w:r>
      <w:r w:rsidR="00F75351" w:rsidRPr="0A2EB6BF">
        <w:rPr>
          <w:lang w:val="es-ES"/>
        </w:rPr>
        <w:t>– protected nature</w:t>
      </w:r>
    </w:p>
    <w:p w14:paraId="76BD950C" w14:textId="7FB99E85" w:rsidR="009C01D2" w:rsidRPr="00660352" w:rsidRDefault="00660352">
      <w:pPr>
        <w:pStyle w:val="Heading1"/>
        <w:rPr>
          <w:sz w:val="44"/>
          <w:szCs w:val="44"/>
          <w:lang w:val="it-IT"/>
        </w:rPr>
      </w:pPr>
      <w:r w:rsidRPr="00660352">
        <w:rPr>
          <w:sz w:val="44"/>
          <w:szCs w:val="44"/>
          <w:lang w:val="it-IT"/>
        </w:rPr>
        <w:t>ADJETIVOS</w:t>
      </w:r>
    </w:p>
    <w:p w14:paraId="5E9951DE" w14:textId="319AA9D0" w:rsidR="00D412FA" w:rsidRPr="00D412FA" w:rsidRDefault="00D412FA" w:rsidP="00D412FA">
      <w:pPr>
        <w:pStyle w:val="Heading4"/>
        <w:rPr>
          <w:lang w:val="fr-FR"/>
        </w:rPr>
      </w:pPr>
      <w:r>
        <w:rPr>
          <w:lang w:val="fr-FR"/>
        </w:rPr>
        <w:t>SIZE</w:t>
      </w:r>
    </w:p>
    <w:p w14:paraId="48B83966" w14:textId="11435179" w:rsidR="009C01D2" w:rsidRPr="00780B77" w:rsidRDefault="00F75351">
      <w:pPr>
        <w:rPr>
          <w:lang w:val="it-IT"/>
        </w:rPr>
      </w:pPr>
      <w:r w:rsidRPr="00780B77">
        <w:rPr>
          <w:lang w:val="it-IT"/>
        </w:rPr>
        <w:t>grande – big</w:t>
      </w:r>
    </w:p>
    <w:p w14:paraId="5BEF768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pequeño/a – small</w:t>
      </w:r>
    </w:p>
    <w:p w14:paraId="424BADD4" w14:textId="77777777" w:rsidR="009C01D2" w:rsidRDefault="00F75351">
      <w:pPr>
        <w:rPr>
          <w:lang w:val="it-IT"/>
        </w:rPr>
      </w:pPr>
      <w:r w:rsidRPr="00780B77">
        <w:rPr>
          <w:lang w:val="it-IT"/>
        </w:rPr>
        <w:t>enorme – enormous</w:t>
      </w:r>
    </w:p>
    <w:p w14:paraId="573EA36B" w14:textId="5122124B" w:rsidR="006B20CE" w:rsidRPr="00780B77" w:rsidRDefault="006B20CE" w:rsidP="006B20CE">
      <w:pPr>
        <w:pStyle w:val="Heading4"/>
        <w:rPr>
          <w:lang w:val="it-IT"/>
        </w:rPr>
      </w:pPr>
      <w:r w:rsidRPr="000C56EA">
        <w:rPr>
          <w:lang w:val="it-IT"/>
        </w:rPr>
        <w:t>POSITIVE</w:t>
      </w:r>
    </w:p>
    <w:p w14:paraId="092C9F5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calmado/a – calm</w:t>
      </w:r>
    </w:p>
    <w:p w14:paraId="24411A3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tranquilo/a – peaceful</w:t>
      </w:r>
    </w:p>
    <w:p w14:paraId="2BBB1927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sereno/a – serene</w:t>
      </w:r>
    </w:p>
    <w:p w14:paraId="26A8FB97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relajante – relaxing</w:t>
      </w:r>
    </w:p>
    <w:p w14:paraId="7C6BDD8C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magnífico/a – magnificent</w:t>
      </w:r>
    </w:p>
    <w:p w14:paraId="5817FE46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bonito/a – beautiful</w:t>
      </w:r>
    </w:p>
    <w:p w14:paraId="6C487054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impresionante – impressive</w:t>
      </w:r>
    </w:p>
    <w:p w14:paraId="6D38DF9D" w14:textId="77777777" w:rsidR="009C01D2" w:rsidRDefault="00F75351">
      <w:r>
        <w:t>maravilloso/a – wonderful</w:t>
      </w:r>
    </w:p>
    <w:p w14:paraId="01480144" w14:textId="77777777" w:rsidR="009C01D2" w:rsidRDefault="00F75351">
      <w:r>
        <w:t>espléndido/a – splendid</w:t>
      </w:r>
    </w:p>
    <w:p w14:paraId="30FA9E26" w14:textId="77777777" w:rsidR="009C01D2" w:rsidRDefault="00F75351">
      <w:r>
        <w:t>alegre – joyful</w:t>
      </w:r>
    </w:p>
    <w:p w14:paraId="472D6476" w14:textId="5D4E3585" w:rsidR="0A2EB6BF" w:rsidRDefault="0A2EB6BF"/>
    <w:p w14:paraId="1D74EB3A" w14:textId="2D05FAE1" w:rsidR="000C4072" w:rsidRPr="000C4072" w:rsidRDefault="000C4072" w:rsidP="000C4072">
      <w:pPr>
        <w:pStyle w:val="Heading4"/>
        <w:rPr>
          <w:lang w:val="en-GB"/>
        </w:rPr>
      </w:pPr>
      <w:r w:rsidRPr="00C13814">
        <w:rPr>
          <w:lang w:val="en-GB"/>
        </w:rPr>
        <w:t>NEGATIVE</w:t>
      </w:r>
    </w:p>
    <w:p w14:paraId="4CE03963" w14:textId="566C852B" w:rsidR="009C01D2" w:rsidRDefault="00F75351">
      <w:r>
        <w:t>limpio/a – clean</w:t>
      </w:r>
    </w:p>
    <w:p w14:paraId="344DACEA" w14:textId="7FFAB878" w:rsidR="009C01D2" w:rsidRDefault="00F75351">
      <w:r>
        <w:t>triste – sad</w:t>
      </w:r>
    </w:p>
    <w:p w14:paraId="49AB6BDA" w14:textId="77777777" w:rsidR="009C01D2" w:rsidRDefault="00F75351">
      <w:r>
        <w:t>asustado/a – afraid</w:t>
      </w:r>
    </w:p>
    <w:p w14:paraId="20FAA825" w14:textId="77777777" w:rsidR="009C01D2" w:rsidRDefault="00F75351">
      <w:r>
        <w:t>cansado/a – tired</w:t>
      </w:r>
    </w:p>
    <w:p w14:paraId="3E2BCCC4" w14:textId="77777777" w:rsidR="009C01D2" w:rsidRDefault="00F75351">
      <w:r>
        <w:t>enfadado/a – angry</w:t>
      </w:r>
    </w:p>
    <w:p w14:paraId="4B184D8D" w14:textId="77777777" w:rsidR="009C01D2" w:rsidRDefault="00F75351">
      <w:r>
        <w:t>preocupado/a – worried</w:t>
      </w:r>
    </w:p>
    <w:p w14:paraId="154A5296" w14:textId="77777777" w:rsidR="009C01D2" w:rsidRDefault="00F75351">
      <w:r>
        <w:t>muerto/a – dead</w:t>
      </w:r>
    </w:p>
    <w:p w14:paraId="4579BC5A" w14:textId="77777777" w:rsidR="009C01D2" w:rsidRDefault="00F75351">
      <w:r>
        <w:t>peligroso/a – dangerous</w:t>
      </w:r>
    </w:p>
    <w:p w14:paraId="0212C568" w14:textId="207D0267" w:rsidR="0A2EB6BF" w:rsidRDefault="0A2EB6BF"/>
    <w:p w14:paraId="73C1DC51" w14:textId="75C45640" w:rsidR="00FE6BF0" w:rsidRPr="00FE6BF0" w:rsidRDefault="00FE6BF0" w:rsidP="00FE6BF0">
      <w:pPr>
        <w:pStyle w:val="Heading4"/>
        <w:rPr>
          <w:lang w:val="en-GB"/>
        </w:rPr>
      </w:pPr>
      <w:r w:rsidRPr="00DD1048">
        <w:rPr>
          <w:lang w:val="en-GB"/>
        </w:rPr>
        <w:t>EMOTIONAL / SENSORY FEELINGS</w:t>
      </w:r>
    </w:p>
    <w:p w14:paraId="529E666E" w14:textId="197F7072" w:rsidR="000F2ED5" w:rsidRPr="000F2ED5" w:rsidRDefault="000F2ED5" w:rsidP="000F2ED5">
      <w:pPr>
        <w:rPr>
          <w:lang w:val="fr-FR"/>
        </w:rPr>
      </w:pPr>
      <w:r w:rsidRPr="000F2ED5">
        <w:rPr>
          <w:lang w:val="fr-FR"/>
        </w:rPr>
        <w:t>Calmante - c</w:t>
      </w:r>
      <w:r>
        <w:rPr>
          <w:lang w:val="fr-FR"/>
        </w:rPr>
        <w:t>alming</w:t>
      </w:r>
    </w:p>
    <w:p w14:paraId="192F0C8A" w14:textId="7B8E9235" w:rsidR="000F2ED5" w:rsidRPr="000F2ED5" w:rsidRDefault="000F2ED5" w:rsidP="000F2ED5">
      <w:pPr>
        <w:rPr>
          <w:lang w:val="fr-FR"/>
        </w:rPr>
      </w:pPr>
      <w:r w:rsidRPr="000F2ED5">
        <w:rPr>
          <w:lang w:val="fr-FR"/>
        </w:rPr>
        <w:t>Refrescante</w:t>
      </w:r>
      <w:r>
        <w:rPr>
          <w:lang w:val="fr-FR"/>
        </w:rPr>
        <w:t xml:space="preserve"> - refreshing</w:t>
      </w:r>
    </w:p>
    <w:p w14:paraId="4BA455FF" w14:textId="0D51E0F0" w:rsidR="009C01D2" w:rsidRPr="000F2ED5" w:rsidRDefault="00F75351">
      <w:pPr>
        <w:rPr>
          <w:lang w:val="fr-FR"/>
        </w:rPr>
      </w:pPr>
      <w:r w:rsidRPr="000F2ED5">
        <w:rPr>
          <w:lang w:val="fr-FR"/>
        </w:rPr>
        <w:t>agradable – pleasant</w:t>
      </w:r>
    </w:p>
    <w:p w14:paraId="7289B98B" w14:textId="024DAA7E" w:rsidR="00A37281" w:rsidRPr="00A37281" w:rsidRDefault="00F75351" w:rsidP="0A2EB6BF">
      <w:pPr>
        <w:rPr>
          <w:lang w:val="it-IT"/>
        </w:rPr>
      </w:pPr>
      <w:r w:rsidRPr="0A2EB6BF">
        <w:rPr>
          <w:lang w:val="it-IT"/>
        </w:rPr>
        <w:t>suave – gentle</w:t>
      </w:r>
      <w:r w:rsidR="00A37281" w:rsidRPr="0A2EB6BF">
        <w:rPr>
          <w:lang w:val="it-IT"/>
        </w:rPr>
        <w:t xml:space="preserve"> </w:t>
      </w:r>
    </w:p>
    <w:p w14:paraId="190077D8" w14:textId="56CE8ECF" w:rsidR="00A37281" w:rsidRPr="00A37281" w:rsidRDefault="00A37281" w:rsidP="00A37281">
      <w:pPr>
        <w:rPr>
          <w:lang w:val="it-IT"/>
        </w:rPr>
      </w:pPr>
      <w:r w:rsidRPr="0A2EB6BF">
        <w:rPr>
          <w:lang w:val="it-IT"/>
        </w:rPr>
        <w:t xml:space="preserve">suave </w:t>
      </w:r>
      <w:r w:rsidR="3B251DD2" w:rsidRPr="0A2EB6BF">
        <w:rPr>
          <w:lang w:val="it-IT"/>
        </w:rPr>
        <w:t>-</w:t>
      </w:r>
      <w:r w:rsidRPr="0A2EB6BF">
        <w:rPr>
          <w:lang w:val="it-IT"/>
        </w:rPr>
        <w:t xml:space="preserve"> s</w:t>
      </w:r>
      <w:r w:rsidR="12814EF6" w:rsidRPr="0A2EB6BF">
        <w:rPr>
          <w:lang w:val="it-IT"/>
        </w:rPr>
        <w:t>mooth (texture)</w:t>
      </w:r>
    </w:p>
    <w:p w14:paraId="42025509" w14:textId="2501A533" w:rsidR="00A37281" w:rsidRPr="006F1852" w:rsidRDefault="00A37281" w:rsidP="00A37281">
      <w:pPr>
        <w:rPr>
          <w:lang w:val="en-GB"/>
        </w:rPr>
      </w:pPr>
      <w:r w:rsidRPr="006F1852">
        <w:rPr>
          <w:lang w:val="en-GB"/>
        </w:rPr>
        <w:t>revitalizante - invigorating</w:t>
      </w:r>
    </w:p>
    <w:p w14:paraId="547352C4" w14:textId="6DBA4D4E" w:rsidR="00A37281" w:rsidRPr="006F1852" w:rsidRDefault="00A37281" w:rsidP="00A37281">
      <w:pPr>
        <w:rPr>
          <w:lang w:val="en-GB"/>
        </w:rPr>
      </w:pPr>
      <w:r w:rsidRPr="006F1852">
        <w:rPr>
          <w:lang w:val="en-GB"/>
        </w:rPr>
        <w:t xml:space="preserve">inspirador </w:t>
      </w:r>
      <w:r w:rsidR="006F1852" w:rsidRPr="006F1852">
        <w:rPr>
          <w:lang w:val="en-GB"/>
        </w:rPr>
        <w:t>–</w:t>
      </w:r>
      <w:r w:rsidRPr="006F1852">
        <w:rPr>
          <w:lang w:val="en-GB"/>
        </w:rPr>
        <w:t xml:space="preserve"> inspiring</w:t>
      </w:r>
    </w:p>
    <w:p w14:paraId="007A4BF5" w14:textId="7988A118" w:rsidR="006F1852" w:rsidRPr="006F1852" w:rsidRDefault="006F1852" w:rsidP="006F1852">
      <w:pPr>
        <w:pStyle w:val="Heading4"/>
        <w:rPr>
          <w:lang w:val="en-GB"/>
        </w:rPr>
      </w:pPr>
      <w:r>
        <w:rPr>
          <w:lang w:val="en-GB"/>
        </w:rPr>
        <w:t xml:space="preserve">MORE DRAMATIC FEELINGS </w:t>
      </w:r>
    </w:p>
    <w:p w14:paraId="0F5D3873" w14:textId="77777777" w:rsidR="009C01D2" w:rsidRDefault="00F75351">
      <w:r>
        <w:t>salvaje – wild</w:t>
      </w:r>
    </w:p>
    <w:p w14:paraId="095B655C" w14:textId="77777777" w:rsidR="009C01D2" w:rsidRDefault="00F75351">
      <w:r>
        <w:t>misterioso/a – mysterious</w:t>
      </w:r>
    </w:p>
    <w:p w14:paraId="38364482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oscuro/a – dark</w:t>
      </w:r>
    </w:p>
    <w:p w14:paraId="2497EB85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ruidoso/a – noisy</w:t>
      </w:r>
    </w:p>
    <w:p w14:paraId="09727CD6" w14:textId="77777777" w:rsidR="009C01D2" w:rsidRPr="00780B77" w:rsidRDefault="00F75351">
      <w:pPr>
        <w:rPr>
          <w:lang w:val="it-IT"/>
        </w:rPr>
      </w:pPr>
      <w:r w:rsidRPr="00780B77">
        <w:rPr>
          <w:lang w:val="it-IT"/>
        </w:rPr>
        <w:t>silencioso/a – silent</w:t>
      </w:r>
    </w:p>
    <w:p w14:paraId="3BC7C350" w14:textId="77777777" w:rsidR="009C01D2" w:rsidRDefault="00F75351">
      <w:pPr>
        <w:rPr>
          <w:lang w:val="en-GB"/>
        </w:rPr>
      </w:pPr>
      <w:r w:rsidRPr="0A2EB6BF">
        <w:rPr>
          <w:lang w:val="en-GB"/>
        </w:rPr>
        <w:t>poderoso/a – powerful</w:t>
      </w:r>
    </w:p>
    <w:p w14:paraId="1656666C" w14:textId="6AFE95B8" w:rsidR="0A2EB6BF" w:rsidRDefault="0A2EB6BF" w:rsidP="0A2EB6BF">
      <w:pPr>
        <w:rPr>
          <w:lang w:val="en-GB"/>
        </w:rPr>
      </w:pPr>
    </w:p>
    <w:p w14:paraId="522A924A" w14:textId="3DBF9F1D" w:rsidR="00166EDE" w:rsidRPr="00166EDE" w:rsidRDefault="00166EDE" w:rsidP="00166EDE">
      <w:pPr>
        <w:pStyle w:val="Heading4"/>
      </w:pPr>
      <w:r>
        <w:t>COLOURS</w:t>
      </w:r>
    </w:p>
    <w:p w14:paraId="624C6371" w14:textId="60A3319F" w:rsidR="009C01D2" w:rsidRPr="00092981" w:rsidRDefault="00F75351">
      <w:pPr>
        <w:rPr>
          <w:lang w:val="en-GB"/>
        </w:rPr>
      </w:pPr>
      <w:r w:rsidRPr="00092981">
        <w:rPr>
          <w:lang w:val="en-GB"/>
        </w:rPr>
        <w:t>rojo</w:t>
      </w:r>
      <w:r w:rsidR="00092981" w:rsidRPr="00092981">
        <w:rPr>
          <w:lang w:val="en-GB"/>
        </w:rPr>
        <w:t xml:space="preserve"> - red</w:t>
      </w:r>
    </w:p>
    <w:p w14:paraId="1DE8442B" w14:textId="203ADF51" w:rsidR="009C01D2" w:rsidRPr="00092981" w:rsidRDefault="00F75351">
      <w:pPr>
        <w:rPr>
          <w:lang w:val="en-GB"/>
        </w:rPr>
      </w:pPr>
      <w:r w:rsidRPr="00092981">
        <w:rPr>
          <w:lang w:val="en-GB"/>
        </w:rPr>
        <w:t>azul</w:t>
      </w:r>
      <w:r w:rsidR="00092981" w:rsidRPr="00092981">
        <w:rPr>
          <w:lang w:val="en-GB"/>
        </w:rPr>
        <w:t xml:space="preserve"> - blue</w:t>
      </w:r>
    </w:p>
    <w:p w14:paraId="359356C6" w14:textId="7F947B68" w:rsidR="009C01D2" w:rsidRPr="00092981" w:rsidRDefault="00F75351">
      <w:pPr>
        <w:rPr>
          <w:lang w:val="en-GB"/>
        </w:rPr>
      </w:pPr>
      <w:r w:rsidRPr="00092981">
        <w:rPr>
          <w:lang w:val="en-GB"/>
        </w:rPr>
        <w:t>verde</w:t>
      </w:r>
      <w:r w:rsidR="00092981" w:rsidRPr="00092981">
        <w:rPr>
          <w:lang w:val="en-GB"/>
        </w:rPr>
        <w:t xml:space="preserve"> - gre</w:t>
      </w:r>
      <w:r w:rsidR="00092981">
        <w:rPr>
          <w:lang w:val="en-GB"/>
        </w:rPr>
        <w:t>en</w:t>
      </w:r>
    </w:p>
    <w:p w14:paraId="4195CBB5" w14:textId="18B4DE5D" w:rsidR="009C01D2" w:rsidRPr="00092981" w:rsidRDefault="00F75351">
      <w:pPr>
        <w:rPr>
          <w:lang w:val="en-GB"/>
        </w:rPr>
      </w:pPr>
      <w:r w:rsidRPr="00092981">
        <w:rPr>
          <w:lang w:val="en-GB"/>
        </w:rPr>
        <w:t>negro</w:t>
      </w:r>
      <w:r w:rsidR="00166EDE">
        <w:rPr>
          <w:lang w:val="en-GB"/>
        </w:rPr>
        <w:t xml:space="preserve"> - black</w:t>
      </w:r>
    </w:p>
    <w:p w14:paraId="58721052" w14:textId="3FE1FA89" w:rsidR="009C01D2" w:rsidRPr="00166EDE" w:rsidRDefault="00F75351">
      <w:pPr>
        <w:rPr>
          <w:lang w:val="en-GB"/>
        </w:rPr>
      </w:pPr>
      <w:r w:rsidRPr="00166EDE">
        <w:rPr>
          <w:lang w:val="en-GB"/>
        </w:rPr>
        <w:t>blanco</w:t>
      </w:r>
      <w:r w:rsidR="00166EDE" w:rsidRPr="00166EDE">
        <w:rPr>
          <w:lang w:val="en-GB"/>
        </w:rPr>
        <w:t xml:space="preserve"> -</w:t>
      </w:r>
      <w:r w:rsidR="00166EDE">
        <w:rPr>
          <w:lang w:val="en-GB"/>
        </w:rPr>
        <w:t xml:space="preserve"> white</w:t>
      </w:r>
    </w:p>
    <w:p w14:paraId="3E959F0B" w14:textId="0F5B47B2" w:rsidR="009C01D2" w:rsidRPr="00166EDE" w:rsidRDefault="00F75351">
      <w:pPr>
        <w:rPr>
          <w:lang w:val="en-GB"/>
        </w:rPr>
      </w:pPr>
      <w:r w:rsidRPr="00166EDE">
        <w:rPr>
          <w:lang w:val="en-GB"/>
        </w:rPr>
        <w:t>amarillo</w:t>
      </w:r>
      <w:r w:rsidR="00166EDE" w:rsidRPr="00166EDE">
        <w:rPr>
          <w:lang w:val="en-GB"/>
        </w:rPr>
        <w:t xml:space="preserve"> - yellow</w:t>
      </w:r>
    </w:p>
    <w:p w14:paraId="303CAD74" w14:textId="029B9A6D" w:rsidR="009C01D2" w:rsidRPr="00166EDE" w:rsidRDefault="00F75351">
      <w:pPr>
        <w:rPr>
          <w:lang w:val="it-IT"/>
        </w:rPr>
      </w:pPr>
      <w:r w:rsidRPr="00166EDE">
        <w:rPr>
          <w:lang w:val="it-IT"/>
        </w:rPr>
        <w:t>naranja</w:t>
      </w:r>
      <w:r w:rsidR="00166EDE" w:rsidRPr="00166EDE">
        <w:rPr>
          <w:lang w:val="it-IT"/>
        </w:rPr>
        <w:t xml:space="preserve"> - orange</w:t>
      </w:r>
    </w:p>
    <w:p w14:paraId="3FAC305A" w14:textId="7ECD8F73" w:rsidR="009C01D2" w:rsidRPr="00780B77" w:rsidRDefault="00F75351">
      <w:pPr>
        <w:rPr>
          <w:lang w:val="it-IT"/>
        </w:rPr>
      </w:pPr>
      <w:r w:rsidRPr="00780B77">
        <w:rPr>
          <w:lang w:val="it-IT"/>
        </w:rPr>
        <w:t>violeta</w:t>
      </w:r>
      <w:r w:rsidR="00166EDE">
        <w:rPr>
          <w:lang w:val="it-IT"/>
        </w:rPr>
        <w:t xml:space="preserve"> - purple</w:t>
      </w:r>
    </w:p>
    <w:p w14:paraId="355A8DEC" w14:textId="12A7B7AE" w:rsidR="009C01D2" w:rsidRPr="00780B77" w:rsidRDefault="00F75351">
      <w:pPr>
        <w:rPr>
          <w:lang w:val="it-IT"/>
        </w:rPr>
      </w:pPr>
      <w:r w:rsidRPr="00780B77">
        <w:rPr>
          <w:lang w:val="it-IT"/>
        </w:rPr>
        <w:t>rosa</w:t>
      </w:r>
      <w:r w:rsidR="00166EDE">
        <w:rPr>
          <w:lang w:val="it-IT"/>
        </w:rPr>
        <w:t xml:space="preserve"> – pink </w:t>
      </w:r>
    </w:p>
    <w:p w14:paraId="7481FC19" w14:textId="62E62FC2" w:rsidR="009C01D2" w:rsidRPr="00166EDE" w:rsidRDefault="00D566EE">
      <w:pPr>
        <w:rPr>
          <w:lang w:val="it-IT"/>
        </w:rPr>
      </w:pPr>
      <w:r w:rsidRPr="0A2EB6BF">
        <w:rPr>
          <w:lang w:val="it-IT"/>
        </w:rPr>
        <w:t>marr</w:t>
      </w:r>
      <w:r w:rsidR="683C012D" w:rsidRPr="0A2EB6BF">
        <w:rPr>
          <w:lang w:val="it-IT"/>
        </w:rPr>
        <w:t>ó</w:t>
      </w:r>
      <w:r w:rsidRPr="0A2EB6BF">
        <w:rPr>
          <w:lang w:val="it-IT"/>
        </w:rPr>
        <w:t>n</w:t>
      </w:r>
      <w:r w:rsidR="00166EDE" w:rsidRPr="0A2EB6BF">
        <w:rPr>
          <w:lang w:val="it-IT"/>
        </w:rPr>
        <w:t xml:space="preserve"> - brown</w:t>
      </w:r>
    </w:p>
    <w:p w14:paraId="5928AA2D" w14:textId="77777777" w:rsidR="00166EDE" w:rsidRDefault="00166EDE">
      <w:pPr>
        <w:rPr>
          <w:lang w:val="it-IT"/>
        </w:rPr>
        <w:sectPr w:rsidR="00166EDE" w:rsidSect="0079155F">
          <w:type w:val="continuous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4959A737" w14:textId="77777777" w:rsidR="0014530C" w:rsidRPr="0014530C" w:rsidRDefault="0014530C" w:rsidP="0014530C">
      <w:pPr>
        <w:pStyle w:val="Heading1"/>
        <w:rPr>
          <w:sz w:val="44"/>
          <w:szCs w:val="44"/>
          <w:lang w:val="en-GB"/>
        </w:rPr>
      </w:pPr>
      <w:r w:rsidRPr="0014530C">
        <w:rPr>
          <w:sz w:val="44"/>
          <w:szCs w:val="44"/>
          <w:lang w:val="en-GB"/>
        </w:rPr>
        <w:t>VERBS</w:t>
      </w:r>
    </w:p>
    <w:p w14:paraId="55FC2712" w14:textId="016F4FD0" w:rsidR="00D566EE" w:rsidRPr="00166EDE" w:rsidRDefault="00D566EE">
      <w:pPr>
        <w:rPr>
          <w:lang w:val="it-I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28"/>
        <w:gridCol w:w="4428"/>
      </w:tblGrid>
      <w:tr w:rsidR="00EF35C8" w14:paraId="063C953F" w14:textId="77777777" w:rsidTr="0A2EB6BF">
        <w:tc>
          <w:tcPr>
            <w:tcW w:w="4428" w:type="dxa"/>
            <w:shd w:val="clear" w:color="auto" w:fill="B8CCE4" w:themeFill="accent1" w:themeFillTint="66"/>
          </w:tcPr>
          <w:p w14:paraId="04A721B4" w14:textId="31D5FBAE" w:rsidR="00EF35C8" w:rsidRDefault="7618643E">
            <w:r>
              <w:t>VERBOS</w:t>
            </w:r>
            <w:r w:rsidR="71DBD200">
              <w:t xml:space="preserve"> (VERBS)</w:t>
            </w:r>
          </w:p>
        </w:tc>
        <w:tc>
          <w:tcPr>
            <w:tcW w:w="4428" w:type="dxa"/>
            <w:shd w:val="clear" w:color="auto" w:fill="B8CCE4" w:themeFill="accent1" w:themeFillTint="66"/>
          </w:tcPr>
          <w:p w14:paraId="1AC4AD64" w14:textId="41BB357F" w:rsidR="00EF35C8" w:rsidRDefault="78B81D81">
            <w:r>
              <w:t>INFINITIVOS</w:t>
            </w:r>
            <w:r w:rsidR="68DB51A5">
              <w:t xml:space="preserve"> (INFINITIVES)</w:t>
            </w:r>
          </w:p>
        </w:tc>
      </w:tr>
      <w:tr w:rsidR="008853D8" w:rsidRPr="00CE15B5" w14:paraId="4D82D948" w14:textId="77777777" w:rsidTr="0A2EB6BF">
        <w:tc>
          <w:tcPr>
            <w:tcW w:w="4428" w:type="dxa"/>
          </w:tcPr>
          <w:p w14:paraId="5D36430A" w14:textId="2BC7975C" w:rsidR="008853D8" w:rsidRDefault="008853D8">
            <w:r>
              <w:t>Me gusta</w:t>
            </w:r>
          </w:p>
        </w:tc>
        <w:tc>
          <w:tcPr>
            <w:tcW w:w="4428" w:type="dxa"/>
            <w:vMerge w:val="restart"/>
          </w:tcPr>
          <w:p w14:paraId="702CBA8B" w14:textId="29B9D0F8" w:rsidR="008853D8" w:rsidRPr="009C5FAA" w:rsidRDefault="008853D8" w:rsidP="008853D8">
            <w:pPr>
              <w:rPr>
                <w:lang w:val="en-GB"/>
              </w:rPr>
            </w:pPr>
            <w:r w:rsidRPr="009C5FAA">
              <w:rPr>
                <w:lang w:val="en-GB"/>
              </w:rPr>
              <w:t xml:space="preserve">plantar </w:t>
            </w:r>
            <w:r w:rsidR="009C5FAA" w:rsidRPr="009C5FAA">
              <w:rPr>
                <w:lang w:val="en-GB"/>
              </w:rPr>
              <w:t>– to plant / pl</w:t>
            </w:r>
            <w:r w:rsidR="009C5FAA">
              <w:rPr>
                <w:lang w:val="en-GB"/>
              </w:rPr>
              <w:t>anting</w:t>
            </w:r>
          </w:p>
          <w:p w14:paraId="7EFD6067" w14:textId="67026D0A" w:rsidR="008853D8" w:rsidRPr="009C5FAA" w:rsidRDefault="008853D8" w:rsidP="008853D8">
            <w:pPr>
              <w:rPr>
                <w:lang w:val="en-GB"/>
              </w:rPr>
            </w:pPr>
            <w:r w:rsidRPr="009C5FAA">
              <w:rPr>
                <w:lang w:val="en-GB"/>
              </w:rPr>
              <w:t xml:space="preserve">ayudar </w:t>
            </w:r>
            <w:r w:rsidR="009C5FAA">
              <w:rPr>
                <w:lang w:val="en-GB"/>
              </w:rPr>
              <w:t>– to help / helping</w:t>
            </w:r>
          </w:p>
          <w:p w14:paraId="59683DA3" w14:textId="5D49D639" w:rsidR="008853D8" w:rsidRPr="009C5FAA" w:rsidRDefault="008853D8" w:rsidP="008853D8">
            <w:pPr>
              <w:rPr>
                <w:lang w:val="en-GB"/>
              </w:rPr>
            </w:pPr>
            <w:r w:rsidRPr="009C5FAA">
              <w:rPr>
                <w:lang w:val="en-GB"/>
              </w:rPr>
              <w:t xml:space="preserve">reciclar </w:t>
            </w:r>
            <w:r w:rsidR="009C5FAA">
              <w:rPr>
                <w:lang w:val="en-GB"/>
              </w:rPr>
              <w:t>– to recycle / recycling</w:t>
            </w:r>
          </w:p>
          <w:p w14:paraId="0F11778D" w14:textId="501B83D2" w:rsidR="008853D8" w:rsidRPr="009C5FAA" w:rsidRDefault="008853D8" w:rsidP="008853D8">
            <w:pPr>
              <w:rPr>
                <w:lang w:val="en-GB"/>
              </w:rPr>
            </w:pPr>
            <w:r w:rsidRPr="009C5FAA">
              <w:rPr>
                <w:lang w:val="en-GB"/>
              </w:rPr>
              <w:t>ahorrar</w:t>
            </w:r>
            <w:r w:rsidR="008608B2">
              <w:rPr>
                <w:lang w:val="en-GB"/>
              </w:rPr>
              <w:t xml:space="preserve"> – to save / saving</w:t>
            </w:r>
          </w:p>
          <w:p w14:paraId="2C240DD4" w14:textId="5BF77871" w:rsidR="008853D8" w:rsidRPr="008608B2" w:rsidRDefault="008853D8" w:rsidP="008853D8">
            <w:pPr>
              <w:rPr>
                <w:lang w:val="en-GB"/>
              </w:rPr>
            </w:pPr>
            <w:r w:rsidRPr="008608B2">
              <w:rPr>
                <w:lang w:val="en-GB"/>
              </w:rPr>
              <w:t xml:space="preserve">cambiar </w:t>
            </w:r>
            <w:r w:rsidR="008608B2">
              <w:rPr>
                <w:lang w:val="en-GB"/>
              </w:rPr>
              <w:t>– to change / changing</w:t>
            </w:r>
          </w:p>
          <w:p w14:paraId="7E333AEE" w14:textId="0276DA22" w:rsidR="008853D8" w:rsidRPr="008608B2" w:rsidRDefault="008853D8" w:rsidP="008853D8">
            <w:pPr>
              <w:rPr>
                <w:lang w:val="en-GB"/>
              </w:rPr>
            </w:pPr>
            <w:r w:rsidRPr="008608B2">
              <w:rPr>
                <w:lang w:val="en-GB"/>
              </w:rPr>
              <w:t xml:space="preserve">dejar de </w:t>
            </w:r>
            <w:r w:rsidR="003E6B8B">
              <w:rPr>
                <w:lang w:val="en-GB"/>
              </w:rPr>
              <w:t xml:space="preserve">– to stop / stopping </w:t>
            </w:r>
          </w:p>
          <w:p w14:paraId="0E68B027" w14:textId="7E447C37" w:rsidR="008853D8" w:rsidRPr="003E6B8B" w:rsidRDefault="23E9556D" w:rsidP="008853D8">
            <w:pPr>
              <w:rPr>
                <w:lang w:val="en-GB"/>
              </w:rPr>
            </w:pPr>
            <w:r w:rsidRPr="0A2EB6BF">
              <w:rPr>
                <w:lang w:val="en-GB"/>
              </w:rPr>
              <w:t xml:space="preserve">celebrar </w:t>
            </w:r>
            <w:r w:rsidR="488900EE" w:rsidRPr="0A2EB6BF">
              <w:rPr>
                <w:lang w:val="en-GB"/>
              </w:rPr>
              <w:t>– to celebrate / celebratin</w:t>
            </w:r>
            <w:r w:rsidR="2263FB38" w:rsidRPr="0A2EB6BF">
              <w:rPr>
                <w:lang w:val="en-GB"/>
              </w:rPr>
              <w:t>g</w:t>
            </w:r>
          </w:p>
          <w:p w14:paraId="613A8D06" w14:textId="327348E5" w:rsidR="008853D8" w:rsidRPr="00CE15B5" w:rsidRDefault="008853D8" w:rsidP="008853D8">
            <w:pPr>
              <w:rPr>
                <w:lang w:val="en-GB"/>
              </w:rPr>
            </w:pPr>
            <w:r w:rsidRPr="00CE15B5">
              <w:rPr>
                <w:lang w:val="en-GB"/>
              </w:rPr>
              <w:t xml:space="preserve">ver </w:t>
            </w:r>
            <w:r w:rsidR="00CE15B5">
              <w:rPr>
                <w:lang w:val="en-GB"/>
              </w:rPr>
              <w:t>–</w:t>
            </w:r>
            <w:r w:rsidR="00CE15B5" w:rsidRPr="00CE15B5">
              <w:rPr>
                <w:lang w:val="en-GB"/>
              </w:rPr>
              <w:t xml:space="preserve"> to</w:t>
            </w:r>
            <w:r w:rsidR="00CE15B5">
              <w:rPr>
                <w:lang w:val="en-GB"/>
              </w:rPr>
              <w:t xml:space="preserve"> see / seeing</w:t>
            </w:r>
          </w:p>
          <w:p w14:paraId="1E411C9D" w14:textId="4B0220D9" w:rsidR="008853D8" w:rsidRPr="00CE15B5" w:rsidRDefault="008853D8" w:rsidP="008853D8">
            <w:pPr>
              <w:rPr>
                <w:lang w:val="en-GB"/>
              </w:rPr>
            </w:pPr>
            <w:r w:rsidRPr="00CE15B5">
              <w:rPr>
                <w:lang w:val="en-GB"/>
              </w:rPr>
              <w:t xml:space="preserve">tocar </w:t>
            </w:r>
            <w:r w:rsidR="00CE15B5">
              <w:rPr>
                <w:lang w:val="en-GB"/>
              </w:rPr>
              <w:t>– to touch / touching</w:t>
            </w:r>
          </w:p>
          <w:p w14:paraId="42F3690F" w14:textId="6A33A36B" w:rsidR="008853D8" w:rsidRPr="00CE15B5" w:rsidRDefault="008853D8" w:rsidP="008853D8">
            <w:pPr>
              <w:rPr>
                <w:lang w:val="en-GB"/>
              </w:rPr>
            </w:pPr>
            <w:r w:rsidRPr="00CE15B5">
              <w:rPr>
                <w:lang w:val="en-GB"/>
              </w:rPr>
              <w:t xml:space="preserve">encontrar </w:t>
            </w:r>
            <w:r w:rsidR="00CE15B5">
              <w:rPr>
                <w:lang w:val="en-GB"/>
              </w:rPr>
              <w:t>– to find / finding</w:t>
            </w:r>
          </w:p>
          <w:p w14:paraId="05B6B678" w14:textId="7AD57219" w:rsidR="008853D8" w:rsidRPr="00CE15B5" w:rsidRDefault="008853D8" w:rsidP="008853D8">
            <w:pPr>
              <w:rPr>
                <w:lang w:val="en-GB"/>
              </w:rPr>
            </w:pPr>
            <w:r w:rsidRPr="00CE15B5">
              <w:rPr>
                <w:lang w:val="en-GB"/>
              </w:rPr>
              <w:t xml:space="preserve">sostener </w:t>
            </w:r>
            <w:r w:rsidR="00CE15B5">
              <w:rPr>
                <w:lang w:val="en-GB"/>
              </w:rPr>
              <w:t>– to hold / holding</w:t>
            </w:r>
          </w:p>
        </w:tc>
      </w:tr>
      <w:tr w:rsidR="008853D8" w14:paraId="015E5E02" w14:textId="77777777" w:rsidTr="0A2EB6BF">
        <w:tc>
          <w:tcPr>
            <w:tcW w:w="4428" w:type="dxa"/>
          </w:tcPr>
          <w:p w14:paraId="2FD68822" w14:textId="4ECC7A60" w:rsidR="008853D8" w:rsidRDefault="008853D8">
            <w:r>
              <w:t>Me encanta</w:t>
            </w:r>
          </w:p>
        </w:tc>
        <w:tc>
          <w:tcPr>
            <w:tcW w:w="4428" w:type="dxa"/>
            <w:vMerge/>
          </w:tcPr>
          <w:p w14:paraId="5431462F" w14:textId="77777777" w:rsidR="008853D8" w:rsidRDefault="008853D8"/>
        </w:tc>
      </w:tr>
      <w:tr w:rsidR="008853D8" w14:paraId="44C813AE" w14:textId="77777777" w:rsidTr="0A2EB6BF">
        <w:tc>
          <w:tcPr>
            <w:tcW w:w="4428" w:type="dxa"/>
          </w:tcPr>
          <w:p w14:paraId="1C49198B" w14:textId="6AA5A268" w:rsidR="008853D8" w:rsidRDefault="008853D8">
            <w:r>
              <w:t>Odio</w:t>
            </w:r>
          </w:p>
        </w:tc>
        <w:tc>
          <w:tcPr>
            <w:tcW w:w="4428" w:type="dxa"/>
            <w:vMerge/>
          </w:tcPr>
          <w:p w14:paraId="3B65A06C" w14:textId="77777777" w:rsidR="008853D8" w:rsidRDefault="008853D8"/>
        </w:tc>
      </w:tr>
      <w:tr w:rsidR="008853D8" w14:paraId="28173A23" w14:textId="77777777" w:rsidTr="0A2EB6BF">
        <w:tc>
          <w:tcPr>
            <w:tcW w:w="4428" w:type="dxa"/>
          </w:tcPr>
          <w:p w14:paraId="4AA7E475" w14:textId="70E1F14E" w:rsidR="008853D8" w:rsidRDefault="008853D8">
            <w:r>
              <w:t>Debo</w:t>
            </w:r>
          </w:p>
        </w:tc>
        <w:tc>
          <w:tcPr>
            <w:tcW w:w="4428" w:type="dxa"/>
            <w:vMerge/>
          </w:tcPr>
          <w:p w14:paraId="25F44C13" w14:textId="77777777" w:rsidR="008853D8" w:rsidRDefault="008853D8"/>
        </w:tc>
      </w:tr>
      <w:tr w:rsidR="008853D8" w14:paraId="17C60D8E" w14:textId="77777777" w:rsidTr="0A2EB6BF">
        <w:tc>
          <w:tcPr>
            <w:tcW w:w="4428" w:type="dxa"/>
          </w:tcPr>
          <w:p w14:paraId="1E1E2443" w14:textId="630D9F1F" w:rsidR="008853D8" w:rsidRDefault="008853D8">
            <w:r>
              <w:t>Puedo</w:t>
            </w:r>
          </w:p>
        </w:tc>
        <w:tc>
          <w:tcPr>
            <w:tcW w:w="4428" w:type="dxa"/>
            <w:vMerge/>
          </w:tcPr>
          <w:p w14:paraId="0561E620" w14:textId="77777777" w:rsidR="008853D8" w:rsidRDefault="008853D8"/>
        </w:tc>
      </w:tr>
      <w:tr w:rsidR="008853D8" w14:paraId="1F7FAE54" w14:textId="77777777" w:rsidTr="0A2EB6BF">
        <w:tc>
          <w:tcPr>
            <w:tcW w:w="4428" w:type="dxa"/>
          </w:tcPr>
          <w:p w14:paraId="2402AF58" w14:textId="4E4D82AC" w:rsidR="008853D8" w:rsidRDefault="008853D8">
            <w:r>
              <w:t>Quiero</w:t>
            </w:r>
          </w:p>
        </w:tc>
        <w:tc>
          <w:tcPr>
            <w:tcW w:w="4428" w:type="dxa"/>
            <w:vMerge/>
          </w:tcPr>
          <w:p w14:paraId="160D83A2" w14:textId="77777777" w:rsidR="008853D8" w:rsidRDefault="008853D8"/>
        </w:tc>
      </w:tr>
      <w:tr w:rsidR="008853D8" w14:paraId="51CDF0B6" w14:textId="77777777" w:rsidTr="0A2EB6BF">
        <w:tc>
          <w:tcPr>
            <w:tcW w:w="4428" w:type="dxa"/>
          </w:tcPr>
          <w:p w14:paraId="004F8324" w14:textId="126A66D9" w:rsidR="008853D8" w:rsidRDefault="008853D8">
            <w:r>
              <w:t>Debemos</w:t>
            </w:r>
          </w:p>
        </w:tc>
        <w:tc>
          <w:tcPr>
            <w:tcW w:w="4428" w:type="dxa"/>
            <w:vMerge/>
          </w:tcPr>
          <w:p w14:paraId="0566BF84" w14:textId="77777777" w:rsidR="008853D8" w:rsidRDefault="008853D8"/>
        </w:tc>
      </w:tr>
      <w:tr w:rsidR="008853D8" w14:paraId="06826E53" w14:textId="77777777" w:rsidTr="0A2EB6BF">
        <w:tc>
          <w:tcPr>
            <w:tcW w:w="4428" w:type="dxa"/>
          </w:tcPr>
          <w:p w14:paraId="64986273" w14:textId="51D58936" w:rsidR="008853D8" w:rsidRDefault="008853D8">
            <w:r>
              <w:t>Podemos</w:t>
            </w:r>
          </w:p>
        </w:tc>
        <w:tc>
          <w:tcPr>
            <w:tcW w:w="4428" w:type="dxa"/>
            <w:vMerge/>
          </w:tcPr>
          <w:p w14:paraId="4505B1CA" w14:textId="77777777" w:rsidR="008853D8" w:rsidRDefault="008853D8"/>
        </w:tc>
      </w:tr>
      <w:tr w:rsidR="008853D8" w14:paraId="1699A665" w14:textId="77777777" w:rsidTr="0A2EB6BF">
        <w:tc>
          <w:tcPr>
            <w:tcW w:w="4428" w:type="dxa"/>
          </w:tcPr>
          <w:p w14:paraId="54CF14C2" w14:textId="70065CEC" w:rsidR="008853D8" w:rsidRDefault="008853D8">
            <w:r>
              <w:t>Queremos</w:t>
            </w:r>
          </w:p>
        </w:tc>
        <w:tc>
          <w:tcPr>
            <w:tcW w:w="4428" w:type="dxa"/>
            <w:vMerge/>
          </w:tcPr>
          <w:p w14:paraId="275C2F91" w14:textId="77777777" w:rsidR="008853D8" w:rsidRDefault="008853D8"/>
        </w:tc>
      </w:tr>
    </w:tbl>
    <w:p w14:paraId="5729AF0D" w14:textId="0DB995DA" w:rsidR="00EF35C8" w:rsidRDefault="00EF35C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28"/>
        <w:gridCol w:w="4428"/>
      </w:tblGrid>
      <w:tr w:rsidR="00D566EE" w14:paraId="3B6393A2" w14:textId="77777777" w:rsidTr="0A2EB6BF">
        <w:tc>
          <w:tcPr>
            <w:tcW w:w="4428" w:type="dxa"/>
            <w:shd w:val="clear" w:color="auto" w:fill="B8CCE4" w:themeFill="accent1" w:themeFillTint="66"/>
          </w:tcPr>
          <w:p w14:paraId="0A252A1E" w14:textId="7C257441" w:rsidR="00D566EE" w:rsidRDefault="00D566EE">
            <w:r>
              <w:t>VERBO</w:t>
            </w:r>
            <w:r w:rsidR="00EF35C8">
              <w:t>S</w:t>
            </w:r>
          </w:p>
        </w:tc>
        <w:tc>
          <w:tcPr>
            <w:tcW w:w="4428" w:type="dxa"/>
            <w:shd w:val="clear" w:color="auto" w:fill="B8CCE4" w:themeFill="accent1" w:themeFillTint="66"/>
          </w:tcPr>
          <w:p w14:paraId="4ECD7739" w14:textId="614D5C71" w:rsidR="00D566EE" w:rsidRDefault="628AF2E4">
            <w:r>
              <w:t>SUSTANTIVOS</w:t>
            </w:r>
            <w:r w:rsidR="6AAB94BA">
              <w:t xml:space="preserve"> (NOUNS)</w:t>
            </w:r>
          </w:p>
        </w:tc>
      </w:tr>
      <w:tr w:rsidR="0046406E" w:rsidRPr="00C26251" w14:paraId="57C2E93E" w14:textId="77777777" w:rsidTr="0A2EB6BF">
        <w:tc>
          <w:tcPr>
            <w:tcW w:w="4428" w:type="dxa"/>
          </w:tcPr>
          <w:p w14:paraId="76238417" w14:textId="7B105DFC" w:rsidR="0046406E" w:rsidRDefault="0661136B">
            <w:r>
              <w:t>Me gusta</w:t>
            </w:r>
            <w:r w:rsidR="31E564D4">
              <w:t xml:space="preserve"> (singular) / Me gustan (plural)</w:t>
            </w:r>
          </w:p>
        </w:tc>
        <w:tc>
          <w:tcPr>
            <w:tcW w:w="4428" w:type="dxa"/>
            <w:vMerge w:val="restart"/>
          </w:tcPr>
          <w:p w14:paraId="56ADB0A5" w14:textId="77777777" w:rsidR="00C26251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Los insectos</w:t>
            </w:r>
          </w:p>
          <w:p w14:paraId="605E91DE" w14:textId="77777777" w:rsidR="00C26251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Las aves</w:t>
            </w:r>
          </w:p>
          <w:p w14:paraId="270EC904" w14:textId="77777777" w:rsidR="00C26251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La naturaleza</w:t>
            </w:r>
          </w:p>
          <w:p w14:paraId="7D427059" w14:textId="77777777" w:rsidR="00C26251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La contaminación</w:t>
            </w:r>
          </w:p>
          <w:p w14:paraId="78DCF4A0" w14:textId="77777777" w:rsidR="00C26251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Las flores</w:t>
            </w:r>
          </w:p>
          <w:p w14:paraId="4B8F692E" w14:textId="4FA1865A" w:rsidR="0046406E" w:rsidRPr="00C26251" w:rsidRDefault="00C26251" w:rsidP="00C26251">
            <w:pPr>
              <w:rPr>
                <w:lang w:val="fr-FR"/>
              </w:rPr>
            </w:pPr>
            <w:r w:rsidRPr="00C26251">
              <w:rPr>
                <w:lang w:val="fr-FR"/>
              </w:rPr>
              <w:t>Etc. …</w:t>
            </w:r>
          </w:p>
        </w:tc>
      </w:tr>
      <w:tr w:rsidR="0046406E" w14:paraId="72A0A4D6" w14:textId="77777777" w:rsidTr="0A2EB6BF">
        <w:tc>
          <w:tcPr>
            <w:tcW w:w="4428" w:type="dxa"/>
          </w:tcPr>
          <w:p w14:paraId="6B7AE010" w14:textId="37ACBDF2" w:rsidR="0046406E" w:rsidRDefault="0661136B" w:rsidP="0A2EB6BF">
            <w:r>
              <w:t>Me encanta</w:t>
            </w:r>
            <w:r w:rsidR="2F27B2B9">
              <w:t xml:space="preserve"> (singular) / Me encantan (plural)</w:t>
            </w:r>
          </w:p>
        </w:tc>
        <w:tc>
          <w:tcPr>
            <w:tcW w:w="4428" w:type="dxa"/>
            <w:vMerge/>
          </w:tcPr>
          <w:p w14:paraId="63F2BF45" w14:textId="77777777" w:rsidR="0046406E" w:rsidRDefault="0046406E"/>
        </w:tc>
      </w:tr>
      <w:tr w:rsidR="0046406E" w14:paraId="38742CF5" w14:textId="77777777" w:rsidTr="0A2EB6BF">
        <w:tc>
          <w:tcPr>
            <w:tcW w:w="4428" w:type="dxa"/>
          </w:tcPr>
          <w:p w14:paraId="17E09FBA" w14:textId="4D2087DA" w:rsidR="0046406E" w:rsidRDefault="0046406E">
            <w:r>
              <w:t>Ayudo</w:t>
            </w:r>
          </w:p>
        </w:tc>
        <w:tc>
          <w:tcPr>
            <w:tcW w:w="4428" w:type="dxa"/>
            <w:vMerge/>
          </w:tcPr>
          <w:p w14:paraId="1F5C7153" w14:textId="77777777" w:rsidR="0046406E" w:rsidRDefault="0046406E"/>
        </w:tc>
      </w:tr>
      <w:tr w:rsidR="0046406E" w14:paraId="35879CCF" w14:textId="77777777" w:rsidTr="0A2EB6BF">
        <w:tc>
          <w:tcPr>
            <w:tcW w:w="4428" w:type="dxa"/>
          </w:tcPr>
          <w:p w14:paraId="5BED887F" w14:textId="63279338" w:rsidR="0046406E" w:rsidRDefault="0046406E">
            <w:r>
              <w:t>Odio</w:t>
            </w:r>
          </w:p>
        </w:tc>
        <w:tc>
          <w:tcPr>
            <w:tcW w:w="4428" w:type="dxa"/>
            <w:vMerge/>
          </w:tcPr>
          <w:p w14:paraId="429A53A4" w14:textId="77777777" w:rsidR="0046406E" w:rsidRDefault="0046406E"/>
        </w:tc>
      </w:tr>
      <w:tr w:rsidR="0046406E" w14:paraId="175AD067" w14:textId="77777777" w:rsidTr="0A2EB6BF">
        <w:tc>
          <w:tcPr>
            <w:tcW w:w="4428" w:type="dxa"/>
          </w:tcPr>
          <w:p w14:paraId="2E97900F" w14:textId="0633090A" w:rsidR="0046406E" w:rsidRDefault="0046406E">
            <w:r>
              <w:t>Veo</w:t>
            </w:r>
          </w:p>
        </w:tc>
        <w:tc>
          <w:tcPr>
            <w:tcW w:w="4428" w:type="dxa"/>
            <w:vMerge/>
          </w:tcPr>
          <w:p w14:paraId="077E67A5" w14:textId="77777777" w:rsidR="0046406E" w:rsidRDefault="0046406E"/>
        </w:tc>
      </w:tr>
      <w:tr w:rsidR="0046406E" w14:paraId="14137218" w14:textId="77777777" w:rsidTr="0A2EB6BF">
        <w:tc>
          <w:tcPr>
            <w:tcW w:w="4428" w:type="dxa"/>
          </w:tcPr>
          <w:p w14:paraId="3FD79044" w14:textId="79438FCE" w:rsidR="0046406E" w:rsidRDefault="0046406E">
            <w:r>
              <w:t>Escucho</w:t>
            </w:r>
          </w:p>
        </w:tc>
        <w:tc>
          <w:tcPr>
            <w:tcW w:w="4428" w:type="dxa"/>
            <w:vMerge/>
          </w:tcPr>
          <w:p w14:paraId="4BC65E10" w14:textId="77777777" w:rsidR="0046406E" w:rsidRDefault="0046406E"/>
        </w:tc>
      </w:tr>
    </w:tbl>
    <w:p w14:paraId="3FA252C5" w14:textId="77777777" w:rsidR="00D566EE" w:rsidRDefault="00D566EE"/>
    <w:p w14:paraId="2E9DBCAE" w14:textId="77777777" w:rsidR="004D6328" w:rsidRDefault="004D6328">
      <w:pPr>
        <w:pStyle w:val="Heading1"/>
        <w:sectPr w:rsidR="004D6328" w:rsidSect="00166EDE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4482F56E" w14:textId="6EAEE64E" w:rsidR="005E62EF" w:rsidRDefault="005E62EF" w:rsidP="0A2EB6BF">
      <w:pPr>
        <w:sectPr w:rsidR="005E62EF" w:rsidSect="00166EDE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7F73BF2B" w14:textId="77777777" w:rsidR="00160AB2" w:rsidRDefault="00160AB2" w:rsidP="00160AB2">
      <w:pPr>
        <w:pStyle w:val="Heading1"/>
        <w:rPr>
          <w:lang w:val="en-GB"/>
        </w:rPr>
      </w:pPr>
      <w:r w:rsidRPr="0048487F">
        <w:rPr>
          <w:lang w:val="en-GB"/>
        </w:rPr>
        <w:t xml:space="preserve">BUILDING SENTENCES </w:t>
      </w:r>
    </w:p>
    <w:p w14:paraId="1679DC78" w14:textId="77777777" w:rsidR="00160AB2" w:rsidRPr="00365D4E" w:rsidRDefault="00160AB2" w:rsidP="00160AB2">
      <w:pPr>
        <w:rPr>
          <w:lang w:val="en-GB"/>
        </w:rPr>
      </w:pPr>
    </w:p>
    <w:p w14:paraId="5C0BA735" w14:textId="77777777" w:rsidR="00160AB2" w:rsidRPr="00D852EB" w:rsidRDefault="00160AB2" w:rsidP="00160AB2">
      <w:pPr>
        <w:rPr>
          <w:b/>
          <w:bCs/>
          <w:lang w:val="en-GB"/>
        </w:rPr>
      </w:pPr>
      <w:r w:rsidRPr="00D852EB">
        <w:rPr>
          <w:b/>
          <w:bCs/>
          <w:lang w:val="en-GB"/>
        </w:rPr>
        <w:t xml:space="preserve">I AM </w:t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  <w:t xml:space="preserve">ADJECTIVE </w:t>
      </w:r>
      <w:r w:rsidRPr="00D852EB">
        <w:rPr>
          <w:b/>
          <w:bCs/>
          <w:lang w:val="en-GB"/>
        </w:rPr>
        <w:tab/>
        <w:t xml:space="preserve"> </w:t>
      </w:r>
      <w:r w:rsidRPr="00D852EB">
        <w:rPr>
          <w:b/>
          <w:bCs/>
          <w:lang w:val="en-GB"/>
        </w:rPr>
        <w:tab/>
        <w:t>LIKE</w:t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  <w:t xml:space="preserve">NOUNS </w:t>
      </w:r>
    </w:p>
    <w:p w14:paraId="71AE13CC" w14:textId="04E3BCAA" w:rsidR="00160AB2" w:rsidRDefault="002A6AC6" w:rsidP="00160AB2">
      <w:pPr>
        <w:rPr>
          <w:lang w:val="it-IT"/>
        </w:rPr>
      </w:pPr>
      <w:r w:rsidRPr="002A6AC6">
        <w:rPr>
          <w:lang w:val="it-IT"/>
        </w:rPr>
        <w:t xml:space="preserve">Soy          </w:t>
      </w:r>
      <w:r w:rsidRPr="002A6AC6">
        <w:rPr>
          <w:lang w:val="it-IT"/>
        </w:rPr>
        <w:tab/>
        <w:t xml:space="preserve">feliz       </w:t>
      </w:r>
      <w:r w:rsidRPr="002A6AC6">
        <w:rPr>
          <w:lang w:val="it-IT"/>
        </w:rPr>
        <w:tab/>
      </w:r>
      <w:r w:rsidRPr="002A6AC6">
        <w:rPr>
          <w:lang w:val="it-IT"/>
        </w:rPr>
        <w:tab/>
        <w:t xml:space="preserve"> como            </w:t>
      </w:r>
      <w:r w:rsidRPr="002A6AC6">
        <w:rPr>
          <w:lang w:val="it-IT"/>
        </w:rPr>
        <w:tab/>
      </w:r>
      <w:r>
        <w:rPr>
          <w:lang w:val="it-IT"/>
        </w:rPr>
        <w:tab/>
      </w:r>
      <w:r w:rsidRPr="002A6AC6">
        <w:rPr>
          <w:lang w:val="it-IT"/>
        </w:rPr>
        <w:t>el sol amarillo</w:t>
      </w:r>
    </w:p>
    <w:p w14:paraId="33F775C6" w14:textId="410C16B8" w:rsidR="002A6AC6" w:rsidRPr="002A6AC6" w:rsidRDefault="002A6AC6" w:rsidP="00160AB2">
      <w:pPr>
        <w:rPr>
          <w:lang w:val="it-IT"/>
        </w:rPr>
      </w:pPr>
      <w:r>
        <w:rPr>
          <w:lang w:val="it-IT"/>
        </w:rPr>
        <w:t xml:space="preserve">Soy </w:t>
      </w:r>
      <w:r>
        <w:rPr>
          <w:lang w:val="it-IT"/>
        </w:rPr>
        <w:tab/>
      </w:r>
      <w:r>
        <w:rPr>
          <w:lang w:val="it-IT"/>
        </w:rPr>
        <w:tab/>
      </w:r>
      <w:r w:rsidR="00C672E4" w:rsidRPr="00C672E4">
        <w:rPr>
          <w:lang w:val="it-IT"/>
        </w:rPr>
        <w:t xml:space="preserve">preciosa       </w:t>
      </w:r>
      <w:r w:rsidR="00C672E4">
        <w:rPr>
          <w:lang w:val="it-IT"/>
        </w:rPr>
        <w:tab/>
      </w:r>
      <w:r w:rsidR="00C672E4">
        <w:rPr>
          <w:lang w:val="it-IT"/>
        </w:rPr>
        <w:tab/>
      </w:r>
      <w:r w:rsidR="00C672E4" w:rsidRPr="00C672E4">
        <w:rPr>
          <w:lang w:val="it-IT"/>
        </w:rPr>
        <w:t xml:space="preserve"> como           </w:t>
      </w:r>
      <w:r w:rsidR="00C672E4">
        <w:rPr>
          <w:lang w:val="it-IT"/>
        </w:rPr>
        <w:tab/>
      </w:r>
      <w:r w:rsidR="00C672E4">
        <w:rPr>
          <w:lang w:val="it-IT"/>
        </w:rPr>
        <w:tab/>
      </w:r>
      <w:r w:rsidR="00C672E4" w:rsidRPr="00C672E4">
        <w:rPr>
          <w:lang w:val="it-IT"/>
        </w:rPr>
        <w:t xml:space="preserve"> el árbol verde</w:t>
      </w:r>
    </w:p>
    <w:p w14:paraId="1004B648" w14:textId="77777777" w:rsidR="00F30FB1" w:rsidRDefault="00F30FB1" w:rsidP="00F30FB1">
      <w:pPr>
        <w:rPr>
          <w:b/>
          <w:bCs/>
          <w:lang w:val="en-GB"/>
        </w:rPr>
      </w:pPr>
    </w:p>
    <w:p w14:paraId="6242AA52" w14:textId="3D76C231" w:rsidR="00F30FB1" w:rsidRDefault="00F30FB1" w:rsidP="00F30FB1">
      <w:pPr>
        <w:rPr>
          <w:b/>
          <w:bCs/>
          <w:lang w:val="en-GB"/>
        </w:rPr>
      </w:pPr>
      <w:r w:rsidRPr="00D852EB">
        <w:rPr>
          <w:b/>
          <w:bCs/>
          <w:lang w:val="en-GB"/>
        </w:rPr>
        <w:t>NOUN</w:t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  <w:t>IS/ARE</w:t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</w:r>
      <w:r w:rsidRPr="00D852EB">
        <w:rPr>
          <w:b/>
          <w:bCs/>
          <w:lang w:val="en-GB"/>
        </w:rPr>
        <w:tab/>
        <w:t>ADJECTIVE</w:t>
      </w:r>
    </w:p>
    <w:p w14:paraId="133E7BF7" w14:textId="0F699319" w:rsidR="00901547" w:rsidRPr="00780B77" w:rsidRDefault="00901547" w:rsidP="00901547">
      <w:pPr>
        <w:rPr>
          <w:lang w:val="fr-FR"/>
        </w:rPr>
      </w:pPr>
      <w:r w:rsidRPr="00780B77">
        <w:rPr>
          <w:lang w:val="fr-FR"/>
        </w:rPr>
        <w:t xml:space="preserve">Las flores </w:t>
      </w:r>
      <w:r>
        <w:rPr>
          <w:lang w:val="fr-FR"/>
        </w:rPr>
        <w:tab/>
      </w:r>
      <w:r>
        <w:rPr>
          <w:lang w:val="fr-FR"/>
        </w:rPr>
        <w:tab/>
      </w:r>
      <w:r w:rsidRPr="00780B77">
        <w:rPr>
          <w:lang w:val="fr-FR"/>
        </w:rPr>
        <w:t xml:space="preserve">son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780B77">
        <w:rPr>
          <w:lang w:val="fr-FR"/>
        </w:rPr>
        <w:t>bonitas</w:t>
      </w:r>
    </w:p>
    <w:p w14:paraId="03F5B076" w14:textId="06EB9052" w:rsidR="00901547" w:rsidRDefault="00901547" w:rsidP="00901547">
      <w:pPr>
        <w:rPr>
          <w:lang w:val="fr-FR"/>
        </w:rPr>
      </w:pPr>
      <w:r w:rsidRPr="00780B77">
        <w:rPr>
          <w:lang w:val="fr-FR"/>
        </w:rPr>
        <w:t xml:space="preserve">El planeta </w:t>
      </w:r>
      <w:r>
        <w:rPr>
          <w:lang w:val="fr-FR"/>
        </w:rPr>
        <w:tab/>
      </w:r>
      <w:r>
        <w:rPr>
          <w:lang w:val="fr-FR"/>
        </w:rPr>
        <w:tab/>
      </w:r>
      <w:r w:rsidRPr="00780B77">
        <w:rPr>
          <w:lang w:val="fr-FR"/>
        </w:rPr>
        <w:t xml:space="preserve">es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780B77">
        <w:rPr>
          <w:lang w:val="fr-FR"/>
        </w:rPr>
        <w:t>triste</w:t>
      </w:r>
    </w:p>
    <w:p w14:paraId="48BB50B0" w14:textId="020651C3" w:rsidR="000C79F4" w:rsidRPr="000C79F4" w:rsidRDefault="000C79F4" w:rsidP="000C79F4">
      <w:pPr>
        <w:rPr>
          <w:lang w:val="fr-FR"/>
        </w:rPr>
      </w:pPr>
      <w:r w:rsidRPr="000C79F4">
        <w:rPr>
          <w:lang w:val="fr-FR"/>
        </w:rPr>
        <w:t xml:space="preserve">El delfín </w:t>
      </w:r>
      <w:r>
        <w:rPr>
          <w:lang w:val="fr-FR"/>
        </w:rPr>
        <w:tab/>
      </w:r>
      <w:r>
        <w:rPr>
          <w:lang w:val="fr-FR"/>
        </w:rPr>
        <w:tab/>
      </w:r>
      <w:r w:rsidRPr="000C79F4">
        <w:rPr>
          <w:lang w:val="fr-FR"/>
        </w:rPr>
        <w:t xml:space="preserve">es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0C79F4">
        <w:rPr>
          <w:lang w:val="fr-FR"/>
        </w:rPr>
        <w:t xml:space="preserve">poderoso </w:t>
      </w:r>
    </w:p>
    <w:p w14:paraId="47359508" w14:textId="3588AD59" w:rsidR="000C79F4" w:rsidRPr="00AC65DD" w:rsidRDefault="000C79F4" w:rsidP="000C79F4">
      <w:pPr>
        <w:rPr>
          <w:lang w:val="it-IT"/>
        </w:rPr>
      </w:pPr>
      <w:r w:rsidRPr="000C79F4">
        <w:rPr>
          <w:lang w:val="fr-FR"/>
        </w:rPr>
        <w:t xml:space="preserve">Las ranas </w:t>
      </w:r>
      <w:r>
        <w:rPr>
          <w:lang w:val="fr-FR"/>
        </w:rPr>
        <w:tab/>
      </w:r>
      <w:r>
        <w:rPr>
          <w:lang w:val="fr-FR"/>
        </w:rPr>
        <w:tab/>
      </w:r>
      <w:r w:rsidRPr="000C79F4">
        <w:rPr>
          <w:lang w:val="fr-FR"/>
        </w:rPr>
        <w:t xml:space="preserve">son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 w:rsidRPr="00AC65DD">
        <w:rPr>
          <w:lang w:val="it-IT"/>
        </w:rPr>
        <w:t>divertidas</w:t>
      </w:r>
    </w:p>
    <w:p w14:paraId="37E625A2" w14:textId="4471AA0D" w:rsidR="00901547" w:rsidRPr="00095039" w:rsidRDefault="00AC65DD" w:rsidP="00F30FB1">
      <w:pPr>
        <w:rPr>
          <w:lang w:val="it-IT"/>
        </w:rPr>
      </w:pPr>
      <w:r w:rsidRPr="00095039">
        <w:rPr>
          <w:lang w:val="it-IT"/>
        </w:rPr>
        <w:t xml:space="preserve">El plástico </w:t>
      </w:r>
      <w:r w:rsidRPr="00095039">
        <w:rPr>
          <w:lang w:val="it-IT"/>
        </w:rPr>
        <w:tab/>
      </w:r>
      <w:r w:rsidRPr="00095039">
        <w:rPr>
          <w:lang w:val="it-IT"/>
        </w:rPr>
        <w:tab/>
        <w:t xml:space="preserve">es </w:t>
      </w:r>
      <w:r w:rsidRPr="00095039">
        <w:rPr>
          <w:lang w:val="it-IT"/>
        </w:rPr>
        <w:tab/>
      </w:r>
      <w:r w:rsidRPr="00095039">
        <w:rPr>
          <w:lang w:val="it-IT"/>
        </w:rPr>
        <w:tab/>
      </w:r>
      <w:r w:rsidRPr="00095039">
        <w:rPr>
          <w:lang w:val="it-IT"/>
        </w:rPr>
        <w:tab/>
        <w:t>peligroso</w:t>
      </w:r>
    </w:p>
    <w:p w14:paraId="4288561C" w14:textId="77777777" w:rsidR="00A51EBE" w:rsidRDefault="00A51EBE" w:rsidP="00A51EBE">
      <w:pPr>
        <w:rPr>
          <w:b/>
          <w:bCs/>
          <w:lang w:val="fr-FR"/>
        </w:rPr>
      </w:pPr>
    </w:p>
    <w:p w14:paraId="727DDDB5" w14:textId="77777777" w:rsidR="00337DF8" w:rsidRDefault="00A51EBE" w:rsidP="00337DF8">
      <w:pPr>
        <w:rPr>
          <w:b/>
          <w:bCs/>
          <w:lang w:val="it-IT"/>
        </w:rPr>
      </w:pPr>
      <w:r w:rsidRPr="00337DF8">
        <w:rPr>
          <w:b/>
          <w:bCs/>
          <w:lang w:val="it-IT"/>
        </w:rPr>
        <w:t>VERB</w:t>
      </w:r>
      <w:r w:rsidRPr="00337DF8">
        <w:rPr>
          <w:b/>
          <w:bCs/>
          <w:lang w:val="it-IT"/>
        </w:rPr>
        <w:tab/>
      </w:r>
      <w:r w:rsidRPr="00337DF8">
        <w:rPr>
          <w:b/>
          <w:bCs/>
          <w:lang w:val="it-IT"/>
        </w:rPr>
        <w:tab/>
      </w:r>
      <w:r w:rsidRPr="00337DF8">
        <w:rPr>
          <w:b/>
          <w:bCs/>
          <w:lang w:val="it-IT"/>
        </w:rPr>
        <w:tab/>
        <w:t>INFINITIVE</w:t>
      </w:r>
      <w:r w:rsidRPr="00337DF8">
        <w:rPr>
          <w:b/>
          <w:bCs/>
          <w:lang w:val="it-IT"/>
        </w:rPr>
        <w:tab/>
      </w:r>
      <w:r w:rsidRPr="00337DF8">
        <w:rPr>
          <w:b/>
          <w:bCs/>
          <w:lang w:val="it-IT"/>
        </w:rPr>
        <w:tab/>
        <w:t>NOUN</w:t>
      </w:r>
    </w:p>
    <w:p w14:paraId="04BA7052" w14:textId="198AC867" w:rsidR="00160AB2" w:rsidRPr="00337DF8" w:rsidRDefault="00337DF8" w:rsidP="00337DF8">
      <w:pPr>
        <w:rPr>
          <w:b/>
          <w:bCs/>
          <w:lang w:val="it-IT"/>
        </w:rPr>
      </w:pPr>
      <w:r w:rsidRPr="00337DF8">
        <w:rPr>
          <w:lang w:val="it-IT"/>
        </w:rPr>
        <w:t xml:space="preserve">Queremos </w:t>
      </w:r>
      <w:r>
        <w:rPr>
          <w:lang w:val="it-IT"/>
        </w:rPr>
        <w:tab/>
      </w:r>
      <w:r>
        <w:rPr>
          <w:lang w:val="it-IT"/>
        </w:rPr>
        <w:tab/>
      </w:r>
      <w:r w:rsidRPr="00337DF8">
        <w:rPr>
          <w:lang w:val="it-IT"/>
        </w:rPr>
        <w:t xml:space="preserve">ayudar a </w:t>
      </w:r>
      <w:r w:rsidR="00180CE3">
        <w:rPr>
          <w:lang w:val="it-IT"/>
        </w:rPr>
        <w:tab/>
      </w:r>
      <w:r w:rsidR="00180CE3">
        <w:rPr>
          <w:lang w:val="it-IT"/>
        </w:rPr>
        <w:tab/>
      </w:r>
      <w:r w:rsidRPr="00337DF8">
        <w:rPr>
          <w:lang w:val="it-IT"/>
        </w:rPr>
        <w:t>la naturaleza</w:t>
      </w:r>
    </w:p>
    <w:p w14:paraId="5491A4A3" w14:textId="77777777" w:rsidR="00D0766B" w:rsidRDefault="00D0766B" w:rsidP="00D0766B">
      <w:pPr>
        <w:pStyle w:val="Heading1"/>
        <w:rPr>
          <w:lang w:val="en-GB"/>
        </w:rPr>
      </w:pPr>
      <w:r>
        <w:rPr>
          <w:lang w:val="en-GB"/>
        </w:rPr>
        <w:t>POETIC FORMS AND SHAPES</w:t>
      </w:r>
    </w:p>
    <w:p w14:paraId="7156DECD" w14:textId="2DEA7596" w:rsidR="00D0766B" w:rsidRDefault="00D0766B" w:rsidP="00D0766B">
      <w:r w:rsidRPr="0A2EB6BF">
        <w:rPr>
          <w:b/>
          <w:bCs/>
        </w:rPr>
        <w:t>Haiku</w:t>
      </w:r>
      <w:r>
        <w:t xml:space="preserve">s A Haiku is a Japanese poem that students might be familiar with from Literacy classes. Haikus paint a nature picture with words and has a very controlled structure, with the whole Haiku made up of 17 syllables. The pattern for Haikus is as follows: </w:t>
      </w:r>
    </w:p>
    <w:p w14:paraId="2B63DE07" w14:textId="4316503E" w:rsidR="00D0766B" w:rsidRDefault="00D0766B" w:rsidP="00D0766B">
      <w:r>
        <w:t xml:space="preserve">Line 1: Five syllables </w:t>
      </w:r>
    </w:p>
    <w:p w14:paraId="4A3667C3" w14:textId="3DB81550" w:rsidR="00D0766B" w:rsidRDefault="00D0766B" w:rsidP="00D0766B">
      <w:r>
        <w:t xml:space="preserve">Line 2: Seven syllables </w:t>
      </w:r>
    </w:p>
    <w:p w14:paraId="7265E4F1" w14:textId="271295F9" w:rsidR="00D0766B" w:rsidRDefault="00D0766B" w:rsidP="00D0766B">
      <w:r>
        <w:t>Line 3: Five syllables</w:t>
      </w:r>
    </w:p>
    <w:p w14:paraId="4A0CE8B0" w14:textId="77777777" w:rsidR="00D0766B" w:rsidRPr="00A96EBA" w:rsidRDefault="00D0766B" w:rsidP="00D0766B">
      <w:pPr>
        <w:rPr>
          <w:b/>
          <w:bCs/>
        </w:rPr>
      </w:pPr>
      <w:r w:rsidRPr="00A96EBA">
        <w:rPr>
          <w:b/>
          <w:bCs/>
        </w:rPr>
        <w:t xml:space="preserve">Adjective Poems </w:t>
      </w:r>
    </w:p>
    <w:p w14:paraId="6C477A95" w14:textId="77777777" w:rsidR="00D0766B" w:rsidRDefault="00D0766B" w:rsidP="00D0766B">
      <w:r w:rsidRPr="00685F1A">
        <w:t xml:space="preserve">An adjective poem consists of 6 lines, with accumulative lists of adjectives. There is a set pattern: </w:t>
      </w:r>
    </w:p>
    <w:p w14:paraId="0D368D62" w14:textId="77777777" w:rsidR="00D0766B" w:rsidRDefault="00D0766B" w:rsidP="00D0766B">
      <w:r w:rsidRPr="00685F1A">
        <w:t xml:space="preserve">Line 1: Noun </w:t>
      </w:r>
    </w:p>
    <w:p w14:paraId="00DAA7C5" w14:textId="77777777" w:rsidR="00D0766B" w:rsidRDefault="00D0766B" w:rsidP="00D0766B">
      <w:r w:rsidRPr="00685F1A">
        <w:t xml:space="preserve">Line 2: Same noun + is/are + adjective </w:t>
      </w:r>
    </w:p>
    <w:p w14:paraId="5F62E8C3" w14:textId="77777777" w:rsidR="00D0766B" w:rsidRDefault="00D0766B" w:rsidP="00D0766B">
      <w:r w:rsidRPr="00685F1A">
        <w:t>Line 3: Same noun + is/are + ad</w:t>
      </w:r>
      <w:r>
        <w:t>j</w:t>
      </w:r>
      <w:r w:rsidRPr="00685F1A">
        <w:t xml:space="preserve">ective 1, adjective 2 </w:t>
      </w:r>
    </w:p>
    <w:p w14:paraId="70886385" w14:textId="77777777" w:rsidR="00D0766B" w:rsidRDefault="00D0766B" w:rsidP="00D0766B">
      <w:r w:rsidRPr="00685F1A">
        <w:t xml:space="preserve">Line 4: Is/are + adjective 1, adjective 2, adjective 3 </w:t>
      </w:r>
    </w:p>
    <w:p w14:paraId="3B5ED316" w14:textId="77777777" w:rsidR="00D0766B" w:rsidRDefault="00D0766B" w:rsidP="00D0766B">
      <w:r w:rsidRPr="00685F1A">
        <w:t xml:space="preserve">Line 5: Adjective 1, adjective 2, adjective 3 , adjective 4 </w:t>
      </w:r>
    </w:p>
    <w:p w14:paraId="625E1211" w14:textId="43CCDC74" w:rsidR="00D0766B" w:rsidRDefault="00D0766B" w:rsidP="00D0766B">
      <w:r w:rsidRPr="00685F1A">
        <w:t>Line 6: New (relat</w:t>
      </w:r>
      <w:r>
        <w:t>A</w:t>
      </w:r>
      <w:r w:rsidRPr="00685F1A">
        <w:t>ed) noun</w:t>
      </w:r>
      <w:r>
        <w:t xml:space="preserve"> OR new (related) phrase</w:t>
      </w:r>
    </w:p>
    <w:p w14:paraId="4DE7F735" w14:textId="77777777" w:rsidR="00D0766B" w:rsidRPr="00EE7DD7" w:rsidRDefault="00D0766B" w:rsidP="00D0766B">
      <w:pPr>
        <w:rPr>
          <w:b/>
          <w:bCs/>
        </w:rPr>
      </w:pPr>
    </w:p>
    <w:p w14:paraId="3E86A985" w14:textId="6C6669D3" w:rsidR="00D0766B" w:rsidRPr="00D0766B" w:rsidRDefault="00D0766B" w:rsidP="00D0766B">
      <w:pPr>
        <w:rPr>
          <w:b/>
          <w:bCs/>
        </w:rPr>
      </w:pPr>
      <w:r w:rsidRPr="00EE7DD7">
        <w:rPr>
          <w:b/>
          <w:bCs/>
        </w:rPr>
        <w:t>Acrostic poems (see below)</w:t>
      </w:r>
    </w:p>
    <w:p w14:paraId="4F221F25" w14:textId="77777777" w:rsidR="00D0766B" w:rsidRPr="00EE7DD7" w:rsidRDefault="00D0766B" w:rsidP="00D0766B">
      <w:pPr>
        <w:rPr>
          <w:b/>
          <w:bCs/>
        </w:rPr>
        <w:sectPr w:rsidR="00D0766B" w:rsidRPr="00EE7DD7" w:rsidSect="00D0766B">
          <w:type w:val="continuous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  <w:r w:rsidRPr="00EE7DD7">
        <w:rPr>
          <w:b/>
          <w:bCs/>
        </w:rPr>
        <w:t>Caligrammes (poems following the shape of something from the natural world)</w:t>
      </w:r>
    </w:p>
    <w:p w14:paraId="054B934B" w14:textId="77777777" w:rsidR="001A7E39" w:rsidRDefault="001A7E39" w:rsidP="00D0766B">
      <w:pPr>
        <w:pStyle w:val="Heading1"/>
        <w:sectPr w:rsidR="001A7E39" w:rsidSect="0079155F">
          <w:type w:val="continuous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17729A13" w14:textId="7777777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N</w:t>
      </w:r>
    </w:p>
    <w:p w14:paraId="228D7DEE" w14:textId="7777777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A</w:t>
      </w:r>
    </w:p>
    <w:p w14:paraId="2924E1B0" w14:textId="7777777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T</w:t>
      </w:r>
    </w:p>
    <w:p w14:paraId="06F2E8B2" w14:textId="7777777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U</w:t>
      </w:r>
    </w:p>
    <w:p w14:paraId="2FD59A48" w14:textId="7777777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R</w:t>
      </w:r>
    </w:p>
    <w:p w14:paraId="308C76AD" w14:textId="023580D7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A</w:t>
      </w:r>
    </w:p>
    <w:p w14:paraId="5E5701A4" w14:textId="4AE6DF3F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L</w:t>
      </w:r>
    </w:p>
    <w:p w14:paraId="65C6777D" w14:textId="1072960F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E</w:t>
      </w:r>
    </w:p>
    <w:p w14:paraId="12DB95CF" w14:textId="32CEB277" w:rsidR="00807BE3" w:rsidRPr="00807BE3" w:rsidRDefault="71675610" w:rsidP="00807BE3">
      <w:pPr>
        <w:rPr>
          <w:sz w:val="60"/>
          <w:szCs w:val="60"/>
        </w:rPr>
      </w:pPr>
      <w:r w:rsidRPr="0A2EB6BF">
        <w:rPr>
          <w:sz w:val="60"/>
          <w:szCs w:val="60"/>
        </w:rPr>
        <w:t>Z</w:t>
      </w:r>
    </w:p>
    <w:p w14:paraId="65BA896E" w14:textId="40372404" w:rsidR="00807BE3" w:rsidRPr="00807BE3" w:rsidRDefault="00807BE3" w:rsidP="00807BE3">
      <w:pPr>
        <w:rPr>
          <w:sz w:val="60"/>
          <w:szCs w:val="60"/>
        </w:rPr>
      </w:pPr>
      <w:r w:rsidRPr="00807BE3">
        <w:rPr>
          <w:sz w:val="60"/>
          <w:szCs w:val="60"/>
        </w:rPr>
        <w:t>A</w:t>
      </w:r>
    </w:p>
    <w:p w14:paraId="67F300E8" w14:textId="77777777" w:rsidR="00B82D33" w:rsidRDefault="00B82D33" w:rsidP="00D0766B">
      <w:pPr>
        <w:pStyle w:val="Heading1"/>
        <w:sectPr w:rsidR="00B82D33" w:rsidSect="001A7E39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7076BF63" w14:textId="4402F37C" w:rsidR="00B82D33" w:rsidRPr="009A35F4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E</w:t>
      </w:r>
    </w:p>
    <w:p w14:paraId="0C93261B" w14:textId="5D46EE28" w:rsidR="00734882" w:rsidRPr="009A35F4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L</w:t>
      </w:r>
    </w:p>
    <w:p w14:paraId="585DDCA1" w14:textId="1130F6AE" w:rsidR="0A2EB6BF" w:rsidRDefault="0A2EB6BF" w:rsidP="0A2EB6BF">
      <w:pPr>
        <w:rPr>
          <w:sz w:val="80"/>
          <w:szCs w:val="80"/>
        </w:rPr>
      </w:pPr>
    </w:p>
    <w:p w14:paraId="0BF43DD2" w14:textId="37D2A37D" w:rsidR="00B82D33" w:rsidRPr="009A35F4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P</w:t>
      </w:r>
    </w:p>
    <w:p w14:paraId="424EFE26" w14:textId="222F1456" w:rsidR="4E79D1B3" w:rsidRDefault="4E79D1B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L</w:t>
      </w:r>
    </w:p>
    <w:p w14:paraId="33F463FA" w14:textId="7435CC47" w:rsidR="00B82D33" w:rsidRPr="009A35F4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A</w:t>
      </w:r>
    </w:p>
    <w:p w14:paraId="41AC3A9F" w14:textId="1AF1D822" w:rsidR="00B82D33" w:rsidRPr="009A35F4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N</w:t>
      </w:r>
    </w:p>
    <w:p w14:paraId="0751C693" w14:textId="77777777" w:rsidR="00B82D33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E</w:t>
      </w:r>
    </w:p>
    <w:p w14:paraId="73113750" w14:textId="7683E169" w:rsidR="00B82D33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T</w:t>
      </w:r>
    </w:p>
    <w:p w14:paraId="1A77899F" w14:textId="41200C26" w:rsidR="009C01D2" w:rsidRPr="00D0766B" w:rsidRDefault="00B82D33" w:rsidP="0A2EB6BF">
      <w:pPr>
        <w:rPr>
          <w:sz w:val="80"/>
          <w:szCs w:val="80"/>
        </w:rPr>
      </w:pPr>
      <w:r w:rsidRPr="0A2EB6BF">
        <w:rPr>
          <w:sz w:val="80"/>
          <w:szCs w:val="80"/>
        </w:rPr>
        <w:t>A</w:t>
      </w:r>
    </w:p>
    <w:sectPr w:rsidR="009C01D2" w:rsidRPr="00D0766B" w:rsidSect="001A7E3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B920E06"/>
    <w:multiLevelType w:val="hybridMultilevel"/>
    <w:tmpl w:val="FA6ED9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2907A5"/>
    <w:multiLevelType w:val="multilevel"/>
    <w:tmpl w:val="EBA6F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66234452">
    <w:abstractNumId w:val="8"/>
  </w:num>
  <w:num w:numId="2" w16cid:durableId="1265073788">
    <w:abstractNumId w:val="6"/>
  </w:num>
  <w:num w:numId="3" w16cid:durableId="1230192521">
    <w:abstractNumId w:val="5"/>
  </w:num>
  <w:num w:numId="4" w16cid:durableId="671950441">
    <w:abstractNumId w:val="4"/>
  </w:num>
  <w:num w:numId="5" w16cid:durableId="285241875">
    <w:abstractNumId w:val="7"/>
  </w:num>
  <w:num w:numId="6" w16cid:durableId="494297147">
    <w:abstractNumId w:val="3"/>
  </w:num>
  <w:num w:numId="7" w16cid:durableId="696851994">
    <w:abstractNumId w:val="2"/>
  </w:num>
  <w:num w:numId="8" w16cid:durableId="1123811501">
    <w:abstractNumId w:val="1"/>
  </w:num>
  <w:num w:numId="9" w16cid:durableId="1580335385">
    <w:abstractNumId w:val="0"/>
  </w:num>
  <w:num w:numId="10" w16cid:durableId="456097198">
    <w:abstractNumId w:val="10"/>
  </w:num>
  <w:num w:numId="11" w16cid:durableId="2155121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1123E"/>
    <w:rsid w:val="00034616"/>
    <w:rsid w:val="0005704A"/>
    <w:rsid w:val="0006063C"/>
    <w:rsid w:val="00081479"/>
    <w:rsid w:val="00092981"/>
    <w:rsid w:val="00095039"/>
    <w:rsid w:val="000C4072"/>
    <w:rsid w:val="000C79F4"/>
    <w:rsid w:val="000E2E3B"/>
    <w:rsid w:val="000F2ED5"/>
    <w:rsid w:val="0014530C"/>
    <w:rsid w:val="0015074B"/>
    <w:rsid w:val="00160AB2"/>
    <w:rsid w:val="00166EDE"/>
    <w:rsid w:val="00180CE3"/>
    <w:rsid w:val="00187611"/>
    <w:rsid w:val="001A7E39"/>
    <w:rsid w:val="0029639D"/>
    <w:rsid w:val="002A6AC6"/>
    <w:rsid w:val="00321254"/>
    <w:rsid w:val="00326F90"/>
    <w:rsid w:val="00337DF8"/>
    <w:rsid w:val="003A3449"/>
    <w:rsid w:val="003E6B8B"/>
    <w:rsid w:val="00455888"/>
    <w:rsid w:val="0046406E"/>
    <w:rsid w:val="004D6328"/>
    <w:rsid w:val="005A7708"/>
    <w:rsid w:val="005C2836"/>
    <w:rsid w:val="005E62EF"/>
    <w:rsid w:val="00660352"/>
    <w:rsid w:val="00661522"/>
    <w:rsid w:val="006720D5"/>
    <w:rsid w:val="006B20CE"/>
    <w:rsid w:val="006F1852"/>
    <w:rsid w:val="00734882"/>
    <w:rsid w:val="00780B77"/>
    <w:rsid w:val="0079155F"/>
    <w:rsid w:val="00807BE3"/>
    <w:rsid w:val="00816846"/>
    <w:rsid w:val="008608B2"/>
    <w:rsid w:val="008853D8"/>
    <w:rsid w:val="00901547"/>
    <w:rsid w:val="00912670"/>
    <w:rsid w:val="00975F50"/>
    <w:rsid w:val="009A3E5C"/>
    <w:rsid w:val="009C01D2"/>
    <w:rsid w:val="009C5FAA"/>
    <w:rsid w:val="00A37281"/>
    <w:rsid w:val="00A426C3"/>
    <w:rsid w:val="00A51EBE"/>
    <w:rsid w:val="00AA1D8D"/>
    <w:rsid w:val="00AC65DD"/>
    <w:rsid w:val="00B10C29"/>
    <w:rsid w:val="00B20F0A"/>
    <w:rsid w:val="00B47730"/>
    <w:rsid w:val="00B82D33"/>
    <w:rsid w:val="00BC341C"/>
    <w:rsid w:val="00C00DA1"/>
    <w:rsid w:val="00C26251"/>
    <w:rsid w:val="00C672E4"/>
    <w:rsid w:val="00CB0664"/>
    <w:rsid w:val="00CE15B5"/>
    <w:rsid w:val="00D0766B"/>
    <w:rsid w:val="00D37A99"/>
    <w:rsid w:val="00D412FA"/>
    <w:rsid w:val="00D566EE"/>
    <w:rsid w:val="00D7659C"/>
    <w:rsid w:val="00DE0E4B"/>
    <w:rsid w:val="00DE4FB8"/>
    <w:rsid w:val="00E1741D"/>
    <w:rsid w:val="00EF35C8"/>
    <w:rsid w:val="00F14E43"/>
    <w:rsid w:val="00F30FB1"/>
    <w:rsid w:val="00F54CC0"/>
    <w:rsid w:val="00F74EBF"/>
    <w:rsid w:val="00F75351"/>
    <w:rsid w:val="00F77FCD"/>
    <w:rsid w:val="00F96979"/>
    <w:rsid w:val="00FC693F"/>
    <w:rsid w:val="00FE6BF0"/>
    <w:rsid w:val="00FF10D0"/>
    <w:rsid w:val="027591B4"/>
    <w:rsid w:val="0356E629"/>
    <w:rsid w:val="0661136B"/>
    <w:rsid w:val="0A2EB6BF"/>
    <w:rsid w:val="0A34864E"/>
    <w:rsid w:val="12814EF6"/>
    <w:rsid w:val="13CDB565"/>
    <w:rsid w:val="2263FB38"/>
    <w:rsid w:val="23E9556D"/>
    <w:rsid w:val="2F27B2B9"/>
    <w:rsid w:val="31B9B33D"/>
    <w:rsid w:val="31E564D4"/>
    <w:rsid w:val="31FC7523"/>
    <w:rsid w:val="37200E48"/>
    <w:rsid w:val="3742EAF4"/>
    <w:rsid w:val="3B251DD2"/>
    <w:rsid w:val="41035E8C"/>
    <w:rsid w:val="45101183"/>
    <w:rsid w:val="488900EE"/>
    <w:rsid w:val="4E79D1B3"/>
    <w:rsid w:val="5488240F"/>
    <w:rsid w:val="628AF2E4"/>
    <w:rsid w:val="6418E548"/>
    <w:rsid w:val="683C012D"/>
    <w:rsid w:val="68DB51A5"/>
    <w:rsid w:val="6AAB94BA"/>
    <w:rsid w:val="71675610"/>
    <w:rsid w:val="71DBD200"/>
    <w:rsid w:val="7618643E"/>
    <w:rsid w:val="78B81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062061"/>
  <w14:defaultImageDpi w14:val="300"/>
  <w15:docId w15:val="{CBC698CB-9FC9-4E64-990B-6FE8DC95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822</Words>
  <Characters>4690</Characters>
  <Application>Microsoft Office Word</Application>
  <DocSecurity>4</DocSecurity>
  <Lines>39</Lines>
  <Paragraphs>11</Paragraphs>
  <ScaleCrop>false</ScaleCrop>
  <Manager/>
  <Company/>
  <LinksUpToDate>false</LinksUpToDate>
  <CharactersWithSpaces>5501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>generated by python-docx</dc:description>
  <cp:lastModifiedBy>Sarasola Herrera, Jorge</cp:lastModifiedBy>
  <cp:revision>70</cp:revision>
  <dcterms:created xsi:type="dcterms:W3CDTF">2026-05-21T14:12:00Z</dcterms:created>
  <dcterms:modified xsi:type="dcterms:W3CDTF">2026-06-08T10:50:00Z</dcterms:modified>
  <cp:category/>
</cp:coreProperties>
</file>