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46D61C" w14:textId="0719B0C0" w:rsidR="00930F33" w:rsidRDefault="00930F33">
      <w:pPr>
        <w:spacing w:after="0"/>
        <w:rPr>
          <w:lang w:eastAsia="zh-CN"/>
        </w:rPr>
      </w:pPr>
    </w:p>
    <w:p>
      <w:r>
        <w:rPr>
          <w:rFonts w:ascii="Arial" w:hAnsi="Arial"/>
          <w:sz w:val="48"/>
        </w:rPr>
        <w:t>Voki audio one</w:t>
      </w:r>
    </w:p>
    <w:p>
      <w:r>
        <w:rPr>
          <w:rFonts w:ascii="Arial" w:hAnsi="Arial"/>
          <w:color w:val="4F6880"/>
          <w:sz w:val="22"/>
        </w:rPr>
        <w:t>Thu, 3/17 6:56PM • 1:16</w:t>
      </w:r>
    </w:p>
    <w:p>
      <w:pPr>
        <w:spacing w:before="440" w:after="0"/>
      </w:pPr>
      <w:r>
        <w:rPr>
          <w:rFonts w:ascii="Arial" w:hAnsi="Arial"/>
          <w:b/>
          <w:color w:val="4F6880"/>
          <w:sz w:val="22"/>
        </w:rPr>
        <w:t>SUMMARY KEYWORDS</w:t>
      </w:r>
    </w:p>
    <w:p>
      <w:r>
        <w:rPr>
          <w:rFonts w:ascii="Arial" w:hAnsi="Arial"/>
          <w:color w:val="4F6880"/>
          <w:sz w:val="22"/>
        </w:rPr>
        <w:t>nicol, feedback, student, assignments, higher education, teacher, drafting, breslin, comments, written, integral component, dialogue, monologue, observes, coordinated, providing, thompson, disconnect, isolation, increased</w:t>
      </w:r>
    </w:p>
    <w:p>
      <w:pPr>
        <w:spacing w:after="0"/>
      </w:pPr>
    </w:p>
    <w:p>
      <w:pPr>
        <w:spacing w:after="0"/>
      </w:pPr>
      <w:r>
        <w:rPr>
          <w:rFonts w:ascii="Arial" w:hAnsi="Arial"/>
          <w:color w:val="5D7284"/>
          <w:sz w:val="22"/>
        </w:rPr>
        <w:t>00:13</w:t>
      </w:r>
    </w:p>
    <w:p>
      <w:pPr>
        <w:spacing w:after="0"/>
      </w:pPr>
      <w:r>
        <w:rPr>
          <w:rFonts w:ascii="Arial" w:hAnsi="Arial"/>
          <w:sz w:val="22"/>
        </w:rPr>
        <w:t>What is the problem with feedback? As Nicol (2010) observes, providing written comments on student assignments is an integral component of feedback in higher education. In the past when we had smaller class sizes, written feedback could be provided as part of a larger coordinated system of teacher-student dialogue, one to one discussions and the drafting or redrafting of assignments were commonplace as comments were provided within the drafting-redrafting context of previous and subsequent assignments. Therefore, the feedback made more sense as it was not given in isolation. As Nicol, Thompson and Breslin in 2014 and Giannakis and Bullivant in 2016 comment, increased academic workload and the massification of higher education amongst other factors, have led to a disconnect between teacher and student communication. Dialogue has been marginalised in the feedback process with written feedback becoming as Nicol (2010) describes a monologue that has to carry the entirety of the teacher student interaction</w:t>
      </w:r>
    </w:p>
    <w:sectPr w:rsidR="00930F33" w:rsidSect="001216B9">
      <w:headerReference w:type="even" r:id="rId8"/>
      <w:headerReference w:type="default" r:id="rId9"/>
      <w:footerReference w:type="even" r:id="rId10"/>
      <w:footerReference w:type="default" r:id="rId11"/>
      <w:headerReference w:type="first" r:id="rId12"/>
      <w:footerReference w:type="first" r:id="rId13"/>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1FEF6E" w14:textId="77777777" w:rsidR="00ED3244" w:rsidRDefault="00ED3244">
      <w:pPr>
        <w:spacing w:after="0" w:line="240" w:lineRule="auto"/>
      </w:pPr>
      <w:r>
        <w:separator/>
      </w:r>
    </w:p>
  </w:endnote>
  <w:endnote w:type="continuationSeparator" w:id="0">
    <w:p w14:paraId="32C8662D" w14:textId="77777777" w:rsidR="00ED3244" w:rsidRDefault="00ED32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A00002EF" w:usb1="4000207B" w:usb2="00000000" w:usb3="00000000" w:csb0="000000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ourier">
    <w:panose1 w:val="00000000000000000000"/>
    <w:charset w:val="00"/>
    <w:family w:val="auto"/>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372650680"/>
      <w:docPartObj>
        <w:docPartGallery w:val="Page Numbers (Bottom of Page)"/>
        <w:docPartUnique/>
      </w:docPartObj>
    </w:sdtPr>
    <w:sdtEndPr>
      <w:rPr>
        <w:rStyle w:val="PageNumber"/>
      </w:rPr>
    </w:sdtEndPr>
    <w:sdtContent>
      <w:p w14:paraId="5B49F2F0" w14:textId="0D664EC5"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17BA4339" w14:textId="3F160B4F"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50DD35F"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414BB7FC" w14:textId="3CBEBC9E"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1A7AEB9B" w14:textId="37CC26BC"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B6D5FB"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68FD58C" w14:textId="77777777" w:rsidR="00ED3244" w:rsidRDefault="00ED3244">
      <w:pPr>
        <w:spacing w:after="0" w:line="240" w:lineRule="auto"/>
      </w:pPr>
      <w:r>
        <w:separator/>
      </w:r>
    </w:p>
  </w:footnote>
  <w:footnote w:type="continuationSeparator" w:id="0">
    <w:p w14:paraId="4B6704BD" w14:textId="77777777" w:rsidR="00ED3244" w:rsidRDefault="00ED32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B25ED7"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F039F9"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962272"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99"/>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9639D"/>
    <w:rsid w:val="00326F90"/>
    <w:rsid w:val="004A641F"/>
    <w:rsid w:val="004B593C"/>
    <w:rsid w:val="006E2A8C"/>
    <w:rsid w:val="007749AF"/>
    <w:rsid w:val="00794EBC"/>
    <w:rsid w:val="00930F33"/>
    <w:rsid w:val="009C3AF0"/>
    <w:rsid w:val="00A12EE5"/>
    <w:rsid w:val="00AA1D8D"/>
    <w:rsid w:val="00B47730"/>
    <w:rsid w:val="00BA4C2B"/>
    <w:rsid w:val="00BD0140"/>
    <w:rsid w:val="00C24502"/>
    <w:rsid w:val="00CB0664"/>
    <w:rsid w:val="00D57E81"/>
    <w:rsid w:val="00ED324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488BA53"/>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5" Type="http://schemas.openxmlformats.org/officeDocument/2006/relationships/webSettings" Target="webSettings.xml"/><Relationship Id="rId4" Type="http://schemas.openxmlformats.org/officeDocument/2006/relationships/settings" Target="settings.xml"/><Relationship Id="rId6" Type="http://schemas.openxmlformats.org/officeDocument/2006/relationships/footnotes" Target="footnotes.xml"/><Relationship Id="rId7" Type="http://schemas.openxmlformats.org/officeDocument/2006/relationships/endnotes" Target="endnotes.xml"/><Relationship Id="rId15" Type="http://schemas.openxmlformats.org/officeDocument/2006/relationships/theme" Target="theme/theme1.xml"/><Relationship Id="rId9" Type="http://schemas.openxmlformats.org/officeDocument/2006/relationships/header" Target="header2.xml"/><Relationship Id="rId8" Type="http://schemas.openxmlformats.org/officeDocument/2006/relationships/header" Target="header1.xml"/><Relationship Id="rId13" Type="http://schemas.openxmlformats.org/officeDocument/2006/relationships/footer" Target="footer3.xml"/><Relationship Id="rId12" Type="http://schemas.openxmlformats.org/officeDocument/2006/relationships/header" Target="header3.xml"/><Relationship Id="rId11" Type="http://schemas.openxmlformats.org/officeDocument/2006/relationships/footer" Target="footer2.xml"/><Relationship Id="rId10" Type="http://schemas.openxmlformats.org/officeDocument/2006/relationships/footer" Target="footer1.xml"/><Relationship Id="rId3" Type="http://schemas.openxmlformats.org/officeDocument/2006/relationships/styles" Target="styles.xml"/><Relationship Id="rId2" Type="http://schemas.openxmlformats.org/officeDocument/2006/relationships/numbering" Target="numbering.xml"/><Relationship Id="rId1" Type="http://schemas.openxmlformats.org/officeDocument/2006/relationships/customXml" Target="../customXml/item1.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0</Words>
  <Characters>0</Characters>
  <Application>Microsoft Office Word</Application>
  <DocSecurity>0</DocSecurity>
  <Lines>0</Lines>
  <Paragraphs>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Wen Sun</cp:lastModifiedBy>
  <cp:revision>7</cp:revision>
  <dcterms:created xsi:type="dcterms:W3CDTF">2019-09-10T23:59:00Z</dcterms:created>
  <dcterms:modified xsi:type="dcterms:W3CDTF">2019-09-12T19:02:00Z</dcterms:modified>
  <cp:category/>
</cp:coreProperties>
</file>