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The power of art in helping us to 'see' climate change</w:t>
      </w:r>
    </w:p>
    <w:p>
      <w:r>
        <w:rPr>
          <w:rFonts w:ascii="Arial" w:hAnsi="Arial"/>
          <w:color w:val="4F6880"/>
          <w:sz w:val="22"/>
        </w:rPr>
        <w:t>Thu, 3/17 3:57PM • 34:38</w:t>
      </w:r>
    </w:p>
    <w:p>
      <w:pPr>
        <w:spacing w:before="440" w:after="0"/>
      </w:pPr>
      <w:r>
        <w:rPr>
          <w:rFonts w:ascii="Arial" w:hAnsi="Arial"/>
          <w:b/>
          <w:color w:val="4F6880"/>
          <w:sz w:val="22"/>
        </w:rPr>
        <w:t>SUMMARY KEYWORDS</w:t>
      </w:r>
    </w:p>
    <w:p>
      <w:r>
        <w:rPr>
          <w:rFonts w:ascii="Arial" w:hAnsi="Arial"/>
          <w:color w:val="4F6880"/>
          <w:sz w:val="22"/>
        </w:rPr>
        <w:t>whales, people, talk, beach, blue whale, art, recognising, drawing, draw, hammerhead, oceana, thought, artists, big, creatures, climate crisis, bit, work, climate, children</w:t>
      </w:r>
    </w:p>
    <w:p>
      <w:pPr>
        <w:spacing w:after="0"/>
      </w:pPr>
    </w:p>
    <w:p>
      <w:pPr>
        <w:spacing w:after="0"/>
      </w:pPr>
      <w:r>
        <w:rPr>
          <w:rFonts w:ascii="Arial" w:hAnsi="Arial"/>
          <w:color w:val="5D7284"/>
          <w:sz w:val="22"/>
        </w:rPr>
        <w:t>00:15</w:t>
      </w:r>
    </w:p>
    <w:p>
      <w:pPr>
        <w:spacing w:after="0"/>
      </w:pPr>
      <w:r>
        <w:rPr>
          <w:rFonts w:ascii="Arial" w:hAnsi="Arial"/>
          <w:sz w:val="22"/>
        </w:rPr>
        <w:t>Isn't this an extraordinary sound</w:t>
      </w:r>
    </w:p>
    <w:p>
      <w:pPr>
        <w:spacing w:after="0"/>
      </w:pPr>
    </w:p>
    <w:p>
      <w:pPr>
        <w:spacing w:after="0"/>
      </w:pPr>
      <w:r>
        <w:rPr>
          <w:rFonts w:ascii="Arial" w:hAnsi="Arial"/>
          <w:color w:val="5D7284"/>
          <w:sz w:val="22"/>
        </w:rPr>
        <w:t>00:24</w:t>
      </w:r>
    </w:p>
    <w:p>
      <w:pPr>
        <w:spacing w:after="0"/>
      </w:pPr>
      <w:r>
        <w:rPr>
          <w:rFonts w:ascii="Arial" w:hAnsi="Arial"/>
          <w:sz w:val="22"/>
        </w:rPr>
        <w:t>the song is sung is the right word of the blue whale</w:t>
      </w:r>
    </w:p>
    <w:p>
      <w:pPr>
        <w:spacing w:after="0"/>
      </w:pPr>
    </w:p>
    <w:p>
      <w:pPr>
        <w:spacing w:after="0"/>
      </w:pPr>
      <w:r>
        <w:rPr>
          <w:rFonts w:ascii="Arial" w:hAnsi="Arial"/>
          <w:color w:val="5D7284"/>
          <w:sz w:val="22"/>
        </w:rPr>
        <w:t>00:34</w:t>
      </w:r>
    </w:p>
    <w:p>
      <w:pPr>
        <w:spacing w:after="0"/>
      </w:pPr>
      <w:r>
        <w:rPr>
          <w:rFonts w:ascii="Arial" w:hAnsi="Arial"/>
          <w:sz w:val="22"/>
        </w:rPr>
        <w:t>recordings been speeded up as in fact the vocalisations of the blue whale are so deep. They are at such a low frequency. They're actually almost completely inaudible to the human ear.</w:t>
      </w:r>
    </w:p>
    <w:p>
      <w:pPr>
        <w:spacing w:after="0"/>
      </w:pPr>
    </w:p>
    <w:p>
      <w:pPr>
        <w:spacing w:after="0"/>
      </w:pPr>
      <w:r>
        <w:rPr>
          <w:rFonts w:ascii="Arial" w:hAnsi="Arial"/>
          <w:color w:val="5D7284"/>
          <w:sz w:val="22"/>
        </w:rPr>
        <w:t>01:01</w:t>
      </w:r>
    </w:p>
    <w:p>
      <w:pPr>
        <w:spacing w:after="0"/>
      </w:pPr>
      <w:r>
        <w:rPr>
          <w:rFonts w:ascii="Arial" w:hAnsi="Arial"/>
          <w:sz w:val="22"/>
        </w:rPr>
        <w:t>And whales play a big part in this climate crisis conversation, as you'll hear, but the overall subject of this episode is and the role that art can play in helping us connect emotionally with the sometimes overwhelming immensity of the climates and biodiversity crisis. I'm Verity Shah. And in fact, I was talking to a climate scientist not so long ago. He was talking about the fact that she really quit her job because she was depressed by the realities of her data and also presenting that data to policymakers who were not really taking that much action. But then she witnessed the work of some artists who made a huge life size ice sculpture of a polar bear outside where a climate conference was being held. And of course, over the week of the conference, that bear gradually melted, and it was the power of that visual metaphor that helped her gather strengths and actually find a way to keep going a lot of the time by now combining her vital scientific work with that of visual artists. So on today's episode, the talk isn't affairs it's of creatures of the climate. Psychology alliances, Caroline Hickman is talking to marine artists, Sonia Chanel today.</w:t>
      </w:r>
    </w:p>
    <w:p>
      <w:pPr>
        <w:spacing w:after="0"/>
      </w:pPr>
    </w:p>
    <w:p>
      <w:pPr>
        <w:spacing w:after="0"/>
      </w:pPr>
      <w:r>
        <w:rPr>
          <w:rFonts w:ascii="Arial" w:hAnsi="Arial"/>
          <w:color w:val="5D7284"/>
          <w:sz w:val="22"/>
        </w:rPr>
        <w:t>02:37</w:t>
      </w:r>
    </w:p>
    <w:p>
      <w:pPr>
        <w:spacing w:after="0"/>
      </w:pPr>
      <w:r>
        <w:rPr>
          <w:rFonts w:ascii="Arial" w:hAnsi="Arial"/>
          <w:sz w:val="22"/>
        </w:rPr>
        <w:t>Hi, Sonia, thanks so much for coming on today. And I I just want to start by recognising that being friends with me might be a bit uncomfortable for you sometimes.</w:t>
      </w:r>
    </w:p>
    <w:p>
      <w:pPr>
        <w:spacing w:after="0"/>
      </w:pPr>
    </w:p>
    <w:p>
      <w:pPr>
        <w:spacing w:after="0"/>
      </w:pPr>
      <w:r>
        <w:rPr>
          <w:rFonts w:ascii="Arial" w:hAnsi="Arial"/>
          <w:color w:val="5D7284"/>
          <w:sz w:val="22"/>
        </w:rPr>
        <w:t>02:50</w:t>
      </w:r>
    </w:p>
    <w:p>
      <w:pPr>
        <w:spacing w:after="0"/>
      </w:pPr>
      <w:r>
        <w:rPr>
          <w:rFonts w:ascii="Arial" w:hAnsi="Arial"/>
          <w:sz w:val="22"/>
        </w:rPr>
        <w:t>Okay, well, I think I'm right on time because we had weeks of planning for this podcast anyway. So Caroline rang me last night to ask if I was free today.</w:t>
      </w:r>
    </w:p>
    <w:p>
      <w:pPr>
        <w:spacing w:after="0"/>
      </w:pPr>
    </w:p>
    <w:p>
      <w:pPr>
        <w:spacing w:after="0"/>
      </w:pPr>
      <w:r>
        <w:rPr>
          <w:rFonts w:ascii="Arial" w:hAnsi="Arial"/>
          <w:color w:val="5D7284"/>
          <w:sz w:val="22"/>
        </w:rPr>
        <w:t>03:05</w:t>
      </w:r>
    </w:p>
    <w:p>
      <w:pPr>
        <w:spacing w:after="0"/>
      </w:pPr>
      <w:r>
        <w:rPr>
          <w:rFonts w:ascii="Arial" w:hAnsi="Arial"/>
          <w:sz w:val="22"/>
        </w:rPr>
        <w:t>And I never know what to expect when I get a call from you. It's always it always turns into a bit of an adventure, which I love. So no, it's not uncomfortable. It's fun. Oh, that's really fun.</w:t>
      </w:r>
    </w:p>
    <w:p>
      <w:pPr>
        <w:spacing w:after="0"/>
      </w:pPr>
    </w:p>
    <w:p>
      <w:pPr>
        <w:spacing w:after="0"/>
      </w:pPr>
      <w:r>
        <w:rPr>
          <w:rFonts w:ascii="Arial" w:hAnsi="Arial"/>
          <w:color w:val="5D7284"/>
          <w:sz w:val="22"/>
        </w:rPr>
        <w:t>03:19</w:t>
      </w:r>
    </w:p>
    <w:p>
      <w:pPr>
        <w:spacing w:after="0"/>
      </w:pPr>
      <w:r>
        <w:rPr>
          <w:rFonts w:ascii="Arial" w:hAnsi="Arial"/>
          <w:sz w:val="22"/>
        </w:rPr>
        <w:t>That's nice to hear. We offered lots of fun together. So we didn't want to have research projects together and bringing art and psychotherapy together. And we became friends around all sorts of mutual love and care. about whales particularly, and climate change. And that's, that's where this comes together. So I want you to tell us a little bit about where it all started for you. Tell us about your art. So I've always made art since I was a little girl.</w:t>
      </w:r>
    </w:p>
    <w:p>
      <w:pPr>
        <w:spacing w:after="0"/>
      </w:pPr>
    </w:p>
    <w:p>
      <w:pPr>
        <w:spacing w:after="0"/>
      </w:pPr>
      <w:r>
        <w:rPr>
          <w:rFonts w:ascii="Arial" w:hAnsi="Arial"/>
          <w:color w:val="5D7284"/>
          <w:sz w:val="22"/>
        </w:rPr>
        <w:t>03:50</w:t>
      </w:r>
    </w:p>
    <w:p>
      <w:pPr>
        <w:spacing w:after="0"/>
      </w:pPr>
      <w:r>
        <w:rPr>
          <w:rFonts w:ascii="Arial" w:hAnsi="Arial"/>
          <w:sz w:val="22"/>
        </w:rPr>
        <w:t>And then I studied at university I went to art school in London and all of the work I was making was about our environment, our natural environment. So it already it already because of my passion in conservation, it was in built in my artwork, everything I made so and people used to tell me that whenever I had to stand up and present my work, they would say it's quite political, actually. And so during my degree, I had a tutor that told me to look into courses which brought those two interests together. So our and the environment and one did pop up down Cornwall. at Falmouth University. So I I went and did that. And there was lots of artists as well as physicists. And there's an ornithologist on our course and studying birds in Africa.</w:t>
      </w:r>
    </w:p>
    <w:p>
      <w:pPr>
        <w:spacing w:after="0"/>
      </w:pPr>
    </w:p>
    <w:p>
      <w:pPr>
        <w:spacing w:after="0"/>
      </w:pPr>
      <w:r>
        <w:rPr>
          <w:rFonts w:ascii="Arial" w:hAnsi="Arial"/>
          <w:color w:val="5D7284"/>
          <w:sz w:val="22"/>
        </w:rPr>
        <w:t>04:43</w:t>
      </w:r>
    </w:p>
    <w:p>
      <w:pPr>
        <w:spacing w:after="0"/>
      </w:pPr>
      <w:r>
        <w:rPr>
          <w:rFonts w:ascii="Arial" w:hAnsi="Arial"/>
          <w:sz w:val="22"/>
        </w:rPr>
        <w:t>And we all have our disciplines we would, we would talk about our disciplines in terms of the environment and climate change and other environmental issues. Tell me a little bit about some of the arts that you were producing at the time when you were on the course. What does it look like gives a picture so shall I start with the the ones that I was making on my degree? So that was all to do trees and I started to make sculptures out of cardboard boxes of trees. So I was using the material and thinking about material and what where it came from and then using it to try and reimagine where it came from. So the cardboard boxes I would open out and collect them all off the streets of London, and then just roll them into tree rings. And in the end, I made this monumental sized sculpture that was bigger than us. And it looked really solid but it was made out of flimsy cardboard boxes and it was kind of like a memorial I called it a memorial to the trees that have been chopped down and turned into these flimsy, everyday items.</w:t>
      </w:r>
    </w:p>
    <w:p>
      <w:pPr>
        <w:spacing w:after="0"/>
      </w:pPr>
    </w:p>
    <w:p>
      <w:pPr>
        <w:spacing w:after="0"/>
      </w:pPr>
      <w:r>
        <w:rPr>
          <w:rFonts w:ascii="Arial" w:hAnsi="Arial"/>
          <w:color w:val="5D7284"/>
          <w:sz w:val="22"/>
        </w:rPr>
        <w:t>05:49</w:t>
      </w:r>
    </w:p>
    <w:p>
      <w:pPr>
        <w:spacing w:after="0"/>
      </w:pPr>
      <w:r>
        <w:rPr>
          <w:rFonts w:ascii="Arial" w:hAnsi="Arial"/>
          <w:sz w:val="22"/>
        </w:rPr>
        <w:t>So as an artist, you have a sense that you were working with the spirit of these of the creatures the trees, I know later on. We're gonna talk about whales, is that right? Yeah, yeah. So always thinking always being sensitive to what I was using and the path they had taken into my hands and the fact that we had destroyed the sickly I know it might sound odd. Do you talk to them while still preaching the art? What's the relationship if you got with them?</w:t>
      </w:r>
    </w:p>
    <w:p>
      <w:pPr>
        <w:spacing w:after="0"/>
      </w:pPr>
    </w:p>
    <w:p>
      <w:pPr>
        <w:spacing w:after="0"/>
      </w:pPr>
      <w:r>
        <w:rPr>
          <w:rFonts w:ascii="Arial" w:hAnsi="Arial"/>
          <w:color w:val="5D7284"/>
          <w:sz w:val="22"/>
        </w:rPr>
        <w:t>06:26</w:t>
      </w:r>
    </w:p>
    <w:p>
      <w:pPr>
        <w:spacing w:after="0"/>
      </w:pPr>
      <w:r>
        <w:rPr>
          <w:rFonts w:ascii="Arial" w:hAnsi="Arial"/>
          <w:sz w:val="22"/>
        </w:rPr>
        <w:t>I didn't talk to the boxes.</w:t>
      </w:r>
    </w:p>
    <w:p>
      <w:pPr>
        <w:spacing w:after="0"/>
      </w:pPr>
    </w:p>
    <w:p>
      <w:pPr>
        <w:spacing w:after="0"/>
      </w:pPr>
      <w:r>
        <w:rPr>
          <w:rFonts w:ascii="Arial" w:hAnsi="Arial"/>
          <w:color w:val="5D7284"/>
          <w:sz w:val="22"/>
        </w:rPr>
        <w:t>06:30</w:t>
      </w:r>
    </w:p>
    <w:p>
      <w:pPr>
        <w:spacing w:after="0"/>
      </w:pPr>
      <w:r>
        <w:rPr>
          <w:rFonts w:ascii="Arial" w:hAnsi="Arial"/>
          <w:sz w:val="22"/>
        </w:rPr>
        <w:t>But I am a bit of a tree hugger so I go out into the woods a lot when we used to live I live next door to Caroline and we lived next to the word that would them say yeah, yeah, I'm a tree hugger.</w:t>
      </w:r>
    </w:p>
    <w:p>
      <w:pPr>
        <w:spacing w:after="0"/>
      </w:pPr>
    </w:p>
    <w:p>
      <w:pPr>
        <w:spacing w:after="0"/>
      </w:pPr>
      <w:r>
        <w:rPr>
          <w:rFonts w:ascii="Arial" w:hAnsi="Arial"/>
          <w:color w:val="5D7284"/>
          <w:sz w:val="22"/>
        </w:rPr>
        <w:t>06:44</w:t>
      </w:r>
    </w:p>
    <w:p>
      <w:pPr>
        <w:spacing w:after="0"/>
      </w:pPr>
      <w:r>
        <w:rPr>
          <w:rFonts w:ascii="Arial" w:hAnsi="Arial"/>
          <w:sz w:val="22"/>
        </w:rPr>
        <w:t>Not I don't really talk to them, though. Maybe I do in my mind. So so it's your imagination will will will will come to the whales in a minute because maybe maybe whales are easier to relate to trees. But tell me more about the course. So how did you develop then from the trees? So then I moved down to Cornwall to do my masters and I was living by the sea. And I did quite a bit of rock climbing. So I was right on the water's edge all the time. And because of the environmental part, of course, I was spending time on beaches and there was lots and lots of plastic on the beaches and this was about 10 years ago. And I just thought this is coming out of the sea. So that means it's spending time in the sea and there's living creatures in in that body of water. So they're surrounded by these plastics. And so then I started to research it and I found this fact that there's on average 46,000 pieces of plastic in every square mile of ocean, which I know has gone up a lot since the city found out more. And so I just thought that's awful, that we're polluting the oceans. So then I wanted to create in my mind, I wanted to try and show people what they must be experiencing to try and communicate that kind of issue. And and then I started to think about whales and how big they are and how they're being impacted. So a lot of them are ingesting plastics and and I'd never seen a whale before and I didn't know how big they were and I just thought okay, well the only way I'm gonna find out how big they are is if I draw on life size.</w:t>
      </w:r>
    </w:p>
    <w:p>
      <w:pPr>
        <w:spacing w:after="0"/>
      </w:pPr>
    </w:p>
    <w:p>
      <w:pPr>
        <w:spacing w:after="0"/>
      </w:pPr>
      <w:r>
        <w:rPr>
          <w:rFonts w:ascii="Arial" w:hAnsi="Arial"/>
          <w:color w:val="5D7284"/>
          <w:sz w:val="22"/>
        </w:rPr>
        <w:t>08:34</w:t>
      </w:r>
    </w:p>
    <w:p>
      <w:pPr>
        <w:spacing w:after="0"/>
      </w:pPr>
      <w:r>
        <w:rPr>
          <w:rFonts w:ascii="Arial" w:hAnsi="Arial"/>
          <w:sz w:val="22"/>
        </w:rPr>
        <w:t>And the only way I can draw on life sizes on the beach because we can't get spaces big enough to draw a 30 metre long blue whale so so yeah, he's the beach is my studio.</w:t>
      </w:r>
    </w:p>
    <w:p>
      <w:pPr>
        <w:spacing w:after="0"/>
      </w:pPr>
    </w:p>
    <w:p>
      <w:pPr>
        <w:spacing w:after="0"/>
      </w:pPr>
      <w:r>
        <w:rPr>
          <w:rFonts w:ascii="Arial" w:hAnsi="Arial"/>
          <w:color w:val="5D7284"/>
          <w:sz w:val="22"/>
        </w:rPr>
        <w:t>08:47</w:t>
      </w:r>
    </w:p>
    <w:p>
      <w:pPr>
        <w:spacing w:after="0"/>
      </w:pPr>
      <w:r>
        <w:rPr>
          <w:rFonts w:ascii="Arial" w:hAnsi="Arial"/>
          <w:sz w:val="22"/>
        </w:rPr>
        <w:t>Right so now this is gonna be one of those moments where you completely minimise what you do and I'm doing right Sonia. You didn't just use the beach as your studio. Tell us what you did. You were walking on the beach and you picked up a stick and picked up a stick? Yes. And then I helped us see what it was like for you. Okay, so I I just would make a mark in the sand with that stick and then peace like have a blue whale. And and then I'll make another mark at the other end and it was almost quite hard to see because you're on this flat expanse of sand.</w:t>
      </w:r>
    </w:p>
    <w:p>
      <w:pPr>
        <w:spacing w:after="0"/>
      </w:pPr>
    </w:p>
    <w:p>
      <w:pPr>
        <w:spacing w:after="0"/>
      </w:pPr>
      <w:r>
        <w:rPr>
          <w:rFonts w:ascii="Arial" w:hAnsi="Arial"/>
          <w:color w:val="5D7284"/>
          <w:sz w:val="22"/>
        </w:rPr>
        <w:t>09:27</w:t>
      </w:r>
    </w:p>
    <w:p>
      <w:pPr>
        <w:spacing w:after="0"/>
      </w:pPr>
      <w:r>
        <w:rPr>
          <w:rFonts w:ascii="Arial" w:hAnsi="Arial"/>
          <w:sz w:val="22"/>
        </w:rPr>
        <w:t>And I thought about it really abstractly. So I'd looked at lots of pictures online and watched documentaries. And I knew that a blue whale is just very, very long and then so it just the lines I just made gentle curves and then thought about the tail as two triangles and just started to draw it out in a very abstract way and then started to shade it in with my hands and feet. I work in a frenzy. So although it was a 30 metre one drawing, it probably took about an hour to do.</w:t>
      </w:r>
    </w:p>
    <w:p>
      <w:pPr>
        <w:spacing w:after="0"/>
      </w:pPr>
    </w:p>
    <w:p>
      <w:pPr>
        <w:spacing w:after="0"/>
      </w:pPr>
      <w:r>
        <w:rPr>
          <w:rFonts w:ascii="Arial" w:hAnsi="Arial"/>
          <w:color w:val="5D7284"/>
          <w:sz w:val="22"/>
        </w:rPr>
        <w:t>10:03</w:t>
      </w:r>
    </w:p>
    <w:p>
      <w:pPr>
        <w:spacing w:after="0"/>
      </w:pPr>
      <w:r>
        <w:rPr>
          <w:rFonts w:ascii="Arial" w:hAnsi="Arial"/>
          <w:sz w:val="22"/>
        </w:rPr>
        <w:t>And you just make the lines of the baleen and it is hard to explain because I can't really see what I'm doing and only the people on the list can see what I'm doing. And then I'll go and have a look and most of the time it looked how it I imagined it. But every now and then it didn't say every picture that's seeing that these whales and we will put some pictures on to the climate psychology Alliance website so people can actually have a look at these themselves as well. Everyone I've seen looks like an accurate representation of the different whales you draw lots of different whales, now whales, humpback whales, blue whales, what's your favourite?</w:t>
      </w:r>
    </w:p>
    <w:p>
      <w:pPr>
        <w:spacing w:after="0"/>
      </w:pPr>
    </w:p>
    <w:p>
      <w:pPr>
        <w:spacing w:after="0"/>
      </w:pPr>
      <w:r>
        <w:rPr>
          <w:rFonts w:ascii="Arial" w:hAnsi="Arial"/>
          <w:color w:val="5D7284"/>
          <w:sz w:val="22"/>
        </w:rPr>
        <w:t>10:47</w:t>
      </w:r>
    </w:p>
    <w:p>
      <w:pPr>
        <w:spacing w:after="0"/>
      </w:pPr>
      <w:r>
        <w:rPr>
          <w:rFonts w:ascii="Arial" w:hAnsi="Arial"/>
          <w:sz w:val="22"/>
        </w:rPr>
        <w:t>Oh, I've never been asked that before.</w:t>
      </w:r>
    </w:p>
    <w:p>
      <w:pPr>
        <w:spacing w:after="0"/>
      </w:pPr>
    </w:p>
    <w:p>
      <w:pPr>
        <w:spacing w:after="0"/>
      </w:pPr>
      <w:r>
        <w:rPr>
          <w:rFonts w:ascii="Arial" w:hAnsi="Arial"/>
          <w:color w:val="5D7284"/>
          <w:sz w:val="22"/>
        </w:rPr>
        <w:t>10:51</w:t>
      </w:r>
    </w:p>
    <w:p>
      <w:pPr>
        <w:spacing w:after="0"/>
      </w:pPr>
      <w:r>
        <w:rPr>
          <w:rFonts w:ascii="Arial" w:hAnsi="Arial"/>
          <w:sz w:val="22"/>
        </w:rPr>
        <w:t>I've got really into sharks these days. So yeah, sharks, my favourite but probably the blue whale.</w:t>
      </w:r>
    </w:p>
    <w:p>
      <w:pPr>
        <w:spacing w:after="0"/>
      </w:pPr>
    </w:p>
    <w:p>
      <w:pPr>
        <w:spacing w:after="0"/>
      </w:pPr>
      <w:r>
        <w:rPr>
          <w:rFonts w:ascii="Arial" w:hAnsi="Arial"/>
          <w:color w:val="5D7284"/>
          <w:sz w:val="22"/>
        </w:rPr>
        <w:t>11:00</w:t>
      </w:r>
    </w:p>
    <w:p>
      <w:pPr>
        <w:spacing w:after="0"/>
      </w:pPr>
      <w:r>
        <w:rPr>
          <w:rFonts w:ascii="Arial" w:hAnsi="Arial"/>
          <w:sz w:val="22"/>
        </w:rPr>
        <w:t>See knew why.</w:t>
      </w:r>
    </w:p>
    <w:p>
      <w:pPr>
        <w:spacing w:after="0"/>
      </w:pPr>
    </w:p>
    <w:p>
      <w:pPr>
        <w:spacing w:after="0"/>
      </w:pPr>
      <w:r>
        <w:rPr>
          <w:rFonts w:ascii="Arial" w:hAnsi="Arial"/>
          <w:color w:val="5D7284"/>
          <w:sz w:val="22"/>
        </w:rPr>
        <w:t>11:03</w:t>
      </w:r>
    </w:p>
    <w:p>
      <w:pPr>
        <w:spacing w:after="0"/>
      </w:pPr>
      <w:r>
        <w:rPr>
          <w:rFonts w:ascii="Arial" w:hAnsi="Arial"/>
          <w:sz w:val="22"/>
        </w:rPr>
        <w:t>And it's probably because of the colour and the way the light shimmers. We know when you see that footage from above, and you get those turquoises and the fact that they're just so such gentle creatures. They're huge, but they may just engulf plankton they do. Yeah, I don't know. Probably the grace of it. Okay, we'll show jurists back to the whales in a minute. But tell me what happened. Missouri's happened on your course because you spent some time with a group called Cape farewell.</w:t>
      </w:r>
    </w:p>
    <w:p>
      <w:pPr>
        <w:spacing w:after="0"/>
      </w:pPr>
    </w:p>
    <w:p>
      <w:pPr>
        <w:spacing w:after="0"/>
      </w:pPr>
      <w:r>
        <w:rPr>
          <w:rFonts w:ascii="Arial" w:hAnsi="Arial"/>
          <w:color w:val="5D7284"/>
          <w:sz w:val="22"/>
        </w:rPr>
        <w:t>11:38</w:t>
      </w:r>
    </w:p>
    <w:p>
      <w:pPr>
        <w:spacing w:after="0"/>
      </w:pPr>
      <w:r>
        <w:rPr>
          <w:rFonts w:ascii="Arial" w:hAnsi="Arial"/>
          <w:sz w:val="22"/>
        </w:rPr>
        <w:t>Yes, I was really lucky when I was on my masters to do they called it short course UK with Kate for a while. And a few of us were chosen to go on this mini expedition or a series of mini expeditions. So it would be a few artists and a filmmaker came with us and the one apologist was on the course and as a poet, I think, and we would go we slept in the unit project in the rainforest biome, which was an interesting experience, that she didn't really sleep much because of the noise.</w:t>
      </w:r>
    </w:p>
    <w:p>
      <w:pPr>
        <w:spacing w:after="0"/>
      </w:pPr>
    </w:p>
    <w:p>
      <w:pPr>
        <w:spacing w:after="0"/>
      </w:pPr>
      <w:r>
        <w:rPr>
          <w:rFonts w:ascii="Arial" w:hAnsi="Arial"/>
          <w:color w:val="5D7284"/>
          <w:sz w:val="22"/>
        </w:rPr>
        <w:t>12:14</w:t>
      </w:r>
    </w:p>
    <w:p>
      <w:pPr>
        <w:spacing w:after="0"/>
      </w:pPr>
      <w:r>
        <w:rPr>
          <w:rFonts w:ascii="Arial" w:hAnsi="Arial"/>
          <w:sz w:val="22"/>
        </w:rPr>
        <w:t>And then we went into the sweat lodge the next day, and and then we went to the URLs, but all the time we were just having conversations about climate change, and how we can make creative pieces of work to try and communicate those issues and spread awareness.</w:t>
      </w:r>
    </w:p>
    <w:p>
      <w:pPr>
        <w:spacing w:after="0"/>
      </w:pPr>
    </w:p>
    <w:p>
      <w:pPr>
        <w:spacing w:after="0"/>
      </w:pPr>
      <w:r>
        <w:rPr>
          <w:rFonts w:ascii="Arial" w:hAnsi="Arial"/>
          <w:color w:val="5D7284"/>
          <w:sz w:val="22"/>
        </w:rPr>
        <w:t>12:33</w:t>
      </w:r>
    </w:p>
    <w:p>
      <w:pPr>
        <w:spacing w:after="0"/>
      </w:pPr>
      <w:r>
        <w:rPr>
          <w:rFonts w:ascii="Arial" w:hAnsi="Arial"/>
          <w:sz w:val="22"/>
        </w:rPr>
        <w:t>And so those conversations like we were going on these trips, but the conversations just happened.</w:t>
      </w:r>
    </w:p>
    <w:p>
      <w:pPr>
        <w:spacing w:after="0"/>
      </w:pPr>
    </w:p>
    <w:p>
      <w:pPr>
        <w:spacing w:after="0"/>
      </w:pPr>
      <w:r>
        <w:rPr>
          <w:rFonts w:ascii="Arial" w:hAnsi="Arial"/>
          <w:color w:val="5D7284"/>
          <w:sz w:val="22"/>
        </w:rPr>
        <w:t>12:41</w:t>
      </w:r>
    </w:p>
    <w:p>
      <w:pPr>
        <w:spacing w:after="0"/>
      </w:pPr>
      <w:r>
        <w:rPr>
          <w:rFonts w:ascii="Arial" w:hAnsi="Arial"/>
          <w:sz w:val="22"/>
        </w:rPr>
        <w:t>So we just came out to the Cape farewell project. So I was really lucky. I did a presentation about my son drawings of whales and not long after that. The captain of a boat called song The whale was looking to get an artist in residence. And he spoke to the guy that had been to my presentation and asked him if he knew of anyone that did work about marine life.</w:t>
      </w:r>
    </w:p>
    <w:p>
      <w:pPr>
        <w:spacing w:after="0"/>
      </w:pPr>
    </w:p>
    <w:p>
      <w:pPr>
        <w:spacing w:after="0"/>
      </w:pPr>
      <w:r>
        <w:rPr>
          <w:rFonts w:ascii="Arial" w:hAnsi="Arial"/>
          <w:color w:val="5D7284"/>
          <w:sz w:val="22"/>
        </w:rPr>
        <w:t>13:11</w:t>
      </w:r>
    </w:p>
    <w:p>
      <w:pPr>
        <w:spacing w:after="0"/>
      </w:pPr>
      <w:r>
        <w:rPr>
          <w:rFonts w:ascii="Arial" w:hAnsi="Arial"/>
          <w:sz w:val="22"/>
        </w:rPr>
        <w:t>So he said me so the captain rang me up and said, Are you free and a couple of months to come out with us on song whale which is a purpose built scientific research boat, and it was funded at the time by the International Fund for animal welfare, and marine conservation research but now it's just solely funded by the marine conservation research. And they took me on for about a month and I just became part of the crew and they never had an artist on board before so yeah, string extremely lucky to be asked. And of course said Yes, right away and so I met acoustic scientists and and that no sale and we were on watch you took in turn you're on a router to be on watch you're either up on the ones like a platform that you climb upon to to be on watch CDC any any blows out in the distance if he saw any whales and or you'd be listening in because they had to hydrophone cables trailing behind, so every 15 minutes you'd listen to see if you can click close or whales and that you've taken care of speak to cook dinners for crew. And yeah, so yeah, we're just touching and talking about some of the art you created whilst on that trip because I needed something really interesting. So when I was on that trip that was in the Azores, so in the North Atlantic Ocean volcanic islands there and we did go into into a marina on one of the islands and it's a historic whaling town. So on one of the beaches, there was a whaling factory, and you can see the ramp and the chimney. And so they would have dragged sperm whales mainly upon to that beach. So I did some drawing of a sperm whale. And I use the disentanglement rod from the boat, which is what they used to. If they come across any marine creatures that were tangled up in fishing nets.</w:t>
      </w:r>
    </w:p>
    <w:p>
      <w:pPr>
        <w:spacing w:after="0"/>
      </w:pPr>
    </w:p>
    <w:p>
      <w:pPr>
        <w:spacing w:after="0"/>
      </w:pPr>
      <w:r>
        <w:rPr>
          <w:rFonts w:ascii="Arial" w:hAnsi="Arial"/>
          <w:color w:val="5D7284"/>
          <w:sz w:val="22"/>
        </w:rPr>
        <w:t>15:16</w:t>
      </w:r>
    </w:p>
    <w:p>
      <w:pPr>
        <w:spacing w:after="0"/>
      </w:pPr>
      <w:r>
        <w:rPr>
          <w:rFonts w:ascii="Arial" w:hAnsi="Arial"/>
          <w:sz w:val="22"/>
        </w:rPr>
        <w:t>They would use that to free them. So I use that so it was a very symbolic drawing. It's probably the most symbolic drawing I've ever done.</w:t>
      </w:r>
    </w:p>
    <w:p>
      <w:pPr>
        <w:spacing w:after="0"/>
      </w:pPr>
    </w:p>
    <w:p>
      <w:pPr>
        <w:spacing w:after="0"/>
      </w:pPr>
      <w:r>
        <w:rPr>
          <w:rFonts w:ascii="Arial" w:hAnsi="Arial"/>
          <w:color w:val="5D7284"/>
          <w:sz w:val="22"/>
        </w:rPr>
        <w:t>15:32</w:t>
      </w:r>
    </w:p>
    <w:p>
      <w:pPr>
        <w:spacing w:after="0"/>
      </w:pPr>
      <w:r>
        <w:rPr>
          <w:rFonts w:ascii="Arial" w:hAnsi="Arial"/>
          <w:sz w:val="22"/>
        </w:rPr>
        <w:t>Can you say a bit more about how you think that art can help shift people's understanding about the climate emergency? What part can art play?</w:t>
      </w:r>
    </w:p>
    <w:p>
      <w:pPr>
        <w:spacing w:after="0"/>
      </w:pPr>
    </w:p>
    <w:p>
      <w:pPr>
        <w:spacing w:after="0"/>
      </w:pPr>
      <w:r>
        <w:rPr>
          <w:rFonts w:ascii="Arial" w:hAnsi="Arial"/>
          <w:color w:val="5D7284"/>
          <w:sz w:val="22"/>
        </w:rPr>
        <w:t>15:42</w:t>
      </w:r>
    </w:p>
    <w:p>
      <w:pPr>
        <w:spacing w:after="0"/>
      </w:pPr>
      <w:r>
        <w:rPr>
          <w:rFonts w:ascii="Arial" w:hAnsi="Arial"/>
          <w:sz w:val="22"/>
        </w:rPr>
        <w:t>I think art can be very accessible. I know that people don't always go to galleries, but it can be in very public spaces. So and it's relatable, and it kind of conjures up emotions, and it makes people think in different ways. So I think it can it can communicate issues in in a subtle way, which sometimes can be a good thing.</w:t>
      </w:r>
    </w:p>
    <w:p>
      <w:pPr>
        <w:spacing w:after="0"/>
      </w:pPr>
    </w:p>
    <w:p>
      <w:pPr>
        <w:spacing w:after="0"/>
      </w:pPr>
      <w:r>
        <w:rPr>
          <w:rFonts w:ascii="Arial" w:hAnsi="Arial"/>
          <w:color w:val="5D7284"/>
          <w:sz w:val="22"/>
        </w:rPr>
        <w:t>16:09</w:t>
      </w:r>
    </w:p>
    <w:p>
      <w:pPr>
        <w:spacing w:after="0"/>
      </w:pPr>
      <w:r>
        <w:rPr>
          <w:rFonts w:ascii="Arial" w:hAnsi="Arial"/>
          <w:sz w:val="22"/>
        </w:rPr>
        <w:t>Maybe you I mean certainly when I think about it, I think about how art can communicate through metaphor. So you haven't got the direct communication, but you've got that. That's what you're saying. The subtle communication. Yeah, yeah, yeah, exactly. So metaphors can be really powerful when when someone is presented with a piece of work, and then they you have a thought process, don't you and then you come to a conclusion and then then it's kind of solidified in your mind and then it's carried with you for the rest of time. Sometimes it's a really powerful piece.</w:t>
      </w:r>
    </w:p>
    <w:p>
      <w:pPr>
        <w:spacing w:after="0"/>
      </w:pPr>
    </w:p>
    <w:p>
      <w:pPr>
        <w:spacing w:after="0"/>
      </w:pPr>
      <w:r>
        <w:rPr>
          <w:rFonts w:ascii="Arial" w:hAnsi="Arial"/>
          <w:color w:val="5D7284"/>
          <w:sz w:val="22"/>
        </w:rPr>
        <w:t>16:44</w:t>
      </w:r>
    </w:p>
    <w:p>
      <w:pPr>
        <w:spacing w:after="0"/>
      </w:pPr>
      <w:r>
        <w:rPr>
          <w:rFonts w:ascii="Arial" w:hAnsi="Arial"/>
          <w:sz w:val="22"/>
        </w:rPr>
        <w:t>One of the projects we did together was working with a group of children to raise their awareness of climate change. We grew the whale, didn't we? Do you want to talk about that or shall I?</w:t>
      </w:r>
    </w:p>
    <w:p>
      <w:pPr>
        <w:spacing w:after="0"/>
      </w:pPr>
    </w:p>
    <w:p>
      <w:pPr>
        <w:spacing w:after="0"/>
      </w:pPr>
      <w:r>
        <w:rPr>
          <w:rFonts w:ascii="Arial" w:hAnsi="Arial"/>
          <w:color w:val="5D7284"/>
          <w:sz w:val="22"/>
        </w:rPr>
        <w:t>16:57</w:t>
      </w:r>
    </w:p>
    <w:p>
      <w:pPr>
        <w:spacing w:after="0"/>
      </w:pPr>
      <w:r>
        <w:rPr>
          <w:rFonts w:ascii="Arial" w:hAnsi="Arial"/>
          <w:sz w:val="22"/>
        </w:rPr>
        <w:t>Okay, so the crocus whale, the brilliant project, it was, yeah, you knew inspired by my land, art. And I was feeling landlocked in Wiltshire. So there's no beaches to work on. But we went to Clen primary school and we talked about whales and dolphins but then we I got some chalk spray and the all of the kids organic spray. Yeah. Which just washes away. Yeah. And all of the kids stood on was perfect. There was a staircase on the outside of a building with a platform so all of the kids stood on the, on the stairs and on the platform and watched me draw this humpback whale calf in the grass. And then he said, let's go and get 2000 crocus bulbs as you do because they bloom in like purples and blues. We get a lot of them so we chose colours that would that would work. And with the kids, we just planted all of these crocus bulbs.</w:t>
      </w:r>
    </w:p>
    <w:p>
      <w:pPr>
        <w:spacing w:after="0"/>
      </w:pPr>
    </w:p>
    <w:p>
      <w:pPr>
        <w:spacing w:after="0"/>
      </w:pPr>
      <w:r>
        <w:rPr>
          <w:rFonts w:ascii="Arial" w:hAnsi="Arial"/>
          <w:color w:val="5D7284"/>
          <w:sz w:val="22"/>
        </w:rPr>
        <w:t>18:05</w:t>
      </w:r>
    </w:p>
    <w:p>
      <w:pPr>
        <w:spacing w:after="0"/>
      </w:pPr>
      <w:r>
        <w:rPr>
          <w:rFonts w:ascii="Arial" w:hAnsi="Arial"/>
          <w:sz w:val="22"/>
        </w:rPr>
        <w:t>And what's really nice is that it will bloom every year, and then go away and then bloom and then that's, that's, I like to think that humpback whales they will always migrate and to the same place every year.</w:t>
      </w:r>
    </w:p>
    <w:p>
      <w:pPr>
        <w:spacing w:after="0"/>
      </w:pPr>
    </w:p>
    <w:p>
      <w:pPr>
        <w:spacing w:after="0"/>
      </w:pPr>
      <w:r>
        <w:rPr>
          <w:rFonts w:ascii="Arial" w:hAnsi="Arial"/>
          <w:color w:val="5D7284"/>
          <w:sz w:val="22"/>
        </w:rPr>
        <w:t>18:21</w:t>
      </w:r>
    </w:p>
    <w:p>
      <w:pPr>
        <w:spacing w:after="0"/>
      </w:pPr>
      <w:r>
        <w:rPr>
          <w:rFonts w:ascii="Arial" w:hAnsi="Arial"/>
          <w:sz w:val="22"/>
        </w:rPr>
        <w:t>And the kids really, really enjoyed it.</w:t>
      </w:r>
    </w:p>
    <w:p>
      <w:pPr>
        <w:spacing w:after="0"/>
      </w:pPr>
    </w:p>
    <w:p>
      <w:pPr>
        <w:spacing w:after="0"/>
      </w:pPr>
      <w:r>
        <w:rPr>
          <w:rFonts w:ascii="Arial" w:hAnsi="Arial"/>
          <w:color w:val="5D7284"/>
          <w:sz w:val="22"/>
        </w:rPr>
        <w:t>18:24</w:t>
      </w:r>
    </w:p>
    <w:p>
      <w:pPr>
        <w:spacing w:after="0"/>
      </w:pPr>
      <w:r>
        <w:rPr>
          <w:rFonts w:ascii="Arial" w:hAnsi="Arial"/>
          <w:sz w:val="22"/>
        </w:rPr>
        <w:t>I mean, symbolically, I love what you're saying about migration.</w:t>
      </w:r>
    </w:p>
    <w:p>
      <w:pPr>
        <w:spacing w:after="0"/>
      </w:pPr>
    </w:p>
    <w:p>
      <w:pPr>
        <w:spacing w:after="0"/>
      </w:pPr>
      <w:r>
        <w:rPr>
          <w:rFonts w:ascii="Arial" w:hAnsi="Arial"/>
          <w:color w:val="5D7284"/>
          <w:sz w:val="22"/>
        </w:rPr>
        <w:t>18:31</w:t>
      </w:r>
    </w:p>
    <w:p>
      <w:pPr>
        <w:spacing w:after="0"/>
      </w:pPr>
      <w:r>
        <w:rPr>
          <w:rFonts w:ascii="Arial" w:hAnsi="Arial"/>
          <w:sz w:val="22"/>
        </w:rPr>
        <w:t>So, absolutely. Symbolically, it was so powerful. We tell you, right, we talk to the children about science and about the impacts of climate change on whales, and about plankton and warming seas and melting ice and also about how whales draw carbon from the atmosphere. So that the interrelationship between people and whales, and you know, they're part of our solution about the kind of biodiversity solutions to the climate crisis. So we we talked to these children about this and these were mixed age children, weren't they? So they were from the age of five, six up to 1011. Very young. They were very young.</w:t>
      </w:r>
    </w:p>
    <w:p>
      <w:pPr>
        <w:spacing w:after="0"/>
      </w:pPr>
    </w:p>
    <w:p>
      <w:pPr>
        <w:spacing w:after="0"/>
      </w:pPr>
      <w:r>
        <w:rPr>
          <w:rFonts w:ascii="Arial" w:hAnsi="Arial"/>
          <w:color w:val="5D7284"/>
          <w:sz w:val="22"/>
        </w:rPr>
        <w:t>19:11</w:t>
      </w:r>
    </w:p>
    <w:p>
      <w:pPr>
        <w:spacing w:after="0"/>
      </w:pPr>
      <w:r>
        <w:rPr>
          <w:rFonts w:ascii="Arial" w:hAnsi="Arial"/>
          <w:sz w:val="22"/>
        </w:rPr>
        <w:t>The what are the acute things, which I see, ironically, is that we didn't realise how few Perkis bulbs, small children would plant it so we were there till midnight went way out.</w:t>
      </w:r>
    </w:p>
    <w:p>
      <w:pPr>
        <w:spacing w:after="0"/>
      </w:pPr>
    </w:p>
    <w:p>
      <w:pPr>
        <w:spacing w:after="0"/>
      </w:pPr>
      <w:r>
        <w:rPr>
          <w:rFonts w:ascii="Arial" w:hAnsi="Arial"/>
          <w:color w:val="5D7284"/>
          <w:sz w:val="22"/>
        </w:rPr>
        <w:t>19:25</w:t>
      </w:r>
    </w:p>
    <w:p>
      <w:pPr>
        <w:spacing w:after="0"/>
      </w:pPr>
      <w:r>
        <w:rPr>
          <w:rFonts w:ascii="Arial" w:hAnsi="Arial"/>
          <w:sz w:val="22"/>
        </w:rPr>
        <w:t>Yeah, yeah, it took a long long time. Never do not again, million years, but it was phenomenal, and it flies. But there's a couple of things I want to say about it. One of the things that really because we you have to ask yourself with these kind of projects, does it work? You know, so overall being symbolic and metaphorical and artistic and creative, but does it work? Does it have an impact, you know, especially when the university basketball team and offseason protocols who but what some of the some of the impact on the children, some of the things that children said to us, tells me it really well. So they said, what we did was we just planted the bolts so they were all underground.</w:t>
      </w:r>
    </w:p>
    <w:p>
      <w:pPr>
        <w:spacing w:after="0"/>
      </w:pPr>
    </w:p>
    <w:p>
      <w:pPr>
        <w:spacing w:after="0"/>
      </w:pPr>
      <w:r>
        <w:rPr>
          <w:rFonts w:ascii="Arial" w:hAnsi="Arial"/>
          <w:color w:val="5D7284"/>
          <w:sz w:val="22"/>
        </w:rPr>
        <w:t>20:09</w:t>
      </w:r>
    </w:p>
    <w:p>
      <w:pPr>
        <w:spacing w:after="0"/>
      </w:pPr>
      <w:r>
        <w:rPr>
          <w:rFonts w:ascii="Arial" w:hAnsi="Arial"/>
          <w:sz w:val="22"/>
        </w:rPr>
        <w:t>And the children put a circle of chairs around where the bones were underground. And they stopped their parents and because it was this little shortcut across from the carpark to the bit where their parents would come to pick the kids up and they stopped their parents walking across this grass. And they protected the whale with a circle of chairs. And they carry they carry these chairs out from the classroom didn't mean they did yeah.</w:t>
      </w:r>
    </w:p>
    <w:p>
      <w:pPr>
        <w:spacing w:after="0"/>
      </w:pPr>
    </w:p>
    <w:p>
      <w:pPr>
        <w:spacing w:after="0"/>
      </w:pPr>
      <w:r>
        <w:rPr>
          <w:rFonts w:ascii="Arial" w:hAnsi="Arial"/>
          <w:color w:val="5D7284"/>
          <w:sz w:val="22"/>
        </w:rPr>
        <w:t>20:34</w:t>
      </w:r>
    </w:p>
    <w:p>
      <w:pPr>
        <w:spacing w:after="0"/>
      </w:pPr>
      <w:r>
        <w:rPr>
          <w:rFonts w:ascii="Arial" w:hAnsi="Arial"/>
          <w:sz w:val="22"/>
        </w:rPr>
        <w:t>I mean, that just got me. I thought that was just amazing that they had this. What we built was that relationship between the children of the whale and then wanting to protect them.</w:t>
      </w:r>
    </w:p>
    <w:p>
      <w:pPr>
        <w:spacing w:after="0"/>
      </w:pPr>
    </w:p>
    <w:p>
      <w:pPr>
        <w:spacing w:after="0"/>
      </w:pPr>
      <w:r>
        <w:rPr>
          <w:rFonts w:ascii="Arial" w:hAnsi="Arial"/>
          <w:color w:val="5D7284"/>
          <w:sz w:val="22"/>
        </w:rPr>
        <w:t>20:44</w:t>
      </w:r>
    </w:p>
    <w:p>
      <w:pPr>
        <w:spacing w:after="0"/>
      </w:pPr>
      <w:r>
        <w:rPr>
          <w:rFonts w:ascii="Arial" w:hAnsi="Arial"/>
          <w:sz w:val="22"/>
        </w:rPr>
        <w:t>Which Yeah, they also recognise the route to assembly and they did during service.</w:t>
      </w:r>
    </w:p>
    <w:p>
      <w:pPr>
        <w:spacing w:after="0"/>
      </w:pPr>
    </w:p>
    <w:p>
      <w:pPr>
        <w:spacing w:after="0"/>
      </w:pPr>
      <w:r>
        <w:rPr>
          <w:rFonts w:ascii="Arial" w:hAnsi="Arial"/>
          <w:color w:val="5D7284"/>
          <w:sz w:val="22"/>
        </w:rPr>
        <w:t>20:51</w:t>
      </w:r>
    </w:p>
    <w:p>
      <w:pPr>
        <w:spacing w:after="0"/>
      </w:pPr>
      <w:r>
        <w:rPr>
          <w:rFonts w:ascii="Arial" w:hAnsi="Arial"/>
          <w:sz w:val="22"/>
        </w:rPr>
        <w:t>And they wrote about the way of recognising the whales vulnerability and recognising their own vulnerability in the face. of climate change. Yeah, it was amazing. They totally got it and they and it didn't take much prompting from us. So yeah.</w:t>
      </w:r>
    </w:p>
    <w:p>
      <w:pPr>
        <w:spacing w:after="0"/>
      </w:pPr>
    </w:p>
    <w:p>
      <w:pPr>
        <w:spacing w:after="0"/>
      </w:pPr>
      <w:r>
        <w:rPr>
          <w:rFonts w:ascii="Arial" w:hAnsi="Arial"/>
          <w:color w:val="5D7284"/>
          <w:sz w:val="22"/>
        </w:rPr>
        <w:t>21:09</w:t>
      </w:r>
    </w:p>
    <w:p>
      <w:pPr>
        <w:spacing w:after="0"/>
      </w:pPr>
      <w:r>
        <w:rPr>
          <w:rFonts w:ascii="Arial" w:hAnsi="Arial"/>
          <w:sz w:val="22"/>
        </w:rPr>
        <w:t>hopeful.</w:t>
      </w:r>
    </w:p>
    <w:p>
      <w:pPr>
        <w:spacing w:after="0"/>
      </w:pPr>
    </w:p>
    <w:p>
      <w:pPr>
        <w:spacing w:after="0"/>
      </w:pPr>
      <w:r>
        <w:rPr>
          <w:rFonts w:ascii="Arial" w:hAnsi="Arial"/>
          <w:color w:val="5D7284"/>
          <w:sz w:val="22"/>
        </w:rPr>
        <w:t>21:19</w:t>
      </w:r>
    </w:p>
    <w:p>
      <w:pPr>
        <w:spacing w:after="0"/>
      </w:pPr>
      <w:r>
        <w:rPr>
          <w:rFonts w:ascii="Arial" w:hAnsi="Arial"/>
          <w:sz w:val="22"/>
        </w:rPr>
        <w:t>Tell us about some of the work that you've done more recently. So I have done more charcoal drawings, temporary drawings and one was for Oceana, which is a marine ocean charity. And they did a fashion show in London at Philips Auction House. And they invited me to do a hammerhead drawing because they're really, really endangered. And so I I arrived on the day of the fashion show, which was happening in the evening and just took over a wall and I use charcoal just directly onto the white wall to draw a hammerhead shark life size. And then some like schooling hammerheads in the distance, which I didn't fit it on the wall at all and it did start to rub away by the end of the evening and then it just would have got painted over the next day, but that kind of talks about how they are vanishing. So that's kind of adds to the whole concepts that I'm trying to communicate.</w:t>
      </w:r>
    </w:p>
    <w:p>
      <w:pPr>
        <w:spacing w:after="0"/>
      </w:pPr>
    </w:p>
    <w:p>
      <w:pPr>
        <w:spacing w:after="0"/>
      </w:pPr>
      <w:r>
        <w:rPr>
          <w:rFonts w:ascii="Arial" w:hAnsi="Arial"/>
          <w:color w:val="5D7284"/>
          <w:sz w:val="22"/>
        </w:rPr>
        <w:t>22:21</w:t>
      </w:r>
    </w:p>
    <w:p>
      <w:pPr>
        <w:spacing w:after="0"/>
      </w:pPr>
      <w:r>
        <w:rPr>
          <w:rFonts w:ascii="Arial" w:hAnsi="Arial"/>
          <w:sz w:val="22"/>
        </w:rPr>
        <w:t>So did you get any comments do people recognise what you were doing with the hammerhead shark fin stand Yeah. So because it was charcoal. I know one of the people that was helping set up he was worried about it fading. So he wanted to fix it, but I told him that we don't need to do that. It will just it's just dust basically. So parts of it will go and he and he kind of stopped and thought okay. It because it was difficult to understand. Because without normally people get quite precious about it and they want to protect it and preserve it. But I because I was so relaxed about it and I explained the concept he it kind of seemed to hit home so you left it there and then I do remember at the event, people were leaning against the wall and then one person saw that they had rubbed some of the charcoal away. And yeah, it was quite powerful and whose idea was it to your head?</w:t>
      </w:r>
    </w:p>
    <w:p>
      <w:pPr>
        <w:spacing w:after="0"/>
      </w:pPr>
    </w:p>
    <w:p>
      <w:pPr>
        <w:spacing w:after="0"/>
      </w:pPr>
      <w:r>
        <w:rPr>
          <w:rFonts w:ascii="Arial" w:hAnsi="Arial"/>
          <w:color w:val="5D7284"/>
          <w:sz w:val="22"/>
        </w:rPr>
        <w:t>23:27</w:t>
      </w:r>
    </w:p>
    <w:p>
      <w:pPr>
        <w:spacing w:after="0"/>
      </w:pPr>
      <w:r>
        <w:rPr>
          <w:rFonts w:ascii="Arial" w:hAnsi="Arial"/>
          <w:sz w:val="22"/>
        </w:rPr>
        <w:t>When I was asked I was asked by Stephanie who works for Oceana Junior council. So she was helping to organise the event for Oceana, and we talked she wanted it to be an endangered marine creature because the whole show was about conservation. And we kind of went back and forward with different species and then I think it was her that said, What about Hammerhead and they are weird and wonderful looking. So it was quite a striking piece. And oh, no big white wall. So yeah. So y'all want to see those vulnerable shout outs and they are my personal favourites so I thought it was really powerful image when I saw it. It's such a strange juxtaposition of hammerhead shark in a fashion show even if it is a ecologically sound fashion show. Yeah, I did watch a harrowing video because one of the reasons they're so endangered is because of shark finning. And it was fishermen they just hold one up and cut it's been off and then throw it back in and it's just yeah, really got me.</w:t>
      </w:r>
    </w:p>
    <w:p>
      <w:pPr>
        <w:spacing w:after="0"/>
      </w:pPr>
    </w:p>
    <w:p>
      <w:pPr>
        <w:spacing w:after="0"/>
      </w:pPr>
      <w:r>
        <w:rPr>
          <w:rFonts w:ascii="Arial" w:hAnsi="Arial"/>
          <w:color w:val="5D7284"/>
          <w:sz w:val="22"/>
        </w:rPr>
        <w:t>24:38</w:t>
      </w:r>
    </w:p>
    <w:p>
      <w:pPr>
        <w:spacing w:after="0"/>
      </w:pPr>
      <w:r>
        <w:rPr>
          <w:rFonts w:ascii="Arial" w:hAnsi="Arial"/>
          <w:sz w:val="22"/>
        </w:rPr>
        <w:t>So I didn't really think too, too much about the fact that it was a fashion show or anything. I just wanted to draw this magnificent creature and bring it into the public eye.</w:t>
      </w:r>
    </w:p>
    <w:p>
      <w:pPr>
        <w:spacing w:after="0"/>
      </w:pPr>
    </w:p>
    <w:p>
      <w:pPr>
        <w:spacing w:after="0"/>
      </w:pPr>
      <w:r>
        <w:rPr>
          <w:rFonts w:ascii="Arial" w:hAnsi="Arial"/>
          <w:color w:val="5D7284"/>
          <w:sz w:val="22"/>
        </w:rPr>
        <w:t>24:50</w:t>
      </w:r>
    </w:p>
    <w:p>
      <w:pPr>
        <w:spacing w:after="0"/>
      </w:pPr>
      <w:r>
        <w:rPr>
          <w:rFonts w:ascii="Arial" w:hAnsi="Arial"/>
          <w:sz w:val="22"/>
        </w:rPr>
        <w:t>So you do behind your you do have I think you said earlier that political arguments and that it also has an empathetic connection. It's really hard to sit here and hear even talk about shark finning because it is harrowing. It's one of the most brutal acts that we in terms of crimes against others against other creatures that we share this planet. Do that to other creatures.</w:t>
      </w:r>
    </w:p>
    <w:p>
      <w:pPr>
        <w:spacing w:after="0"/>
      </w:pPr>
    </w:p>
    <w:p>
      <w:pPr>
        <w:spacing w:after="0"/>
      </w:pPr>
      <w:r>
        <w:rPr>
          <w:rFonts w:ascii="Arial" w:hAnsi="Arial"/>
          <w:color w:val="5D7284"/>
          <w:sz w:val="22"/>
        </w:rPr>
        <w:t>25:24</w:t>
      </w:r>
    </w:p>
    <w:p>
      <w:pPr>
        <w:spacing w:after="0"/>
      </w:pPr>
      <w:r>
        <w:rPr>
          <w:rFonts w:ascii="Arial" w:hAnsi="Arial"/>
          <w:sz w:val="22"/>
        </w:rPr>
        <w:t>No, there's something about the deliberate cruelty and brutality. Just the soup.</w:t>
      </w:r>
    </w:p>
    <w:p>
      <w:pPr>
        <w:spacing w:after="0"/>
      </w:pPr>
    </w:p>
    <w:p>
      <w:pPr>
        <w:spacing w:after="0"/>
      </w:pPr>
      <w:r>
        <w:rPr>
          <w:rFonts w:ascii="Arial" w:hAnsi="Arial"/>
          <w:color w:val="5D7284"/>
          <w:sz w:val="22"/>
        </w:rPr>
        <w:t>25:31</w:t>
      </w:r>
    </w:p>
    <w:p>
      <w:pPr>
        <w:spacing w:after="0"/>
      </w:pPr>
      <w:r>
        <w:rPr>
          <w:rFonts w:ascii="Arial" w:hAnsi="Arial"/>
          <w:sz w:val="22"/>
        </w:rPr>
        <w:t>As well, suppose I'm, as I as I move through my life, I'm thinking about these issues and I just tried to create visual ways to understand what I'm thinking or to to deal with it I suppose.</w:t>
      </w:r>
    </w:p>
    <w:p>
      <w:pPr>
        <w:spacing w:after="0"/>
      </w:pPr>
    </w:p>
    <w:p>
      <w:pPr>
        <w:spacing w:after="0"/>
      </w:pPr>
      <w:r>
        <w:rPr>
          <w:rFonts w:ascii="Arial" w:hAnsi="Arial"/>
          <w:color w:val="5D7284"/>
          <w:sz w:val="22"/>
        </w:rPr>
        <w:t>25:48</w:t>
      </w:r>
    </w:p>
    <w:p>
      <w:pPr>
        <w:spacing w:after="0"/>
      </w:pPr>
      <w:r>
        <w:rPr>
          <w:rFonts w:ascii="Arial" w:hAnsi="Arial"/>
          <w:sz w:val="22"/>
        </w:rPr>
        <w:t>Does it help with your feelings of being upset?</w:t>
      </w:r>
    </w:p>
    <w:p>
      <w:pPr>
        <w:spacing w:after="0"/>
      </w:pPr>
    </w:p>
    <w:p>
      <w:pPr>
        <w:spacing w:after="0"/>
      </w:pPr>
      <w:r>
        <w:rPr>
          <w:rFonts w:ascii="Arial" w:hAnsi="Arial"/>
          <w:color w:val="5D7284"/>
          <w:sz w:val="22"/>
        </w:rPr>
        <w:t>25:53</w:t>
      </w:r>
    </w:p>
    <w:p>
      <w:pPr>
        <w:spacing w:after="0"/>
      </w:pPr>
      <w:r>
        <w:rPr>
          <w:rFonts w:ascii="Arial" w:hAnsi="Arial"/>
          <w:sz w:val="22"/>
        </w:rPr>
        <w:t>It it does help. Yeah, because it's channelling how I'm feeling. So it's a way of expressing how I'm feeling and I think that does help quite a lot because otherwise you bottle it up and I get quite stressed. So it really really does help but it does also bring those emotions more to the surface. So when I make the sound whales, it's a lot of it takes a lot for me to get into the right frame of mind to do it. And then when I've made it, I'm exhausted emotionally quite exhausted. So it's um, yeah, I think it does help.</w:t>
      </w:r>
    </w:p>
    <w:p>
      <w:pPr>
        <w:spacing w:after="0"/>
      </w:pPr>
    </w:p>
    <w:p>
      <w:pPr>
        <w:spacing w:after="0"/>
      </w:pPr>
      <w:r>
        <w:rPr>
          <w:rFonts w:ascii="Arial" w:hAnsi="Arial"/>
          <w:color w:val="5D7284"/>
          <w:sz w:val="22"/>
        </w:rPr>
        <w:t>26:28</w:t>
      </w:r>
    </w:p>
    <w:p>
      <w:pPr>
        <w:spacing w:after="0"/>
      </w:pPr>
      <w:r>
        <w:rPr>
          <w:rFonts w:ascii="Arial" w:hAnsi="Arial"/>
          <w:sz w:val="22"/>
        </w:rPr>
        <w:t>I wanted to come back to this actually use the word frenzy. When you described yourself as creating them. You said that you go into a frenzy, and I know that it's a pain in the ass having a sex therapist keep coming back to talking about frenzy. I'm so sorry. But we kind of have got to get back to this song. Yeah, you know that, don't you? Yeah.</w:t>
      </w:r>
    </w:p>
    <w:p>
      <w:pPr>
        <w:spacing w:after="0"/>
      </w:pPr>
    </w:p>
    <w:p>
      <w:pPr>
        <w:spacing w:after="0"/>
      </w:pPr>
      <w:r>
        <w:rPr>
          <w:rFonts w:ascii="Arial" w:hAnsi="Arial"/>
          <w:color w:val="5D7284"/>
          <w:sz w:val="22"/>
        </w:rPr>
        <w:t>26:54</w:t>
      </w:r>
    </w:p>
    <w:p>
      <w:pPr>
        <w:spacing w:after="0"/>
      </w:pPr>
      <w:r>
        <w:rPr>
          <w:rFonts w:ascii="Arial" w:hAnsi="Arial"/>
          <w:sz w:val="22"/>
        </w:rPr>
        <w:t>Yeah, we're gonna just try and get into that surface a wee bit. Yeah. So it's give us a sense of what it's like to go into it for you.</w:t>
      </w:r>
    </w:p>
    <w:p>
      <w:pPr>
        <w:spacing w:after="0"/>
      </w:pPr>
    </w:p>
    <w:p>
      <w:pPr>
        <w:spacing w:after="0"/>
      </w:pPr>
      <w:r>
        <w:rPr>
          <w:rFonts w:ascii="Arial" w:hAnsi="Arial"/>
          <w:color w:val="5D7284"/>
          <w:sz w:val="22"/>
        </w:rPr>
        <w:t>27:07</w:t>
      </w:r>
    </w:p>
    <w:p>
      <w:pPr>
        <w:spacing w:after="0"/>
      </w:pPr>
      <w:r>
        <w:rPr>
          <w:rFonts w:ascii="Arial" w:hAnsi="Arial"/>
          <w:sz w:val="22"/>
        </w:rPr>
        <w:t>Okay.</w:t>
      </w:r>
    </w:p>
    <w:p>
      <w:pPr>
        <w:spacing w:after="0"/>
      </w:pPr>
    </w:p>
    <w:p>
      <w:pPr>
        <w:spacing w:after="0"/>
      </w:pPr>
      <w:r>
        <w:rPr>
          <w:rFonts w:ascii="Arial" w:hAnsi="Arial"/>
          <w:color w:val="5D7284"/>
          <w:sz w:val="22"/>
        </w:rPr>
        <w:t>27:09</w:t>
      </w:r>
    </w:p>
    <w:p>
      <w:pPr>
        <w:spacing w:after="0"/>
      </w:pPr>
      <w:r>
        <w:rPr>
          <w:rFonts w:ascii="Arial" w:hAnsi="Arial"/>
          <w:sz w:val="22"/>
        </w:rPr>
        <w:t>I spend a lot of time trying to get into the zone.</w:t>
      </w:r>
    </w:p>
    <w:p>
      <w:pPr>
        <w:spacing w:after="0"/>
      </w:pPr>
    </w:p>
    <w:p>
      <w:pPr>
        <w:spacing w:after="0"/>
      </w:pPr>
      <w:r>
        <w:rPr>
          <w:rFonts w:ascii="Arial" w:hAnsi="Arial"/>
          <w:color w:val="5D7284"/>
          <w:sz w:val="22"/>
        </w:rPr>
        <w:t>27:15</w:t>
      </w:r>
    </w:p>
    <w:p>
      <w:pPr>
        <w:spacing w:after="0"/>
      </w:pPr>
      <w:r>
        <w:rPr>
          <w:rFonts w:ascii="Arial" w:hAnsi="Arial"/>
          <w:sz w:val="22"/>
        </w:rPr>
        <w:t>Which is about shutting, shutting everything else that's going on around me out and then just getting that first mark on the paper, it could take hours. So sometimes I will spend all day staring at blank walls and then start to create the work later on. And as soon as I make that first mark, it all happens from there. So yeah, it it just just flows from there.</w:t>
      </w:r>
    </w:p>
    <w:p>
      <w:pPr>
        <w:spacing w:after="0"/>
      </w:pPr>
    </w:p>
    <w:p>
      <w:pPr>
        <w:spacing w:after="0"/>
      </w:pPr>
      <w:r>
        <w:rPr>
          <w:rFonts w:ascii="Arial" w:hAnsi="Arial"/>
          <w:color w:val="5D7284"/>
          <w:sz w:val="22"/>
        </w:rPr>
        <w:t>27:45</w:t>
      </w:r>
    </w:p>
    <w:p>
      <w:pPr>
        <w:spacing w:after="0"/>
      </w:pPr>
      <w:r>
        <w:rPr>
          <w:rFonts w:ascii="Arial" w:hAnsi="Arial"/>
          <w:sz w:val="22"/>
        </w:rPr>
        <w:t>Does that make sense? Well, it made sense on you because I've seen you do it. So I have stood behind you.</w:t>
      </w:r>
    </w:p>
    <w:p>
      <w:pPr>
        <w:spacing w:after="0"/>
      </w:pPr>
    </w:p>
    <w:p>
      <w:pPr>
        <w:spacing w:after="0"/>
      </w:pPr>
      <w:r>
        <w:rPr>
          <w:rFonts w:ascii="Arial" w:hAnsi="Arial"/>
          <w:color w:val="5D7284"/>
          <w:sz w:val="22"/>
        </w:rPr>
        <w:t>27:54</w:t>
      </w:r>
    </w:p>
    <w:p>
      <w:pPr>
        <w:spacing w:after="0"/>
      </w:pPr>
      <w:r>
        <w:rPr>
          <w:rFonts w:ascii="Arial" w:hAnsi="Arial"/>
          <w:sz w:val="22"/>
        </w:rPr>
        <w:t>Watching us there is a blank wall to consider periods of time before that first market is and and I've stopped there with groups of children waiting for you to kind of move start and it's almost like waiting for that inspiration to kind of start through you.</w:t>
      </w:r>
    </w:p>
    <w:p>
      <w:pPr>
        <w:spacing w:after="0"/>
      </w:pPr>
    </w:p>
    <w:p>
      <w:pPr>
        <w:spacing w:after="0"/>
      </w:pPr>
      <w:r>
        <w:rPr>
          <w:rFonts w:ascii="Arial" w:hAnsi="Arial"/>
          <w:color w:val="5D7284"/>
          <w:sz w:val="22"/>
        </w:rPr>
        <w:t>28:14</w:t>
      </w:r>
    </w:p>
    <w:p>
      <w:pPr>
        <w:spacing w:after="0"/>
      </w:pPr>
      <w:r>
        <w:rPr>
          <w:rFonts w:ascii="Arial" w:hAnsi="Arial"/>
          <w:sz w:val="22"/>
        </w:rPr>
        <w:t>But many sit does you'd never see don't stop. Yeah. Okay. So I wanted to walk in front of the wall. They would get chuckled you know.</w:t>
      </w:r>
    </w:p>
    <w:p>
      <w:pPr>
        <w:spacing w:after="0"/>
      </w:pPr>
    </w:p>
    <w:p>
      <w:pPr>
        <w:spacing w:after="0"/>
      </w:pPr>
      <w:r>
        <w:rPr>
          <w:rFonts w:ascii="Arial" w:hAnsi="Arial"/>
          <w:color w:val="5D7284"/>
          <w:sz w:val="22"/>
        </w:rPr>
        <w:t>28:22</w:t>
      </w:r>
    </w:p>
    <w:p>
      <w:pPr>
        <w:spacing w:after="0"/>
      </w:pPr>
      <w:r>
        <w:rPr>
          <w:rFonts w:ascii="Arial" w:hAnsi="Arial"/>
          <w:sz w:val="22"/>
        </w:rPr>
        <w:t>It's so you lost yourself in that moment. So in that moment, you sort of give yourself over to that artistic process. That's what my channel my thoughts and feelings into that first mark making?</w:t>
      </w:r>
    </w:p>
    <w:p>
      <w:pPr>
        <w:spacing w:after="0"/>
      </w:pPr>
    </w:p>
    <w:p>
      <w:pPr>
        <w:spacing w:after="0"/>
      </w:pPr>
      <w:r>
        <w:rPr>
          <w:rFonts w:ascii="Arial" w:hAnsi="Arial"/>
          <w:color w:val="5D7284"/>
          <w:sz w:val="22"/>
        </w:rPr>
        <w:t>28:37</w:t>
      </w:r>
    </w:p>
    <w:p>
      <w:pPr>
        <w:spacing w:after="0"/>
      </w:pPr>
      <w:r>
        <w:rPr>
          <w:rFonts w:ascii="Arial" w:hAnsi="Arial"/>
          <w:sz w:val="22"/>
        </w:rPr>
        <w:t>And then And then yeah, and then it's focusing all of my everything that's led up to that point into the work.</w:t>
      </w:r>
    </w:p>
    <w:p>
      <w:pPr>
        <w:spacing w:after="0"/>
      </w:pPr>
    </w:p>
    <w:p>
      <w:pPr>
        <w:spacing w:after="0"/>
      </w:pPr>
      <w:r>
        <w:rPr>
          <w:rFonts w:ascii="Arial" w:hAnsi="Arial"/>
          <w:color w:val="5D7284"/>
          <w:sz w:val="22"/>
        </w:rPr>
        <w:t>28:46</w:t>
      </w:r>
    </w:p>
    <w:p>
      <w:pPr>
        <w:spacing w:after="0"/>
      </w:pPr>
      <w:r>
        <w:rPr>
          <w:rFonts w:ascii="Arial" w:hAnsi="Arial"/>
          <w:sz w:val="22"/>
        </w:rPr>
        <w:t>But as soon as that you also described it as losing your sense of self, whilst you were in that process, so you forget who you are, and you just kind of you become something else, you become the alpha and then that sort of takes you over. And that's the kind of Shamanic process that we were talking about earlier. That you you sort of give yourself over to something that something happened through you.</w:t>
      </w:r>
    </w:p>
    <w:p>
      <w:pPr>
        <w:spacing w:after="0"/>
      </w:pPr>
    </w:p>
    <w:p>
      <w:pPr>
        <w:spacing w:after="0"/>
      </w:pPr>
      <w:r>
        <w:rPr>
          <w:rFonts w:ascii="Arial" w:hAnsi="Arial"/>
          <w:color w:val="5D7284"/>
          <w:sz w:val="22"/>
        </w:rPr>
        <w:t>29:10</w:t>
      </w:r>
    </w:p>
    <w:p>
      <w:pPr>
        <w:spacing w:after="0"/>
      </w:pPr>
      <w:r>
        <w:rPr>
          <w:rFonts w:ascii="Arial" w:hAnsi="Arial"/>
          <w:sz w:val="22"/>
        </w:rPr>
        <w:t>And then you have to return back to the world after and I will use anything I can get my hands on during that creative process. So when I'm working on this on the beaches, I just dig in with my heels and drag it in any way I can to make the marks. Yeah. The other thing that was that we were talking about as well was the size of the scale. And the fact that you can't see the art as you created. So because it's too big when you're at ground level, if you're working on the ground, you can't get the angle to see to see what you're doing. It's all you can see is a few lines and then they disappear off into the distance, which still completely amazes me that you don't get lost in that drawing. And that somehow you know if I was going to do that, you know, one half would look like well, maybe ish, and the other half would look like a tractor. I mean, this isn't a way that I could hold that in my mind but you do and you create things that are astonishingly accurate</w:t>
      </w:r>
    </w:p>
    <w:p>
      <w:pPr>
        <w:spacing w:after="0"/>
      </w:pPr>
    </w:p>
    <w:p>
      <w:pPr>
        <w:spacing w:after="0"/>
      </w:pPr>
      <w:r>
        <w:rPr>
          <w:rFonts w:ascii="Arial" w:hAnsi="Arial"/>
          <w:color w:val="5D7284"/>
          <w:sz w:val="22"/>
        </w:rPr>
        <w:t>30:20</w:t>
      </w:r>
    </w:p>
    <w:p>
      <w:pPr>
        <w:spacing w:after="0"/>
      </w:pPr>
      <w:r>
        <w:rPr>
          <w:rFonts w:ascii="Arial" w:hAnsi="Arial"/>
          <w:sz w:val="22"/>
        </w:rPr>
        <w:t>Yeah, I don't I yeah, I really, I just I must just have to think about it very abstractly. I don't think about the entire image in one go. So it's Yeah, I mean, I just tried it. I don't know if many people will try and do that. He might be much pricier so.</w:t>
      </w:r>
    </w:p>
    <w:p>
      <w:pPr>
        <w:spacing w:after="0"/>
      </w:pPr>
    </w:p>
    <w:p>
      <w:pPr>
        <w:spacing w:after="0"/>
      </w:pPr>
      <w:r>
        <w:rPr>
          <w:rFonts w:ascii="Arial" w:hAnsi="Arial"/>
          <w:color w:val="5D7284"/>
          <w:sz w:val="22"/>
        </w:rPr>
        <w:t>30:43</w:t>
      </w:r>
    </w:p>
    <w:p>
      <w:pPr>
        <w:spacing w:after="0"/>
      </w:pPr>
      <w:r>
        <w:rPr>
          <w:rFonts w:ascii="Arial" w:hAnsi="Arial"/>
          <w:sz w:val="22"/>
        </w:rPr>
        <w:t>Oh, that's that's, I like that idea. So So you're suggesting that maybe we'll have more artistic capability then? Because we don't pick up the stick on a beach. We don't know that. Yeah. Okay.</w:t>
      </w:r>
    </w:p>
    <w:p>
      <w:pPr>
        <w:spacing w:after="0"/>
      </w:pPr>
    </w:p>
    <w:p>
      <w:pPr>
        <w:spacing w:after="0"/>
      </w:pPr>
      <w:r>
        <w:rPr>
          <w:rFonts w:ascii="Arial" w:hAnsi="Arial"/>
          <w:color w:val="5D7284"/>
          <w:sz w:val="22"/>
        </w:rPr>
        <w:t>30:57</w:t>
      </w:r>
    </w:p>
    <w:p>
      <w:pPr>
        <w:spacing w:after="0"/>
      </w:pPr>
      <w:r>
        <w:rPr>
          <w:rFonts w:ascii="Arial" w:hAnsi="Arial"/>
          <w:sz w:val="22"/>
        </w:rPr>
        <w:t>The other thing that we kind of reflected on together was that it somehow acts as quite a neat, nice metaphor for how much we're struggling is for people to do not deal with that's the wrong way to sort of form relationship with this idea of the climate emergency and the biodiversity crisis that is too big, because they can't see it, and they somehow can't hold his mind. And they can't quite imagine it so they can't really move into relationship with it. But somehow you are managing to do that with your whales on the beach. So maybe we will have to go into trances. Maybe we will have to kind of go we have to kind of access that other parts of ourselves to try and form connection with it relationship with it. Yeah.</w:t>
      </w:r>
    </w:p>
    <w:p>
      <w:pPr>
        <w:spacing w:after="0"/>
      </w:pPr>
    </w:p>
    <w:p>
      <w:pPr>
        <w:spacing w:after="0"/>
      </w:pPr>
      <w:r>
        <w:rPr>
          <w:rFonts w:ascii="Arial" w:hAnsi="Arial"/>
          <w:color w:val="5D7284"/>
          <w:sz w:val="22"/>
        </w:rPr>
        <w:t>31:44</w:t>
      </w:r>
    </w:p>
    <w:p>
      <w:pPr>
        <w:spacing w:after="0"/>
      </w:pPr>
      <w:r>
        <w:rPr>
          <w:rFonts w:ascii="Arial" w:hAnsi="Arial"/>
          <w:sz w:val="22"/>
        </w:rPr>
        <w:t>Yeah, I agree. But I also like what you were saying to me in the car on the way over here, which is that people because it is such a big issue, and you can't see it, my drawings are big, and I can't see what I'm doing and the people on the ground level can't see what I'm doing and that also acts like a kind of metaphor for climate change. I know you've called your sometimes aren't made to last less than a day. That's impermanence is quite a sort of profound, spiritual soulful connection to I'm attracted to that kind of art because I don't want to keep creating more stuff. You know, it's wasteful. And just working with nature. It's just feels, it just feels right to me to create something that that isn't permanent, that will disappear. And yeah, because everything does disappear in the end because it does, but that's not an idea that's very familiar to us in western industrialised capitalist society. We like to own things we like to hang on to things so that is part of the reason why we're in the trouble we're in that so do you think you're in that impermanence could carry a bigger message in relation to the climate crisis and both of St. Francis?</w:t>
      </w:r>
    </w:p>
    <w:p>
      <w:pPr>
        <w:spacing w:after="0"/>
      </w:pPr>
    </w:p>
    <w:p>
      <w:pPr>
        <w:spacing w:after="0"/>
      </w:pPr>
      <w:r>
        <w:rPr>
          <w:rFonts w:ascii="Arial" w:hAnsi="Arial"/>
          <w:color w:val="5D7284"/>
          <w:sz w:val="22"/>
        </w:rPr>
        <w:t>33:07</w:t>
      </w:r>
    </w:p>
    <w:p>
      <w:pPr>
        <w:spacing w:after="0"/>
      </w:pPr>
      <w:r>
        <w:rPr>
          <w:rFonts w:ascii="Arial" w:hAnsi="Arial"/>
          <w:sz w:val="22"/>
        </w:rPr>
        <w:t>I hope so. I like the way you said that.</w:t>
      </w:r>
    </w:p>
    <w:p>
      <w:pPr>
        <w:spacing w:after="0"/>
      </w:pPr>
    </w:p>
    <w:p>
      <w:pPr>
        <w:spacing w:after="0"/>
      </w:pPr>
      <w:r>
        <w:rPr>
          <w:rFonts w:ascii="Arial" w:hAnsi="Arial"/>
          <w:color w:val="5D7284"/>
          <w:sz w:val="22"/>
        </w:rPr>
        <w:t>33:10</w:t>
      </w:r>
    </w:p>
    <w:p>
      <w:pPr>
        <w:spacing w:after="0"/>
      </w:pPr>
      <w:r>
        <w:rPr>
          <w:rFonts w:ascii="Arial" w:hAnsi="Arial"/>
          <w:sz w:val="22"/>
        </w:rPr>
        <w:t>Yeah, it's, it definitely feels right to me. So if it can be communicated to other people and then that would be a good thing. I think. I think you're just a bit shy about putting that message out there. So I'm just gonna, I'm just gonna have to help you. I do. I do struggle to make my voice heard and, and draw attention to myself. So maybe if you imagine yourself doing on behalf of the whale, it might be easier for you speaking with them through them for them. Yeah. That works.</w:t>
      </w:r>
    </w:p>
    <w:p>
      <w:pPr>
        <w:spacing w:after="0"/>
      </w:pPr>
    </w:p>
    <w:p>
      <w:pPr>
        <w:spacing w:after="0"/>
      </w:pPr>
      <w:r>
        <w:rPr>
          <w:rFonts w:ascii="Arial" w:hAnsi="Arial"/>
          <w:color w:val="5D7284"/>
          <w:sz w:val="22"/>
        </w:rPr>
        <w:t>33:53</w:t>
      </w:r>
    </w:p>
    <w:p>
      <w:pPr>
        <w:spacing w:after="0"/>
      </w:pPr>
      <w:r>
        <w:rPr>
          <w:rFonts w:ascii="Arial" w:hAnsi="Arial"/>
          <w:sz w:val="22"/>
        </w:rPr>
        <w:t>Marine artists Sonia Chanel today was talking to Caroline Hickman and yes, please, let's all get down to the beach and start making frenzied art on a huge scale. Mine will be abstract, but I can see how cathartic that process could be to have a look at Sonia's websites. To see her incredible sound art, and a lot more besides, we will post pictures on the CPA website. climate crisis conversations is hosted by the CPA, the climate psychology Alliance, and produced by piracy audio, I'm Verity sharp. See on a beach sometime soon. And also back here for more climate crisis conversations.</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