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6D61C" w14:textId="0719B0C0" w:rsidR="00930F33" w:rsidRDefault="00930F33">
      <w:pPr>
        <w:spacing w:after="0"/>
        <w:rPr>
          <w:lang w:eastAsia="zh-CN"/>
        </w:rPr>
      </w:pPr>
    </w:p>
    <w:p>
      <w:r>
        <w:rPr>
          <w:rFonts w:ascii="Arial" w:hAnsi="Arial"/>
          <w:sz w:val="48"/>
        </w:rPr>
        <w:t>Climate change - the facts</w:t>
      </w:r>
    </w:p>
    <w:p>
      <w:r>
        <w:rPr>
          <w:rFonts w:ascii="Arial" w:hAnsi="Arial"/>
          <w:color w:val="4F6880"/>
          <w:sz w:val="22"/>
        </w:rPr>
        <w:t>Thu, 3/17 5:51PM • 57:05</w:t>
      </w:r>
    </w:p>
    <w:p>
      <w:pPr>
        <w:spacing w:before="440" w:after="0"/>
      </w:pPr>
      <w:r>
        <w:rPr>
          <w:rFonts w:ascii="Arial" w:hAnsi="Arial"/>
          <w:b/>
          <w:color w:val="4F6880"/>
          <w:sz w:val="22"/>
        </w:rPr>
        <w:t>SUMMARY KEYWORDS</w:t>
      </w:r>
    </w:p>
    <w:p>
      <w:r>
        <w:rPr>
          <w:rFonts w:ascii="Arial" w:hAnsi="Arial"/>
          <w:color w:val="4F6880"/>
          <w:sz w:val="22"/>
        </w:rPr>
        <w:t>climate change, world, temperatures, climate, planet, fossil fuels, people, happening, scientists, warmer, future, carbon dioxide, atmosphere, increased, warming, parts, degrees, tree, oceans, methane</w:t>
      </w:r>
    </w:p>
    <w:p>
      <w:pPr>
        <w:spacing w:after="0"/>
      </w:pPr>
    </w:p>
    <w:p>
      <w:pPr>
        <w:spacing w:after="0"/>
      </w:pPr>
      <w:r>
        <w:rPr>
          <w:rFonts w:ascii="Arial" w:hAnsi="Arial"/>
          <w:color w:val="5D7284"/>
          <w:sz w:val="22"/>
        </w:rPr>
        <w:t>00:13</w:t>
      </w:r>
    </w:p>
    <w:p>
      <w:pPr>
        <w:spacing w:after="0"/>
      </w:pPr>
      <w:r>
        <w:rPr>
          <w:rFonts w:ascii="Arial" w:hAnsi="Arial"/>
          <w:sz w:val="22"/>
        </w:rPr>
        <w:t>This summer but nothing like we're gonna get into starting tomorrow.</w:t>
      </w:r>
    </w:p>
    <w:p>
      <w:pPr>
        <w:spacing w:after="0"/>
      </w:pPr>
    </w:p>
    <w:p>
      <w:pPr>
        <w:spacing w:after="0"/>
      </w:pPr>
      <w:r>
        <w:rPr>
          <w:rFonts w:ascii="Arial" w:hAnsi="Arial"/>
          <w:color w:val="5D7284"/>
          <w:sz w:val="22"/>
        </w:rPr>
        <w:t>00:16</w:t>
      </w:r>
    </w:p>
    <w:p>
      <w:pPr>
        <w:spacing w:after="0"/>
      </w:pPr>
      <w:r>
        <w:rPr>
          <w:rFonts w:ascii="Arial" w:hAnsi="Arial"/>
          <w:sz w:val="22"/>
        </w:rPr>
        <w:t>Today the scorching 35 degrees Celsius. Temperatures are set to rise even further this week and could even break the all time record.</w:t>
      </w:r>
    </w:p>
    <w:p>
      <w:pPr>
        <w:spacing w:after="0"/>
      </w:pPr>
    </w:p>
    <w:p>
      <w:pPr>
        <w:spacing w:after="0"/>
      </w:pPr>
      <w:r>
        <w:rPr>
          <w:rFonts w:ascii="Arial" w:hAnsi="Arial"/>
          <w:color w:val="5D7284"/>
          <w:sz w:val="22"/>
        </w:rPr>
        <w:t>00:28</w:t>
      </w:r>
    </w:p>
    <w:p>
      <w:pPr>
        <w:spacing w:after="0"/>
      </w:pPr>
      <w:r>
        <w:rPr>
          <w:rFonts w:ascii="Arial" w:hAnsi="Arial"/>
          <w:sz w:val="22"/>
        </w:rPr>
        <w:t>Right now we are facing a break in houses for a long time</w:t>
      </w:r>
    </w:p>
    <w:p>
      <w:pPr>
        <w:spacing w:after="0"/>
      </w:pPr>
    </w:p>
    <w:p>
      <w:pPr>
        <w:spacing w:after="0"/>
      </w:pPr>
      <w:r>
        <w:rPr>
          <w:rFonts w:ascii="Arial" w:hAnsi="Arial"/>
          <w:color w:val="5D7284"/>
          <w:sz w:val="22"/>
        </w:rPr>
        <w:t>00:41</w:t>
      </w:r>
    </w:p>
    <w:p>
      <w:pPr>
        <w:spacing w:after="0"/>
      </w:pPr>
      <w:r>
        <w:rPr>
          <w:rFonts w:ascii="Arial" w:hAnsi="Arial"/>
          <w:sz w:val="22"/>
        </w:rPr>
        <w:t>climate change is something that scientists were predicting that would happen in the future.</w:t>
      </w:r>
    </w:p>
    <w:p>
      <w:pPr>
        <w:spacing w:after="0"/>
      </w:pPr>
    </w:p>
    <w:p>
      <w:pPr>
        <w:spacing w:after="0"/>
      </w:pPr>
      <w:r>
        <w:rPr>
          <w:rFonts w:ascii="Arial" w:hAnsi="Arial"/>
          <w:color w:val="5D7284"/>
          <w:sz w:val="22"/>
        </w:rPr>
        <w:t>00:48</w:t>
      </w:r>
    </w:p>
    <w:p>
      <w:pPr>
        <w:spacing w:after="0"/>
      </w:pPr>
      <w:r>
        <w:rPr>
          <w:rFonts w:ascii="Arial" w:hAnsi="Arial"/>
          <w:sz w:val="22"/>
        </w:rPr>
        <w:t>But that's no longer the case. What we're doing right now is we're so rapidly changing. For the first time in the world's history. People can see the impact of</w:t>
      </w:r>
    </w:p>
    <w:p>
      <w:pPr>
        <w:spacing w:after="0"/>
      </w:pPr>
    </w:p>
    <w:p>
      <w:pPr>
        <w:spacing w:after="0"/>
      </w:pPr>
      <w:r>
        <w:rPr>
          <w:rFonts w:ascii="Arial" w:hAnsi="Arial"/>
          <w:color w:val="5D7284"/>
          <w:sz w:val="22"/>
        </w:rPr>
        <w:t>01:01</w:t>
      </w:r>
    </w:p>
    <w:p>
      <w:pPr>
        <w:spacing w:after="0"/>
      </w:pPr>
      <w:r>
        <w:rPr>
          <w:rFonts w:ascii="Arial" w:hAnsi="Arial"/>
          <w:sz w:val="22"/>
        </w:rPr>
        <w:t>greater storms, greater floods, greater heat waves, extreme sea level rise.</w:t>
      </w:r>
    </w:p>
    <w:p>
      <w:pPr>
        <w:spacing w:after="0"/>
      </w:pPr>
    </w:p>
    <w:p>
      <w:pPr>
        <w:spacing w:after="0"/>
      </w:pPr>
      <w:r>
        <w:rPr>
          <w:rFonts w:ascii="Arial" w:hAnsi="Arial"/>
          <w:color w:val="5D7284"/>
          <w:sz w:val="22"/>
        </w:rPr>
        <w:t>01:08</w:t>
      </w:r>
    </w:p>
    <w:p>
      <w:pPr>
        <w:spacing w:after="0"/>
      </w:pPr>
      <w:r>
        <w:rPr>
          <w:rFonts w:ascii="Arial" w:hAnsi="Arial"/>
          <w:sz w:val="22"/>
        </w:rPr>
        <w:t>All of this is happening far faster than many of us thought possible.</w:t>
      </w:r>
    </w:p>
    <w:p>
      <w:pPr>
        <w:spacing w:after="0"/>
      </w:pPr>
    </w:p>
    <w:p>
      <w:pPr>
        <w:spacing w:after="0"/>
      </w:pPr>
      <w:r>
        <w:rPr>
          <w:rFonts w:ascii="Arial" w:hAnsi="Arial"/>
          <w:color w:val="5D7284"/>
          <w:sz w:val="22"/>
        </w:rPr>
        <w:t>01:15</w:t>
      </w:r>
    </w:p>
    <w:p>
      <w:pPr>
        <w:spacing w:after="0"/>
      </w:pPr>
      <w:r>
        <w:rPr>
          <w:rFonts w:ascii="Arial" w:hAnsi="Arial"/>
          <w:sz w:val="22"/>
        </w:rPr>
        <w:t>Scientists across the globe in no doubt, at the current rate of warming, we risk a devastating future.</w:t>
      </w:r>
    </w:p>
    <w:p>
      <w:pPr>
        <w:spacing w:after="0"/>
      </w:pPr>
    </w:p>
    <w:p>
      <w:pPr>
        <w:spacing w:after="0"/>
      </w:pPr>
      <w:r>
        <w:rPr>
          <w:rFonts w:ascii="Arial" w:hAnsi="Arial"/>
          <w:color w:val="5D7284"/>
          <w:sz w:val="22"/>
        </w:rPr>
        <w:t>01:25</w:t>
      </w:r>
    </w:p>
    <w:p>
      <w:pPr>
        <w:spacing w:after="0"/>
      </w:pPr>
      <w:r>
        <w:rPr>
          <w:rFonts w:ascii="Arial" w:hAnsi="Arial"/>
          <w:sz w:val="22"/>
        </w:rPr>
        <w:t>It's difficult to say out in the world</w:t>
      </w:r>
    </w:p>
    <w:p>
      <w:pPr>
        <w:spacing w:after="0"/>
      </w:pPr>
    </w:p>
    <w:p>
      <w:pPr>
        <w:spacing w:after="0"/>
      </w:pPr>
      <w:r>
        <w:rPr>
          <w:rFonts w:ascii="Arial" w:hAnsi="Arial"/>
          <w:color w:val="5D7284"/>
          <w:sz w:val="22"/>
        </w:rPr>
        <w:t>01:29</w:t>
      </w:r>
    </w:p>
    <w:p>
      <w:pPr>
        <w:spacing w:after="0"/>
      </w:pPr>
      <w:r>
        <w:rPr>
          <w:rFonts w:ascii="Arial" w:hAnsi="Arial"/>
          <w:sz w:val="22"/>
        </w:rPr>
        <w:t>what's happening in your world. It's happening in</w:t>
      </w:r>
    </w:p>
    <w:p>
      <w:pPr>
        <w:spacing w:after="0"/>
      </w:pPr>
    </w:p>
    <w:p>
      <w:pPr>
        <w:spacing w:after="0"/>
      </w:pPr>
      <w:r>
        <w:rPr>
          <w:rFonts w:ascii="Arial" w:hAnsi="Arial"/>
          <w:color w:val="5D7284"/>
          <w:sz w:val="22"/>
        </w:rPr>
        <w:t>01:31</w:t>
      </w:r>
    </w:p>
    <w:p>
      <w:pPr>
        <w:spacing w:after="0"/>
      </w:pPr>
      <w:r>
        <w:rPr>
          <w:rFonts w:ascii="Arial" w:hAnsi="Arial"/>
          <w:sz w:val="22"/>
        </w:rPr>
        <w:t>mind is really short. There's still time, but there isn't much time the sun is</w:t>
      </w:r>
    </w:p>
    <w:p>
      <w:pPr>
        <w:spacing w:after="0"/>
      </w:pPr>
    </w:p>
    <w:p>
      <w:pPr>
        <w:spacing w:after="0"/>
      </w:pPr>
      <w:r>
        <w:rPr>
          <w:rFonts w:ascii="Arial" w:hAnsi="Arial"/>
          <w:color w:val="5D7284"/>
          <w:sz w:val="22"/>
        </w:rPr>
        <w:t>01:44</w:t>
      </w:r>
    </w:p>
    <w:p>
      <w:pPr>
        <w:spacing w:after="0"/>
      </w:pPr>
      <w:r>
        <w:rPr>
          <w:rFonts w:ascii="Arial" w:hAnsi="Arial"/>
          <w:sz w:val="22"/>
        </w:rPr>
        <w:t>addressing activists. We can</w:t>
      </w:r>
    </w:p>
    <w:p>
      <w:pPr>
        <w:spacing w:after="0"/>
      </w:pPr>
    </w:p>
    <w:p>
      <w:pPr>
        <w:spacing w:after="0"/>
      </w:pPr>
      <w:r>
        <w:rPr>
          <w:rFonts w:ascii="Arial" w:hAnsi="Arial"/>
          <w:color w:val="5D7284"/>
          <w:sz w:val="22"/>
        </w:rPr>
        <w:t>01:50</w:t>
      </w:r>
    </w:p>
    <w:p>
      <w:pPr>
        <w:spacing w:after="0"/>
      </w:pPr>
      <w:r>
        <w:rPr>
          <w:rFonts w:ascii="Arial" w:hAnsi="Arial"/>
          <w:sz w:val="22"/>
        </w:rPr>
        <w:t>change history right now.</w:t>
      </w:r>
    </w:p>
    <w:p>
      <w:pPr>
        <w:spacing w:after="0"/>
      </w:pPr>
    </w:p>
    <w:p>
      <w:pPr>
        <w:spacing w:after="0"/>
      </w:pPr>
      <w:r>
        <w:rPr>
          <w:rFonts w:ascii="Arial" w:hAnsi="Arial"/>
          <w:color w:val="5D7284"/>
          <w:sz w:val="22"/>
        </w:rPr>
        <w:t>01:54</w:t>
      </w:r>
    </w:p>
    <w:p>
      <w:pPr>
        <w:spacing w:after="0"/>
      </w:pPr>
      <w:r>
        <w:rPr>
          <w:rFonts w:ascii="Arial" w:hAnsi="Arial"/>
          <w:sz w:val="22"/>
        </w:rPr>
        <w:t>What happens now? And then these next few years will profoundly affect the next few 1000 What can we do to avert disaster and ensure the survival of our civilizations and the natural world upon which</w:t>
      </w:r>
    </w:p>
    <w:p>
      <w:pPr>
        <w:spacing w:after="0"/>
      </w:pPr>
    </w:p>
    <w:p>
      <w:pPr>
        <w:spacing w:after="0"/>
      </w:pPr>
      <w:r>
        <w:rPr>
          <w:rFonts w:ascii="Arial" w:hAnsi="Arial"/>
          <w:color w:val="5D7284"/>
          <w:sz w:val="22"/>
        </w:rPr>
        <w:t>02:20</w:t>
      </w:r>
    </w:p>
    <w:p>
      <w:pPr>
        <w:spacing w:after="0"/>
      </w:pPr>
      <w:r>
        <w:rPr>
          <w:rFonts w:ascii="Arial" w:hAnsi="Arial"/>
          <w:sz w:val="22"/>
        </w:rPr>
        <w:t>a girl carrying a placard joins a protest on climate change.</w:t>
      </w:r>
    </w:p>
    <w:p>
      <w:pPr>
        <w:spacing w:after="0"/>
      </w:pPr>
    </w:p>
    <w:p>
      <w:pPr>
        <w:spacing w:after="0"/>
      </w:pPr>
      <w:r>
        <w:rPr>
          <w:rFonts w:ascii="Arial" w:hAnsi="Arial"/>
          <w:color w:val="5D7284"/>
          <w:sz w:val="22"/>
        </w:rPr>
        <w:t>02:28</w:t>
      </w:r>
    </w:p>
    <w:p>
      <w:pPr>
        <w:spacing w:after="0"/>
      </w:pPr>
      <w:r>
        <w:rPr>
          <w:rFonts w:ascii="Arial" w:hAnsi="Arial"/>
          <w:sz w:val="22"/>
        </w:rPr>
        <w:t>Our future we can't just let it slip away from us.</w:t>
      </w:r>
    </w:p>
    <w:p>
      <w:pPr>
        <w:spacing w:after="0"/>
      </w:pPr>
    </w:p>
    <w:p>
      <w:pPr>
        <w:spacing w:after="0"/>
      </w:pPr>
      <w:r>
        <w:rPr>
          <w:rFonts w:ascii="Arial" w:hAnsi="Arial"/>
          <w:color w:val="5D7284"/>
          <w:sz w:val="22"/>
        </w:rPr>
        <w:t>02:33</w:t>
      </w:r>
    </w:p>
    <w:p>
      <w:pPr>
        <w:spacing w:after="0"/>
      </w:pPr>
      <w:r>
        <w:rPr>
          <w:rFonts w:ascii="Arial" w:hAnsi="Arial"/>
          <w:sz w:val="22"/>
        </w:rPr>
        <w:t>Climate change the facts presented by David Attenborough. Tranquil green fields that the breeze blowing through branches. Hashtag climate change the facts.</w:t>
      </w:r>
    </w:p>
    <w:p>
      <w:pPr>
        <w:spacing w:after="0"/>
      </w:pPr>
    </w:p>
    <w:p>
      <w:pPr>
        <w:spacing w:after="0"/>
      </w:pPr>
      <w:r>
        <w:rPr>
          <w:rFonts w:ascii="Arial" w:hAnsi="Arial"/>
          <w:color w:val="5D7284"/>
          <w:sz w:val="22"/>
        </w:rPr>
        <w:t>02:49</w:t>
      </w:r>
    </w:p>
    <w:p>
      <w:pPr>
        <w:spacing w:after="0"/>
      </w:pPr>
      <w:r>
        <w:rPr>
          <w:rFonts w:ascii="Arial" w:hAnsi="Arial"/>
          <w:sz w:val="22"/>
        </w:rPr>
        <w:t>Standing here in the English countryside. It may not seem obvious, but we are facing a manmade disaster. On a global scale. In the 20 years since I first started talking about the impact of climate change on our world, conditions have changed far faster than I ever imagined if they sound frightening, but the scientific evidence is that if we have not taken dramatic action within the next decade, we could face irreversible damage to the natural world and the collapse of our societies. We're running out of time, but there is still hope. I believe that if we better understand the threat we face, the more likely it is that we can avoid such a catastrophic future.</w:t>
      </w:r>
    </w:p>
    <w:p>
      <w:pPr>
        <w:spacing w:after="0"/>
      </w:pPr>
    </w:p>
    <w:p>
      <w:pPr>
        <w:spacing w:after="0"/>
      </w:pPr>
      <w:r>
        <w:rPr>
          <w:rFonts w:ascii="Arial" w:hAnsi="Arial"/>
          <w:color w:val="5D7284"/>
          <w:sz w:val="22"/>
        </w:rPr>
        <w:t>03:43</w:t>
      </w:r>
    </w:p>
    <w:p>
      <w:pPr>
        <w:spacing w:after="0"/>
      </w:pPr>
      <w:r>
        <w:rPr>
          <w:rFonts w:ascii="Arial" w:hAnsi="Arial"/>
          <w:sz w:val="22"/>
        </w:rPr>
        <w:t>A global map</w:t>
      </w:r>
    </w:p>
    <w:p>
      <w:pPr>
        <w:spacing w:after="0"/>
      </w:pPr>
    </w:p>
    <w:p>
      <w:pPr>
        <w:spacing w:after="0"/>
      </w:pPr>
      <w:r>
        <w:rPr>
          <w:rFonts w:ascii="Arial" w:hAnsi="Arial"/>
          <w:color w:val="5D7284"/>
          <w:sz w:val="22"/>
        </w:rPr>
        <w:t>03:46</w:t>
      </w:r>
    </w:p>
    <w:p>
      <w:pPr>
        <w:spacing w:after="0"/>
      </w:pPr>
      <w:r>
        <w:rPr>
          <w:rFonts w:ascii="Arial" w:hAnsi="Arial"/>
          <w:sz w:val="22"/>
        </w:rPr>
        <w:t>our climate is changing because of one simple fact. Our world is getting hotter.</w:t>
      </w:r>
    </w:p>
    <w:p>
      <w:pPr>
        <w:spacing w:after="0"/>
      </w:pPr>
    </w:p>
    <w:p>
      <w:pPr>
        <w:spacing w:after="0"/>
      </w:pPr>
      <w:r>
        <w:rPr>
          <w:rFonts w:ascii="Arial" w:hAnsi="Arial"/>
          <w:color w:val="5D7284"/>
          <w:sz w:val="22"/>
        </w:rPr>
        <w:t>03:57</w:t>
      </w:r>
    </w:p>
    <w:p>
      <w:pPr>
        <w:spacing w:after="0"/>
      </w:pPr>
      <w:r>
        <w:rPr>
          <w:rFonts w:ascii="Arial" w:hAnsi="Arial"/>
          <w:sz w:val="22"/>
        </w:rPr>
        <w:t>temperature records going back over 100 years. That's interesting. There are some years later not as warm as other years. But what we've seen is this steady and unremitting temperature trend. 20 of the warmest years on record of all occurred in the last 22 years.</w:t>
      </w:r>
    </w:p>
    <w:p>
      <w:pPr>
        <w:spacing w:after="0"/>
      </w:pPr>
    </w:p>
    <w:p>
      <w:pPr>
        <w:spacing w:after="0"/>
      </w:pPr>
      <w:r>
        <w:rPr>
          <w:rFonts w:ascii="Arial" w:hAnsi="Arial"/>
          <w:color w:val="5D7284"/>
          <w:sz w:val="22"/>
        </w:rPr>
        <w:t>04:19</w:t>
      </w:r>
    </w:p>
    <w:p>
      <w:pPr>
        <w:spacing w:after="0"/>
      </w:pPr>
      <w:r>
        <w:rPr>
          <w:rFonts w:ascii="Arial" w:hAnsi="Arial"/>
          <w:sz w:val="22"/>
        </w:rPr>
        <w:t>It's not just metal this record surfer show this trend data from the US climate centre NOAA the Japanese Metro fish, and NASA all show the same sharp rise in temperatures. When scientists first became concerned about these increasing temperatures, nobody could be sure exactly what was driving. For decades of research later on land at sea and the far reaches of our atmosphere. The evidence is now unequivocal.</w:t>
      </w:r>
    </w:p>
    <w:p>
      <w:pPr>
        <w:spacing w:after="0"/>
      </w:pPr>
    </w:p>
    <w:p>
      <w:pPr>
        <w:spacing w:after="0"/>
      </w:pPr>
      <w:r>
        <w:rPr>
          <w:rFonts w:ascii="Arial" w:hAnsi="Arial"/>
          <w:color w:val="5D7284"/>
          <w:sz w:val="22"/>
        </w:rPr>
        <w:t>05:01</w:t>
      </w:r>
    </w:p>
    <w:p>
      <w:pPr>
        <w:spacing w:after="0"/>
      </w:pPr>
      <w:r>
        <w:rPr>
          <w:rFonts w:ascii="Arial" w:hAnsi="Arial"/>
          <w:sz w:val="22"/>
        </w:rPr>
        <w:t>Professor Peters start</w:t>
      </w:r>
    </w:p>
    <w:p>
      <w:pPr>
        <w:spacing w:after="0"/>
      </w:pPr>
    </w:p>
    <w:p>
      <w:pPr>
        <w:spacing w:after="0"/>
      </w:pPr>
      <w:r>
        <w:rPr>
          <w:rFonts w:ascii="Arial" w:hAnsi="Arial"/>
          <w:color w:val="5D7284"/>
          <w:sz w:val="22"/>
        </w:rPr>
        <w:t>05:04</w:t>
      </w:r>
    </w:p>
    <w:p>
      <w:pPr>
        <w:spacing w:after="0"/>
      </w:pPr>
      <w:r>
        <w:rPr>
          <w:rFonts w:ascii="Arial" w:hAnsi="Arial"/>
          <w:sz w:val="22"/>
        </w:rPr>
        <w:t>but striking this that warming trend cannot be explained by natural factors. It is caused by human activities in particular, by use of fossil fuels.</w:t>
      </w:r>
    </w:p>
    <w:p>
      <w:pPr>
        <w:spacing w:after="0"/>
      </w:pPr>
    </w:p>
    <w:p>
      <w:pPr>
        <w:spacing w:after="0"/>
      </w:pPr>
      <w:r>
        <w:rPr>
          <w:rFonts w:ascii="Arial" w:hAnsi="Arial"/>
          <w:color w:val="5D7284"/>
          <w:sz w:val="22"/>
        </w:rPr>
        <w:t>05:18</w:t>
      </w:r>
    </w:p>
    <w:p>
      <w:pPr>
        <w:spacing w:after="0"/>
      </w:pPr>
      <w:r>
        <w:rPr>
          <w:rFonts w:ascii="Arial" w:hAnsi="Arial"/>
          <w:sz w:val="22"/>
        </w:rPr>
        <w:t>The oil refinery</w:t>
      </w:r>
    </w:p>
    <w:p>
      <w:pPr>
        <w:spacing w:after="0"/>
      </w:pPr>
    </w:p>
    <w:p>
      <w:pPr>
        <w:spacing w:after="0"/>
      </w:pPr>
      <w:r>
        <w:rPr>
          <w:rFonts w:ascii="Arial" w:hAnsi="Arial"/>
          <w:color w:val="5D7284"/>
          <w:sz w:val="22"/>
        </w:rPr>
        <w:t>05:21</w:t>
      </w:r>
    </w:p>
    <w:p>
      <w:pPr>
        <w:spacing w:after="0"/>
      </w:pPr>
      <w:r>
        <w:rPr>
          <w:rFonts w:ascii="Arial" w:hAnsi="Arial"/>
          <w:sz w:val="22"/>
        </w:rPr>
        <w:t>The problem is that everything we do our entire economy from the moment you wake up in the morning and turn on the light or look at your cell phone to the moment you go to bed at night and even then because your cell phone is still drying power at night. I mean we're all using energy all the time and in the industrialised world. That energy's almost entirely fossil fuels.</w:t>
      </w:r>
    </w:p>
    <w:p>
      <w:pPr>
        <w:spacing w:after="0"/>
      </w:pPr>
    </w:p>
    <w:p>
      <w:pPr>
        <w:spacing w:after="0"/>
      </w:pPr>
      <w:r>
        <w:rPr>
          <w:rFonts w:ascii="Arial" w:hAnsi="Arial"/>
          <w:color w:val="5D7284"/>
          <w:sz w:val="22"/>
        </w:rPr>
        <w:t>05:40</w:t>
      </w:r>
    </w:p>
    <w:p>
      <w:pPr>
        <w:spacing w:after="0"/>
      </w:pPr>
      <w:r>
        <w:rPr>
          <w:rFonts w:ascii="Arial" w:hAnsi="Arial"/>
          <w:sz w:val="22"/>
        </w:rPr>
        <w:t>Professor they do risky, science historian Harvard University.</w:t>
      </w:r>
    </w:p>
    <w:p>
      <w:pPr>
        <w:spacing w:after="0"/>
      </w:pPr>
    </w:p>
    <w:p>
      <w:pPr>
        <w:spacing w:after="0"/>
      </w:pPr>
      <w:r>
        <w:rPr>
          <w:rFonts w:ascii="Arial" w:hAnsi="Arial"/>
          <w:color w:val="5D7284"/>
          <w:sz w:val="22"/>
        </w:rPr>
        <w:t>05:45</w:t>
      </w:r>
    </w:p>
    <w:p>
      <w:pPr>
        <w:spacing w:after="0"/>
      </w:pPr>
      <w:r>
        <w:rPr>
          <w:rFonts w:ascii="Arial" w:hAnsi="Arial"/>
          <w:sz w:val="22"/>
        </w:rPr>
        <w:t>We burn fossil fuels, coal, gas and oil to power our energy generation to heat our homes to drive our factories to power our cars and our trains travel around the world.</w:t>
      </w:r>
    </w:p>
    <w:p>
      <w:pPr>
        <w:spacing w:after="0"/>
      </w:pPr>
    </w:p>
    <w:p>
      <w:pPr>
        <w:spacing w:after="0"/>
      </w:pPr>
      <w:r>
        <w:rPr>
          <w:rFonts w:ascii="Arial" w:hAnsi="Arial"/>
          <w:color w:val="5D7284"/>
          <w:sz w:val="22"/>
        </w:rPr>
        <w:t>06:03</w:t>
      </w:r>
    </w:p>
    <w:p>
      <w:pPr>
        <w:spacing w:after="0"/>
      </w:pPr>
      <w:r>
        <w:rPr>
          <w:rFonts w:ascii="Arial" w:hAnsi="Arial"/>
          <w:sz w:val="22"/>
        </w:rPr>
        <w:t>burn fossil fuels, produces carbon dioxide as a waste product. Carbon dioxide</w:t>
      </w:r>
    </w:p>
    <w:p>
      <w:pPr>
        <w:spacing w:after="0"/>
      </w:pPr>
    </w:p>
    <w:p>
      <w:pPr>
        <w:spacing w:after="0"/>
      </w:pPr>
      <w:r>
        <w:rPr>
          <w:rFonts w:ascii="Arial" w:hAnsi="Arial"/>
          <w:color w:val="5D7284"/>
          <w:sz w:val="22"/>
        </w:rPr>
        <w:t>06:10</w:t>
      </w:r>
    </w:p>
    <w:p>
      <w:pPr>
        <w:spacing w:after="0"/>
      </w:pPr>
      <w:r>
        <w:rPr>
          <w:rFonts w:ascii="Arial" w:hAnsi="Arial"/>
          <w:sz w:val="22"/>
        </w:rPr>
        <w:t>acts like a blight. It absorbs the heat radiation from the Earth's surface and that that keeps the surface warmer than it</w:t>
      </w:r>
    </w:p>
    <w:p>
      <w:pPr>
        <w:spacing w:after="0"/>
      </w:pPr>
    </w:p>
    <w:p>
      <w:pPr>
        <w:spacing w:after="0"/>
      </w:pPr>
      <w:r>
        <w:rPr>
          <w:rFonts w:ascii="Arial" w:hAnsi="Arial"/>
          <w:color w:val="5D7284"/>
          <w:sz w:val="22"/>
        </w:rPr>
        <w:t>06:26</w:t>
      </w:r>
    </w:p>
    <w:p>
      <w:pPr>
        <w:spacing w:after="0"/>
      </w:pPr>
      <w:r>
        <w:rPr>
          <w:rFonts w:ascii="Arial" w:hAnsi="Arial"/>
          <w:sz w:val="22"/>
        </w:rPr>
        <w:t>It would be otherwise.</w:t>
      </w:r>
    </w:p>
    <w:p>
      <w:pPr>
        <w:spacing w:after="0"/>
      </w:pPr>
    </w:p>
    <w:p>
      <w:pPr>
        <w:spacing w:after="0"/>
      </w:pPr>
      <w:r>
        <w:rPr>
          <w:rFonts w:ascii="Arial" w:hAnsi="Arial"/>
          <w:color w:val="5D7284"/>
          <w:sz w:val="22"/>
        </w:rPr>
        <w:t>06:29</w:t>
      </w:r>
    </w:p>
    <w:p>
      <w:pPr>
        <w:spacing w:after="0"/>
      </w:pPr>
      <w:r>
        <w:rPr>
          <w:rFonts w:ascii="Arial" w:hAnsi="Arial"/>
          <w:sz w:val="22"/>
        </w:rPr>
        <w:t>The problem is what we're doing now is we're adding extra carbon dioxide and other greenhouse gases. So we're increasing the thickness of this blanket.</w:t>
      </w:r>
    </w:p>
    <w:p>
      <w:pPr>
        <w:spacing w:after="0"/>
      </w:pPr>
    </w:p>
    <w:p>
      <w:pPr>
        <w:spacing w:after="0"/>
      </w:pPr>
      <w:r>
        <w:rPr>
          <w:rFonts w:ascii="Arial" w:hAnsi="Arial"/>
          <w:color w:val="5D7284"/>
          <w:sz w:val="22"/>
        </w:rPr>
        <w:t>06:39</w:t>
      </w:r>
    </w:p>
    <w:p>
      <w:pPr>
        <w:spacing w:after="0"/>
      </w:pPr>
      <w:r>
        <w:rPr>
          <w:rFonts w:ascii="Arial" w:hAnsi="Arial"/>
          <w:sz w:val="22"/>
        </w:rPr>
        <w:t>Before we started to burn coal, the amount of carbon dioxide in the atmosphere was about 280 parts per million. It's now over 400 parts per million and the planet gets warmer and warmer.</w:t>
      </w:r>
    </w:p>
    <w:p>
      <w:pPr>
        <w:spacing w:after="0"/>
      </w:pPr>
    </w:p>
    <w:p>
      <w:pPr>
        <w:spacing w:after="0"/>
      </w:pPr>
      <w:r>
        <w:rPr>
          <w:rFonts w:ascii="Arial" w:hAnsi="Arial"/>
          <w:color w:val="5D7284"/>
          <w:sz w:val="22"/>
        </w:rPr>
        <w:t>06:56</w:t>
      </w:r>
    </w:p>
    <w:p>
      <w:pPr>
        <w:spacing w:after="0"/>
      </w:pPr>
      <w:r>
        <w:rPr>
          <w:rFonts w:ascii="Arial" w:hAnsi="Arial"/>
          <w:sz w:val="22"/>
        </w:rPr>
        <w:t>We have pumped so much carbon dioxide into the atmosphere, that our world isn't around one degree Celsius hotter than it was in pre industrial times.</w:t>
      </w:r>
    </w:p>
    <w:p>
      <w:pPr>
        <w:spacing w:after="0"/>
      </w:pPr>
    </w:p>
    <w:p>
      <w:pPr>
        <w:spacing w:after="0"/>
      </w:pPr>
      <w:r>
        <w:rPr>
          <w:rFonts w:ascii="Arial" w:hAnsi="Arial"/>
          <w:color w:val="5D7284"/>
          <w:sz w:val="22"/>
        </w:rPr>
        <w:t>07:08</w:t>
      </w:r>
    </w:p>
    <w:p>
      <w:pPr>
        <w:spacing w:after="0"/>
      </w:pPr>
      <w:r>
        <w:rPr>
          <w:rFonts w:ascii="Arial" w:hAnsi="Arial"/>
          <w:sz w:val="22"/>
        </w:rPr>
        <w:t>This morning is enough to bring about the raft of effects we call climate change.</w:t>
      </w:r>
    </w:p>
    <w:p>
      <w:pPr>
        <w:spacing w:after="0"/>
      </w:pPr>
    </w:p>
    <w:p>
      <w:pPr>
        <w:spacing w:after="0"/>
      </w:pPr>
      <w:r>
        <w:rPr>
          <w:rFonts w:ascii="Arial" w:hAnsi="Arial"/>
          <w:color w:val="5D7284"/>
          <w:sz w:val="22"/>
        </w:rPr>
        <w:t>07:17</w:t>
      </w:r>
    </w:p>
    <w:p>
      <w:pPr>
        <w:spacing w:after="0"/>
      </w:pPr>
      <w:r>
        <w:rPr>
          <w:rFonts w:ascii="Arial" w:hAnsi="Arial"/>
          <w:sz w:val="22"/>
        </w:rPr>
        <w:t>One degree Celsius that word may not sound like much, but it's having a dramatic effect on our weather. You warm up the planet will of course you're going to get more intense and more frequent heat waves. You're going to dry off the soils. So you're going to get worse drought. We're seeing extreme heat in southern Africa, Japan, North America, in the UK as well. It is officially the hottest day of yours as</w:t>
      </w:r>
    </w:p>
    <w:p>
      <w:pPr>
        <w:spacing w:after="0"/>
      </w:pPr>
    </w:p>
    <w:p>
      <w:pPr>
        <w:spacing w:after="0"/>
      </w:pPr>
      <w:r>
        <w:rPr>
          <w:rFonts w:ascii="Arial" w:hAnsi="Arial"/>
          <w:color w:val="5D7284"/>
          <w:sz w:val="22"/>
        </w:rPr>
        <w:t>07:44</w:t>
      </w:r>
    </w:p>
    <w:p>
      <w:pPr>
        <w:spacing w:after="0"/>
      </w:pPr>
      <w:r>
        <w:rPr>
          <w:rFonts w:ascii="Arial" w:hAnsi="Arial"/>
          <w:sz w:val="22"/>
        </w:rPr>
        <w:t>often the question is, did climate change cause a certain event? And you can never really answer that question, but what scientists do is look at whether climate change made a certain event, more or less likely, or more or less intense. Last year, we had a heatwave that was actually the joint warmest on record, alongside 1976. And we've been analysing this here with the metrics.</w:t>
      </w:r>
    </w:p>
    <w:p>
      <w:pPr>
        <w:spacing w:after="0"/>
      </w:pPr>
    </w:p>
    <w:p>
      <w:pPr>
        <w:spacing w:after="0"/>
      </w:pPr>
      <w:r>
        <w:rPr>
          <w:rFonts w:ascii="Arial" w:hAnsi="Arial"/>
          <w:color w:val="5D7284"/>
          <w:sz w:val="22"/>
        </w:rPr>
        <w:t>08:08</w:t>
      </w:r>
    </w:p>
    <w:p>
      <w:pPr>
        <w:spacing w:after="0"/>
      </w:pPr>
      <w:r>
        <w:rPr>
          <w:rFonts w:ascii="Arial" w:hAnsi="Arial"/>
          <w:sz w:val="22"/>
        </w:rPr>
        <w:t>What that showed us was that the chances of that heatwave had increased by about 30 times. So it's now about 30 times more likely that we had that heatwave than we would have had without climate change. The Mercury hits the scorching 35 degrees Celsius temperature, so it doesn't mean to say that every single weather event is due to climate change or what climate change does mean is that with the baseline climate having changed, then the frequency of extreme temperatures is increasing.</w:t>
      </w:r>
    </w:p>
    <w:p>
      <w:pPr>
        <w:spacing w:after="0"/>
      </w:pPr>
    </w:p>
    <w:p>
      <w:pPr>
        <w:spacing w:after="0"/>
      </w:pPr>
      <w:r>
        <w:rPr>
          <w:rFonts w:ascii="Arial" w:hAnsi="Arial"/>
          <w:color w:val="5D7284"/>
          <w:sz w:val="22"/>
        </w:rPr>
        <w:t>08:38</w:t>
      </w:r>
    </w:p>
    <w:p>
      <w:pPr>
        <w:spacing w:after="0"/>
      </w:pPr>
      <w:r>
        <w:rPr>
          <w:rFonts w:ascii="Arial" w:hAnsi="Arial"/>
          <w:sz w:val="22"/>
        </w:rPr>
        <w:t>And that has a substantial effect</w:t>
      </w:r>
    </w:p>
    <w:p>
      <w:pPr>
        <w:spacing w:after="0"/>
      </w:pPr>
    </w:p>
    <w:p>
      <w:pPr>
        <w:spacing w:after="0"/>
      </w:pPr>
      <w:r>
        <w:rPr>
          <w:rFonts w:ascii="Arial" w:hAnsi="Arial"/>
          <w:color w:val="5D7284"/>
          <w:sz w:val="22"/>
        </w:rPr>
        <w:t>08:43</w:t>
      </w:r>
    </w:p>
    <w:p>
      <w:pPr>
        <w:spacing w:after="0"/>
      </w:pPr>
      <w:r>
        <w:rPr>
          <w:rFonts w:ascii="Arial" w:hAnsi="Arial"/>
          <w:sz w:val="22"/>
        </w:rPr>
        <w:t>in November last year, when temperatures in Cairns Australia hit 42 degrees.</w:t>
      </w:r>
    </w:p>
    <w:p>
      <w:pPr>
        <w:spacing w:after="0"/>
      </w:pPr>
    </w:p>
    <w:p>
      <w:pPr>
        <w:spacing w:after="0"/>
      </w:pPr>
      <w:r>
        <w:rPr>
          <w:rFonts w:ascii="Arial" w:hAnsi="Arial"/>
          <w:color w:val="5D7284"/>
          <w:sz w:val="22"/>
        </w:rPr>
        <w:t>08:51</w:t>
      </w:r>
    </w:p>
    <w:p>
      <w:pPr>
        <w:spacing w:after="0"/>
      </w:pPr>
      <w:r>
        <w:rPr>
          <w:rFonts w:ascii="Arial" w:hAnsi="Arial"/>
          <w:sz w:val="22"/>
        </w:rPr>
        <w:t>Even creatures specifically adapted to heat were unable to survive.</w:t>
      </w:r>
    </w:p>
    <w:p>
      <w:pPr>
        <w:spacing w:after="0"/>
      </w:pPr>
    </w:p>
    <w:p>
      <w:pPr>
        <w:spacing w:after="0"/>
      </w:pPr>
      <w:r>
        <w:rPr>
          <w:rFonts w:ascii="Arial" w:hAnsi="Arial"/>
          <w:color w:val="5D7284"/>
          <w:sz w:val="22"/>
        </w:rPr>
        <w:t>08:58</w:t>
      </w:r>
    </w:p>
    <w:p>
      <w:pPr>
        <w:spacing w:after="0"/>
      </w:pPr>
      <w:r>
        <w:rPr>
          <w:rFonts w:ascii="Arial" w:hAnsi="Arial"/>
          <w:sz w:val="22"/>
        </w:rPr>
        <w:t>of bats hanging upside down in a tree then footage of the forest floor and just everywhere everyone.</w:t>
      </w:r>
    </w:p>
    <w:p>
      <w:pPr>
        <w:spacing w:after="0"/>
      </w:pPr>
    </w:p>
    <w:p>
      <w:pPr>
        <w:spacing w:after="0"/>
      </w:pPr>
      <w:r>
        <w:rPr>
          <w:rFonts w:ascii="Arial" w:hAnsi="Arial"/>
          <w:color w:val="5D7284"/>
          <w:sz w:val="22"/>
        </w:rPr>
        <w:t>09:10</w:t>
      </w:r>
    </w:p>
    <w:p>
      <w:pPr>
        <w:spacing w:after="0"/>
      </w:pPr>
      <w:r>
        <w:rPr>
          <w:rFonts w:ascii="Arial" w:hAnsi="Arial"/>
          <w:sz w:val="22"/>
        </w:rPr>
        <w:t>When we got here, the first time really we saw it.</w:t>
      </w:r>
    </w:p>
    <w:p>
      <w:pPr>
        <w:spacing w:after="0"/>
      </w:pPr>
    </w:p>
    <w:p>
      <w:pPr>
        <w:spacing w:after="0"/>
      </w:pPr>
      <w:r>
        <w:rPr>
          <w:rFonts w:ascii="Arial" w:hAnsi="Arial"/>
          <w:color w:val="5D7284"/>
          <w:sz w:val="22"/>
        </w:rPr>
        <w:t>09:15</w:t>
      </w:r>
    </w:p>
    <w:p>
      <w:pPr>
        <w:spacing w:after="0"/>
      </w:pPr>
      <w:r>
        <w:rPr>
          <w:rFonts w:ascii="Arial" w:hAnsi="Arial"/>
          <w:sz w:val="22"/>
        </w:rPr>
        <w:t>There we just did. As far as the eye can see.</w:t>
      </w:r>
    </w:p>
    <w:p>
      <w:pPr>
        <w:spacing w:after="0"/>
      </w:pPr>
    </w:p>
    <w:p>
      <w:pPr>
        <w:spacing w:after="0"/>
      </w:pPr>
      <w:r>
        <w:rPr>
          <w:rFonts w:ascii="Arial" w:hAnsi="Arial"/>
          <w:color w:val="5D7284"/>
          <w:sz w:val="22"/>
        </w:rPr>
        <w:t>09:20</w:t>
      </w:r>
    </w:p>
    <w:p>
      <w:pPr>
        <w:spacing w:after="0"/>
      </w:pPr>
      <w:r>
        <w:rPr>
          <w:rFonts w:ascii="Arial" w:hAnsi="Arial"/>
          <w:sz w:val="22"/>
        </w:rPr>
        <w:t>Definitely the sound of babies just</w:t>
      </w:r>
    </w:p>
    <w:p>
      <w:pPr>
        <w:spacing w:after="0"/>
      </w:pPr>
    </w:p>
    <w:p>
      <w:pPr>
        <w:spacing w:after="0"/>
      </w:pPr>
      <w:r>
        <w:rPr>
          <w:rFonts w:ascii="Arial" w:hAnsi="Arial"/>
          <w:color w:val="5D7284"/>
          <w:sz w:val="22"/>
        </w:rPr>
        <w:t>09:32</w:t>
      </w:r>
    </w:p>
    <w:p>
      <w:pPr>
        <w:spacing w:after="0"/>
      </w:pPr>
      <w:r>
        <w:rPr>
          <w:rFonts w:ascii="Arial" w:hAnsi="Arial"/>
          <w:sz w:val="22"/>
        </w:rPr>
        <w:t>finding babies basically</w:t>
      </w:r>
    </w:p>
    <w:p>
      <w:pPr>
        <w:spacing w:after="0"/>
      </w:pPr>
    </w:p>
    <w:p>
      <w:pPr>
        <w:spacing w:after="0"/>
      </w:pPr>
      <w:r>
        <w:rPr>
          <w:rFonts w:ascii="Arial" w:hAnsi="Arial"/>
          <w:color w:val="5D7284"/>
          <w:sz w:val="22"/>
        </w:rPr>
        <w:t>09:41</w:t>
      </w:r>
    </w:p>
    <w:p>
      <w:pPr>
        <w:spacing w:after="0"/>
      </w:pPr>
      <w:r>
        <w:rPr>
          <w:rFonts w:ascii="Arial" w:hAnsi="Arial"/>
          <w:sz w:val="22"/>
        </w:rPr>
        <w:t>maybe</w:t>
      </w:r>
    </w:p>
    <w:p>
      <w:pPr>
        <w:spacing w:after="0"/>
      </w:pPr>
    </w:p>
    <w:p>
      <w:pPr>
        <w:spacing w:after="0"/>
      </w:pPr>
      <w:r>
        <w:rPr>
          <w:rFonts w:ascii="Arial" w:hAnsi="Arial"/>
          <w:color w:val="5D7284"/>
          <w:sz w:val="22"/>
        </w:rPr>
        <w:t>09:44</w:t>
      </w:r>
    </w:p>
    <w:p>
      <w:pPr>
        <w:spacing w:after="0"/>
      </w:pPr>
      <w:r>
        <w:rPr>
          <w:rFonts w:ascii="Arial" w:hAnsi="Arial"/>
          <w:sz w:val="22"/>
        </w:rPr>
        <w:t>the baby bats on the forest floor.</w:t>
      </w:r>
    </w:p>
    <w:p>
      <w:pPr>
        <w:spacing w:after="0"/>
      </w:pPr>
    </w:p>
    <w:p>
      <w:pPr>
        <w:spacing w:after="0"/>
      </w:pPr>
      <w:r>
        <w:rPr>
          <w:rFonts w:ascii="Arial" w:hAnsi="Arial"/>
          <w:color w:val="5D7284"/>
          <w:sz w:val="22"/>
        </w:rPr>
        <w:t>09:48</w:t>
      </w:r>
    </w:p>
    <w:p>
      <w:pPr>
        <w:spacing w:after="0"/>
      </w:pPr>
      <w:r>
        <w:rPr>
          <w:rFonts w:ascii="Arial" w:hAnsi="Arial"/>
          <w:sz w:val="22"/>
        </w:rPr>
        <w:t>Like all species, flying foxes have ways of dealing with the conditions of their environment.</w:t>
      </w:r>
    </w:p>
    <w:p>
      <w:pPr>
        <w:spacing w:after="0"/>
      </w:pPr>
    </w:p>
    <w:p>
      <w:pPr>
        <w:spacing w:after="0"/>
      </w:pPr>
      <w:r>
        <w:rPr>
          <w:rFonts w:ascii="Arial" w:hAnsi="Arial"/>
          <w:color w:val="5D7284"/>
          <w:sz w:val="22"/>
        </w:rPr>
        <w:t>09:55</w:t>
      </w:r>
    </w:p>
    <w:p>
      <w:pPr>
        <w:spacing w:after="0"/>
      </w:pPr>
      <w:r>
        <w:rPr>
          <w:rFonts w:ascii="Arial" w:hAnsi="Arial"/>
          <w:sz w:val="22"/>
        </w:rPr>
        <w:t>But it seems their usual tuning methods are no longer enough for the kind of temperatures Australia is now facing. Last year, temperature records were broken across the country.</w:t>
      </w:r>
    </w:p>
    <w:p>
      <w:pPr>
        <w:spacing w:after="0"/>
      </w:pPr>
    </w:p>
    <w:p>
      <w:pPr>
        <w:spacing w:after="0"/>
      </w:pPr>
      <w:r>
        <w:rPr>
          <w:rFonts w:ascii="Arial" w:hAnsi="Arial"/>
          <w:color w:val="5D7284"/>
          <w:sz w:val="22"/>
        </w:rPr>
        <w:t>10:08</w:t>
      </w:r>
    </w:p>
    <w:p>
      <w:pPr>
        <w:spacing w:after="0"/>
      </w:pPr>
      <w:r>
        <w:rPr>
          <w:rFonts w:ascii="Arial" w:hAnsi="Arial"/>
          <w:sz w:val="22"/>
        </w:rPr>
        <w:t>Scientists have shown that it's simply inconceivable that you would see these temperatures without the facts of climate change.</w:t>
      </w:r>
    </w:p>
    <w:p>
      <w:pPr>
        <w:spacing w:after="0"/>
      </w:pPr>
    </w:p>
    <w:p>
      <w:pPr>
        <w:spacing w:after="0"/>
      </w:pPr>
      <w:r>
        <w:rPr>
          <w:rFonts w:ascii="Arial" w:hAnsi="Arial"/>
          <w:color w:val="5D7284"/>
          <w:sz w:val="22"/>
        </w:rPr>
        <w:t>10:19</w:t>
      </w:r>
    </w:p>
    <w:p>
      <w:pPr>
        <w:spacing w:after="0"/>
      </w:pPr>
      <w:r>
        <w:rPr>
          <w:rFonts w:ascii="Arial" w:hAnsi="Arial"/>
          <w:sz w:val="22"/>
        </w:rPr>
        <w:t>We saved about 350</w:t>
      </w:r>
    </w:p>
    <w:p>
      <w:pPr>
        <w:spacing w:after="0"/>
      </w:pPr>
    </w:p>
    <w:p>
      <w:pPr>
        <w:spacing w:after="0"/>
      </w:pPr>
      <w:r>
        <w:rPr>
          <w:rFonts w:ascii="Arial" w:hAnsi="Arial"/>
          <w:color w:val="5D7284"/>
          <w:sz w:val="22"/>
        </w:rPr>
        <w:t>10:25</w:t>
      </w:r>
    </w:p>
    <w:p>
      <w:pPr>
        <w:spacing w:after="0"/>
      </w:pPr>
      <w:r>
        <w:rPr>
          <w:rFonts w:ascii="Arial" w:hAnsi="Arial"/>
          <w:sz w:val="22"/>
        </w:rPr>
        <w:t>The rest of the day. So over over 11,000 died</w:t>
      </w:r>
    </w:p>
    <w:p>
      <w:pPr>
        <w:spacing w:after="0"/>
      </w:pPr>
    </w:p>
    <w:p>
      <w:pPr>
        <w:spacing w:after="0"/>
      </w:pPr>
      <w:r>
        <w:rPr>
          <w:rFonts w:ascii="Arial" w:hAnsi="Arial"/>
          <w:color w:val="5D7284"/>
          <w:sz w:val="22"/>
        </w:rPr>
        <w:t>10:32</w:t>
      </w:r>
    </w:p>
    <w:p>
      <w:pPr>
        <w:spacing w:after="0"/>
      </w:pPr>
      <w:r>
        <w:rPr>
          <w:rFonts w:ascii="Arial" w:hAnsi="Arial"/>
          <w:sz w:val="22"/>
        </w:rPr>
        <w:t>and you have two more events like we had gone.</w:t>
      </w:r>
    </w:p>
    <w:p>
      <w:pPr>
        <w:spacing w:after="0"/>
      </w:pPr>
    </w:p>
    <w:p>
      <w:pPr>
        <w:spacing w:after="0"/>
      </w:pPr>
      <w:r>
        <w:rPr>
          <w:rFonts w:ascii="Arial" w:hAnsi="Arial"/>
          <w:color w:val="5D7284"/>
          <w:sz w:val="22"/>
        </w:rPr>
        <w:t>10:45</w:t>
      </w:r>
    </w:p>
    <w:p>
      <w:pPr>
        <w:spacing w:after="0"/>
      </w:pPr>
      <w:r>
        <w:rPr>
          <w:rFonts w:ascii="Arial" w:hAnsi="Arial"/>
          <w:sz w:val="22"/>
        </w:rPr>
        <w:t>Rows and rows of dead bats arranged on the ground. A baby bass being fed from a bottle a herd of elephants striding across arid terrain.</w:t>
      </w:r>
    </w:p>
    <w:p>
      <w:pPr>
        <w:spacing w:after="0"/>
      </w:pPr>
    </w:p>
    <w:p>
      <w:pPr>
        <w:spacing w:after="0"/>
      </w:pPr>
      <w:r>
        <w:rPr>
          <w:rFonts w:ascii="Arial" w:hAnsi="Arial"/>
          <w:color w:val="5D7284"/>
          <w:sz w:val="22"/>
        </w:rPr>
        <w:t>10:57</w:t>
      </w:r>
    </w:p>
    <w:p>
      <w:pPr>
        <w:spacing w:after="0"/>
      </w:pPr>
      <w:r>
        <w:rPr>
          <w:rFonts w:ascii="Arial" w:hAnsi="Arial"/>
          <w:sz w:val="22"/>
        </w:rPr>
        <w:t>I've seen for myself that in addition to the many other threats they face, and the most of all times and are struggling to adapt to rapidly changing conditions.</w:t>
      </w:r>
    </w:p>
    <w:p>
      <w:pPr>
        <w:spacing w:after="0"/>
      </w:pPr>
    </w:p>
    <w:p>
      <w:pPr>
        <w:spacing w:after="0"/>
      </w:pPr>
      <w:r>
        <w:rPr>
          <w:rFonts w:ascii="Arial" w:hAnsi="Arial"/>
          <w:color w:val="5D7284"/>
          <w:sz w:val="22"/>
        </w:rPr>
        <w:t>11:09</w:t>
      </w:r>
    </w:p>
    <w:p>
      <w:pPr>
        <w:spacing w:after="0"/>
      </w:pPr>
      <w:r>
        <w:rPr>
          <w:rFonts w:ascii="Arial" w:hAnsi="Arial"/>
          <w:sz w:val="22"/>
        </w:rPr>
        <w:t>Professor Catherine Mitchell Thank you equator. As climate change occurs, that kind of central part of the world becomes increasingly uninhabitable.</w:t>
      </w:r>
    </w:p>
    <w:p>
      <w:pPr>
        <w:spacing w:after="0"/>
      </w:pPr>
    </w:p>
    <w:p>
      <w:pPr>
        <w:spacing w:after="0"/>
      </w:pPr>
      <w:r>
        <w:rPr>
          <w:rFonts w:ascii="Arial" w:hAnsi="Arial"/>
          <w:color w:val="5D7284"/>
          <w:sz w:val="22"/>
        </w:rPr>
        <w:t>11:23</w:t>
      </w:r>
    </w:p>
    <w:p>
      <w:pPr>
        <w:spacing w:after="0"/>
      </w:pPr>
      <w:r>
        <w:rPr>
          <w:rFonts w:ascii="Arial" w:hAnsi="Arial"/>
          <w:sz w:val="22"/>
        </w:rPr>
        <w:t>If climate change is too fast, we're pushing them off the planet and effect we're causing extinction of species already.</w:t>
      </w:r>
    </w:p>
    <w:p>
      <w:pPr>
        <w:spacing w:after="0"/>
      </w:pPr>
    </w:p>
    <w:p>
      <w:pPr>
        <w:spacing w:after="0"/>
      </w:pPr>
      <w:r>
        <w:rPr>
          <w:rFonts w:ascii="Arial" w:hAnsi="Arial"/>
          <w:color w:val="5D7284"/>
          <w:sz w:val="22"/>
        </w:rPr>
        <w:t>11:33</w:t>
      </w:r>
    </w:p>
    <w:p>
      <w:pPr>
        <w:spacing w:after="0"/>
      </w:pPr>
      <w:r>
        <w:rPr>
          <w:rFonts w:ascii="Arial" w:hAnsi="Arial"/>
          <w:sz w:val="22"/>
        </w:rPr>
        <w:t>And that's irreversible.</w:t>
      </w:r>
    </w:p>
    <w:p>
      <w:pPr>
        <w:spacing w:after="0"/>
      </w:pPr>
    </w:p>
    <w:p>
      <w:pPr>
        <w:spacing w:after="0"/>
      </w:pPr>
      <w:r>
        <w:rPr>
          <w:rFonts w:ascii="Arial" w:hAnsi="Arial"/>
          <w:color w:val="5D7284"/>
          <w:sz w:val="22"/>
        </w:rPr>
        <w:t>11:36</w:t>
      </w:r>
    </w:p>
    <w:p>
      <w:pPr>
        <w:spacing w:after="0"/>
      </w:pPr>
      <w:r>
        <w:rPr>
          <w:rFonts w:ascii="Arial" w:hAnsi="Arial"/>
          <w:sz w:val="22"/>
        </w:rPr>
        <w:t>A seal in the water then penguins running across ice.</w:t>
      </w:r>
    </w:p>
    <w:p>
      <w:pPr>
        <w:spacing w:after="0"/>
      </w:pPr>
    </w:p>
    <w:p>
      <w:pPr>
        <w:spacing w:after="0"/>
      </w:pPr>
      <w:r>
        <w:rPr>
          <w:rFonts w:ascii="Arial" w:hAnsi="Arial"/>
          <w:color w:val="5D7284"/>
          <w:sz w:val="22"/>
        </w:rPr>
        <w:t>11:41</w:t>
      </w:r>
    </w:p>
    <w:p>
      <w:pPr>
        <w:spacing w:after="0"/>
      </w:pPr>
      <w:r>
        <w:rPr>
          <w:rFonts w:ascii="Arial" w:hAnsi="Arial"/>
          <w:sz w:val="22"/>
        </w:rPr>
        <w:t>Scientists believe that 8% of species are no unfettered extinction, solely due to time of change.</w:t>
      </w:r>
    </w:p>
    <w:p>
      <w:pPr>
        <w:spacing w:after="0"/>
      </w:pPr>
    </w:p>
    <w:p>
      <w:pPr>
        <w:spacing w:after="0"/>
      </w:pPr>
      <w:r>
        <w:rPr>
          <w:rFonts w:ascii="Arial" w:hAnsi="Arial"/>
          <w:color w:val="5D7284"/>
          <w:sz w:val="22"/>
        </w:rPr>
        <w:t>11:51</w:t>
      </w:r>
    </w:p>
    <w:p>
      <w:pPr>
        <w:spacing w:after="0"/>
      </w:pPr>
      <w:r>
        <w:rPr>
          <w:rFonts w:ascii="Arial" w:hAnsi="Arial"/>
          <w:sz w:val="22"/>
        </w:rPr>
        <w:t>This isn't just about losing wonders in the nation. With the loss of even the smallest organisms, we destabilise and ultimately risk collapsing the world's ecosystems the networks that support the home of life on what's happening in recent years it's really showing us what one degree Celsius really means not just the wildlife but for people for their safety for their livelihoods. And for their futures.</w:t>
      </w:r>
    </w:p>
    <w:p>
      <w:pPr>
        <w:spacing w:after="0"/>
      </w:pPr>
    </w:p>
    <w:p>
      <w:pPr>
        <w:spacing w:after="0"/>
      </w:pPr>
      <w:r>
        <w:rPr>
          <w:rFonts w:ascii="Arial" w:hAnsi="Arial"/>
          <w:color w:val="5D7284"/>
          <w:sz w:val="22"/>
        </w:rPr>
        <w:t>12:23</w:t>
      </w:r>
    </w:p>
    <w:p>
      <w:pPr>
        <w:spacing w:after="0"/>
      </w:pPr>
      <w:r>
        <w:rPr>
          <w:rFonts w:ascii="Arial" w:hAnsi="Arial"/>
          <w:sz w:val="22"/>
        </w:rPr>
        <w:t>As temperatures rise the threats we face multiply.</w:t>
      </w:r>
    </w:p>
    <w:p>
      <w:pPr>
        <w:spacing w:after="0"/>
      </w:pPr>
    </w:p>
    <w:p>
      <w:pPr>
        <w:spacing w:after="0"/>
      </w:pPr>
      <w:r>
        <w:rPr>
          <w:rFonts w:ascii="Arial" w:hAnsi="Arial"/>
          <w:color w:val="5D7284"/>
          <w:sz w:val="22"/>
        </w:rPr>
        <w:t>12:30</w:t>
      </w:r>
    </w:p>
    <w:p>
      <w:pPr>
        <w:spacing w:after="0"/>
      </w:pPr>
      <w:r>
        <w:rPr>
          <w:rFonts w:ascii="Arial" w:hAnsi="Arial"/>
          <w:sz w:val="22"/>
        </w:rPr>
        <w:t>Last year so record breaking wildfires take hold across the</w:t>
      </w:r>
    </w:p>
    <w:p>
      <w:pPr>
        <w:spacing w:after="0"/>
      </w:pPr>
    </w:p>
    <w:p>
      <w:pPr>
        <w:spacing w:after="0"/>
      </w:pPr>
      <w:r>
        <w:rPr>
          <w:rFonts w:ascii="Arial" w:hAnsi="Arial"/>
          <w:color w:val="5D7284"/>
          <w:sz w:val="22"/>
        </w:rPr>
        <w:t>12:37</w:t>
      </w:r>
    </w:p>
    <w:p>
      <w:pPr>
        <w:spacing w:after="0"/>
      </w:pPr>
      <w:r>
        <w:rPr>
          <w:rFonts w:ascii="Arial" w:hAnsi="Arial"/>
          <w:sz w:val="22"/>
        </w:rPr>
        <w:t>firefighters are working around the clock. We seem to be really, Australia is seen sometimes the worst of times in years.</w:t>
      </w:r>
    </w:p>
    <w:p>
      <w:pPr>
        <w:spacing w:after="0"/>
      </w:pPr>
    </w:p>
    <w:p>
      <w:pPr>
        <w:spacing w:after="0"/>
      </w:pPr>
      <w:r>
        <w:rPr>
          <w:rFonts w:ascii="Arial" w:hAnsi="Arial"/>
          <w:color w:val="5D7284"/>
          <w:sz w:val="22"/>
        </w:rPr>
        <w:t>12:47</w:t>
      </w:r>
    </w:p>
    <w:p>
      <w:pPr>
        <w:spacing w:after="0"/>
      </w:pPr>
      <w:r>
        <w:rPr>
          <w:rFonts w:ascii="Arial" w:hAnsi="Arial"/>
          <w:sz w:val="22"/>
        </w:rPr>
        <w:t>We've seen wildfires breakout in Greece.</w:t>
      </w:r>
    </w:p>
    <w:p>
      <w:pPr>
        <w:spacing w:after="0"/>
      </w:pPr>
    </w:p>
    <w:p>
      <w:pPr>
        <w:spacing w:after="0"/>
      </w:pPr>
      <w:r>
        <w:rPr>
          <w:rFonts w:ascii="Arial" w:hAnsi="Arial"/>
          <w:color w:val="5D7284"/>
          <w:sz w:val="22"/>
        </w:rPr>
        <w:t>12:51</w:t>
      </w:r>
    </w:p>
    <w:p>
      <w:pPr>
        <w:spacing w:after="0"/>
      </w:pPr>
      <w:r>
        <w:rPr>
          <w:rFonts w:ascii="Arial" w:hAnsi="Arial"/>
          <w:sz w:val="22"/>
        </w:rPr>
        <w:t>Even the Arctic wildfires sweeping across some of the coldest countries on earth. We've seen a tripling in the extent of wildfire in the western US, California.</w:t>
      </w:r>
    </w:p>
    <w:p>
      <w:pPr>
        <w:spacing w:after="0"/>
      </w:pPr>
    </w:p>
    <w:p>
      <w:pPr>
        <w:spacing w:after="0"/>
      </w:pPr>
      <w:r>
        <w:rPr>
          <w:rFonts w:ascii="Arial" w:hAnsi="Arial"/>
          <w:color w:val="5D7284"/>
          <w:sz w:val="22"/>
        </w:rPr>
        <w:t>13:05</w:t>
      </w:r>
    </w:p>
    <w:p>
      <w:pPr>
        <w:spacing w:after="0"/>
      </w:pPr>
      <w:r>
        <w:rPr>
          <w:rFonts w:ascii="Arial" w:hAnsi="Arial"/>
          <w:sz w:val="22"/>
        </w:rPr>
        <w:t>The FOSS that swept through California last year caused $24 billion worth of damage 106 people lost their lives.</w:t>
      </w:r>
    </w:p>
    <w:p>
      <w:pPr>
        <w:spacing w:after="0"/>
      </w:pPr>
    </w:p>
    <w:p>
      <w:pPr>
        <w:spacing w:after="0"/>
      </w:pPr>
      <w:r>
        <w:rPr>
          <w:rFonts w:ascii="Arial" w:hAnsi="Arial"/>
          <w:color w:val="5D7284"/>
          <w:sz w:val="22"/>
        </w:rPr>
        <w:t>13:17</w:t>
      </w:r>
    </w:p>
    <w:p>
      <w:pPr>
        <w:spacing w:after="0"/>
      </w:pPr>
      <w:r>
        <w:rPr>
          <w:rFonts w:ascii="Arial" w:hAnsi="Arial"/>
          <w:sz w:val="22"/>
        </w:rPr>
        <w:t>We're not just talking about an inconvenience. We're talking about people's lives, their livelihoods, their communities being damaged.</w:t>
      </w:r>
    </w:p>
    <w:p>
      <w:pPr>
        <w:spacing w:after="0"/>
      </w:pPr>
    </w:p>
    <w:p>
      <w:pPr>
        <w:spacing w:after="0"/>
      </w:pPr>
      <w:r>
        <w:rPr>
          <w:rFonts w:ascii="Arial" w:hAnsi="Arial"/>
          <w:color w:val="5D7284"/>
          <w:sz w:val="22"/>
        </w:rPr>
        <w:t>13:26</w:t>
      </w:r>
    </w:p>
    <w:p>
      <w:pPr>
        <w:spacing w:after="0"/>
      </w:pPr>
      <w:r>
        <w:rPr>
          <w:rFonts w:ascii="Arial" w:hAnsi="Arial"/>
          <w:sz w:val="22"/>
        </w:rPr>
        <w:t>ignition source</w:t>
      </w:r>
    </w:p>
    <w:p>
      <w:pPr>
        <w:spacing w:after="0"/>
      </w:pPr>
    </w:p>
    <w:p>
      <w:pPr>
        <w:spacing w:after="0"/>
      </w:pPr>
      <w:r>
        <w:rPr>
          <w:rFonts w:ascii="Arial" w:hAnsi="Arial"/>
          <w:color w:val="5D7284"/>
          <w:sz w:val="22"/>
        </w:rPr>
        <w:t>13:30</w:t>
      </w:r>
    </w:p>
    <w:p>
      <w:pPr>
        <w:spacing w:after="0"/>
      </w:pPr>
      <w:r>
        <w:rPr>
          <w:rFonts w:ascii="Arial" w:hAnsi="Arial"/>
          <w:sz w:val="22"/>
        </w:rPr>
        <w:t>maybe cigarette butts or lightning. And then you need the weather conditions that are conducive to that fire and that fire spray.</w:t>
      </w:r>
    </w:p>
    <w:p>
      <w:pPr>
        <w:spacing w:after="0"/>
      </w:pPr>
    </w:p>
    <w:p>
      <w:pPr>
        <w:spacing w:after="0"/>
      </w:pPr>
      <w:r>
        <w:rPr>
          <w:rFonts w:ascii="Arial" w:hAnsi="Arial"/>
          <w:color w:val="5D7284"/>
          <w:sz w:val="22"/>
        </w:rPr>
        <w:t>13:39</w:t>
      </w:r>
    </w:p>
    <w:p>
      <w:pPr>
        <w:spacing w:after="0"/>
      </w:pPr>
      <w:r>
        <w:rPr>
          <w:rFonts w:ascii="Arial" w:hAnsi="Arial"/>
          <w:sz w:val="22"/>
        </w:rPr>
        <w:t>Your</w:t>
      </w:r>
    </w:p>
    <w:p>
      <w:pPr>
        <w:spacing w:after="0"/>
      </w:pPr>
    </w:p>
    <w:p>
      <w:pPr>
        <w:spacing w:after="0"/>
      </w:pPr>
      <w:r>
        <w:rPr>
          <w:rFonts w:ascii="Arial" w:hAnsi="Arial"/>
          <w:color w:val="5D7284"/>
          <w:sz w:val="22"/>
        </w:rPr>
        <w:t>13:42</w:t>
      </w:r>
    </w:p>
    <w:p>
      <w:pPr>
        <w:spacing w:after="0"/>
      </w:pPr>
      <w:r>
        <w:rPr>
          <w:rFonts w:ascii="Arial" w:hAnsi="Arial"/>
          <w:sz w:val="22"/>
        </w:rPr>
        <w:t>research has shown that the chance of having these very hot, dry conditions has increased as a result of climate change.</w:t>
      </w:r>
    </w:p>
    <w:p>
      <w:pPr>
        <w:spacing w:after="0"/>
      </w:pPr>
    </w:p>
    <w:p>
      <w:pPr>
        <w:spacing w:after="0"/>
      </w:pPr>
      <w:r>
        <w:rPr>
          <w:rFonts w:ascii="Arial" w:hAnsi="Arial"/>
          <w:color w:val="5D7284"/>
          <w:sz w:val="22"/>
        </w:rPr>
        <w:t>13:59</w:t>
      </w:r>
    </w:p>
    <w:p>
      <w:pPr>
        <w:spacing w:after="0"/>
      </w:pPr>
      <w:r>
        <w:rPr>
          <w:rFonts w:ascii="Arial" w:hAnsi="Arial"/>
          <w:sz w:val="22"/>
        </w:rPr>
        <w:t>I was a dead end road so we knew that it was our only option to drive forward. Both sides of the road just completely engulfed in flames are speeding up it's gonna explode</w:t>
      </w:r>
    </w:p>
    <w:p>
      <w:pPr>
        <w:spacing w:after="0"/>
      </w:pPr>
    </w:p>
    <w:p>
      <w:pPr>
        <w:spacing w:after="0"/>
      </w:pPr>
      <w:r>
        <w:rPr>
          <w:rFonts w:ascii="Arial" w:hAnsi="Arial"/>
          <w:color w:val="5D7284"/>
          <w:sz w:val="22"/>
        </w:rPr>
        <w:t>14:13</w:t>
      </w:r>
    </w:p>
    <w:p>
      <w:pPr>
        <w:spacing w:after="0"/>
      </w:pPr>
      <w:r>
        <w:rPr>
          <w:rFonts w:ascii="Arial" w:hAnsi="Arial"/>
          <w:sz w:val="22"/>
        </w:rPr>
        <w:t>we're gonna die we're gonna die and I said how we're going to be fine and help us I stay calm. Oh, I think being a father. You're trying to keep your son calm. To at that point</w:t>
      </w:r>
    </w:p>
    <w:p>
      <w:pPr>
        <w:spacing w:after="0"/>
      </w:pPr>
    </w:p>
    <w:p>
      <w:pPr>
        <w:spacing w:after="0"/>
      </w:pPr>
      <w:r>
        <w:rPr>
          <w:rFonts w:ascii="Arial" w:hAnsi="Arial"/>
          <w:color w:val="5D7284"/>
          <w:sz w:val="22"/>
        </w:rPr>
        <w:t>14:29</w:t>
      </w:r>
    </w:p>
    <w:p>
      <w:pPr>
        <w:spacing w:after="0"/>
      </w:pPr>
      <w:r>
        <w:rPr>
          <w:rFonts w:ascii="Arial" w:hAnsi="Arial"/>
          <w:sz w:val="22"/>
        </w:rPr>
        <w:t>we could hear for easily literally exploded, falling all around us.</w:t>
      </w:r>
    </w:p>
    <w:p>
      <w:pPr>
        <w:spacing w:after="0"/>
      </w:pPr>
    </w:p>
    <w:p>
      <w:pPr>
        <w:spacing w:after="0"/>
      </w:pPr>
      <w:r>
        <w:rPr>
          <w:rFonts w:ascii="Arial" w:hAnsi="Arial"/>
          <w:color w:val="5D7284"/>
          <w:sz w:val="22"/>
        </w:rPr>
        <w:t>14:36</w:t>
      </w:r>
    </w:p>
    <w:p>
      <w:pPr>
        <w:spacing w:after="0"/>
      </w:pPr>
      <w:r>
        <w:rPr>
          <w:rFonts w:ascii="Arial" w:hAnsi="Arial"/>
          <w:sz w:val="22"/>
        </w:rPr>
        <w:t>Large branch and right over the top of the car. The whole talk is burning and we didn't realise there was a tree down that was the moment when I really thought that we might die.</w:t>
      </w:r>
    </w:p>
    <w:p>
      <w:pPr>
        <w:spacing w:after="0"/>
      </w:pPr>
    </w:p>
    <w:p>
      <w:pPr>
        <w:spacing w:after="0"/>
      </w:pPr>
      <w:r>
        <w:rPr>
          <w:rFonts w:ascii="Arial" w:hAnsi="Arial"/>
          <w:color w:val="5D7284"/>
          <w:sz w:val="22"/>
        </w:rPr>
        <w:t>14:55</w:t>
      </w:r>
    </w:p>
    <w:p>
      <w:pPr>
        <w:spacing w:after="0"/>
      </w:pPr>
      <w:r>
        <w:rPr>
          <w:rFonts w:ascii="Arial" w:hAnsi="Arial"/>
          <w:sz w:val="22"/>
        </w:rPr>
        <w:t>To put the car in reverse, I had to drive backwards through everything we had already passed through to the lake shore.</w:t>
      </w:r>
    </w:p>
    <w:p>
      <w:pPr>
        <w:spacing w:after="0"/>
      </w:pPr>
    </w:p>
    <w:p>
      <w:pPr>
        <w:spacing w:after="0"/>
      </w:pPr>
      <w:r>
        <w:rPr>
          <w:rFonts w:ascii="Arial" w:hAnsi="Arial"/>
          <w:color w:val="5D7284"/>
          <w:sz w:val="22"/>
        </w:rPr>
        <w:t>15:02</w:t>
      </w:r>
    </w:p>
    <w:p>
      <w:pPr>
        <w:spacing w:after="0"/>
      </w:pPr>
      <w:r>
        <w:rPr>
          <w:rFonts w:ascii="Arial" w:hAnsi="Arial"/>
          <w:sz w:val="22"/>
        </w:rPr>
        <w:t>In this one little boat was down there watching the fire and we were able to wave them in to help us get out of there.</w:t>
      </w:r>
    </w:p>
    <w:p>
      <w:pPr>
        <w:spacing w:after="0"/>
      </w:pPr>
    </w:p>
    <w:p>
      <w:pPr>
        <w:spacing w:after="0"/>
      </w:pPr>
      <w:r>
        <w:rPr>
          <w:rFonts w:ascii="Arial" w:hAnsi="Arial"/>
          <w:color w:val="5D7284"/>
          <w:sz w:val="22"/>
        </w:rPr>
        <w:t>15:10</w:t>
      </w:r>
    </w:p>
    <w:p>
      <w:pPr>
        <w:spacing w:after="0"/>
      </w:pPr>
      <w:r>
        <w:rPr>
          <w:rFonts w:ascii="Arial" w:hAnsi="Arial"/>
          <w:sz w:val="22"/>
        </w:rPr>
        <w:t>That to me was just a miracle.</w:t>
      </w:r>
    </w:p>
    <w:p>
      <w:pPr>
        <w:spacing w:after="0"/>
      </w:pPr>
    </w:p>
    <w:p>
      <w:pPr>
        <w:spacing w:after="0"/>
      </w:pPr>
      <w:r>
        <w:rPr>
          <w:rFonts w:ascii="Arial" w:hAnsi="Arial"/>
          <w:color w:val="5D7284"/>
          <w:sz w:val="22"/>
        </w:rPr>
        <w:t>15:13</w:t>
      </w:r>
    </w:p>
    <w:p>
      <w:pPr>
        <w:spacing w:after="0"/>
      </w:pPr>
      <w:r>
        <w:rPr>
          <w:rFonts w:ascii="Arial" w:hAnsi="Arial"/>
          <w:sz w:val="22"/>
        </w:rPr>
        <w:t>The intense woodland Inferno on the shoreline</w:t>
      </w:r>
    </w:p>
    <w:p>
      <w:pPr>
        <w:spacing w:after="0"/>
      </w:pPr>
    </w:p>
    <w:p>
      <w:pPr>
        <w:spacing w:after="0"/>
      </w:pPr>
      <w:r>
        <w:rPr>
          <w:rFonts w:ascii="Arial" w:hAnsi="Arial"/>
          <w:color w:val="5D7284"/>
          <w:sz w:val="22"/>
        </w:rPr>
        <w:t>15:19</w:t>
      </w:r>
    </w:p>
    <w:p>
      <w:pPr>
        <w:spacing w:after="0"/>
      </w:pPr>
      <w:r>
        <w:rPr>
          <w:rFonts w:ascii="Arial" w:hAnsi="Arial"/>
          <w:sz w:val="22"/>
        </w:rPr>
        <w:t>but it's not just two extreme heat events that climate change is having an effect. It's changing our weather systems in other ways.</w:t>
      </w:r>
    </w:p>
    <w:p>
      <w:pPr>
        <w:spacing w:after="0"/>
      </w:pPr>
    </w:p>
    <w:p>
      <w:pPr>
        <w:spacing w:after="0"/>
      </w:pPr>
      <w:r>
        <w:rPr>
          <w:rFonts w:ascii="Arial" w:hAnsi="Arial"/>
          <w:color w:val="5D7284"/>
          <w:sz w:val="22"/>
        </w:rPr>
        <w:t>15:30</w:t>
      </w:r>
    </w:p>
    <w:p>
      <w:pPr>
        <w:spacing w:after="0"/>
      </w:pPr>
      <w:r>
        <w:rPr>
          <w:rFonts w:ascii="Arial" w:hAnsi="Arial"/>
          <w:sz w:val="22"/>
        </w:rPr>
        <w:t>Large raindrops.</w:t>
      </w:r>
    </w:p>
    <w:p>
      <w:pPr>
        <w:spacing w:after="0"/>
      </w:pPr>
    </w:p>
    <w:p>
      <w:pPr>
        <w:spacing w:after="0"/>
      </w:pPr>
      <w:r>
        <w:rPr>
          <w:rFonts w:ascii="Arial" w:hAnsi="Arial"/>
          <w:color w:val="5D7284"/>
          <w:sz w:val="22"/>
        </w:rPr>
        <w:t>15:34</w:t>
      </w:r>
    </w:p>
    <w:p>
      <w:pPr>
        <w:spacing w:after="0"/>
      </w:pPr>
      <w:r>
        <w:rPr>
          <w:rFonts w:ascii="Arial" w:hAnsi="Arial"/>
          <w:sz w:val="22"/>
        </w:rPr>
        <w:t>This is a basic result of physics. With a degree Celsius of warming. There's more moisture evaporating off the oceans. When there's more moisture in the air, you're going to get more rain.</w:t>
      </w:r>
    </w:p>
    <w:p>
      <w:pPr>
        <w:spacing w:after="0"/>
      </w:pPr>
    </w:p>
    <w:p>
      <w:pPr>
        <w:spacing w:after="0"/>
      </w:pPr>
      <w:r>
        <w:rPr>
          <w:rFonts w:ascii="Arial" w:hAnsi="Arial"/>
          <w:color w:val="5D7284"/>
          <w:sz w:val="22"/>
        </w:rPr>
        <w:t>15:46</w:t>
      </w:r>
    </w:p>
    <w:p>
      <w:pPr>
        <w:spacing w:after="0"/>
      </w:pPr>
      <w:r>
        <w:rPr>
          <w:rFonts w:ascii="Arial" w:hAnsi="Arial"/>
          <w:sz w:val="22"/>
        </w:rPr>
        <w:t>A wave of rain sweeps fine and free across the countryside.</w:t>
      </w:r>
    </w:p>
    <w:p>
      <w:pPr>
        <w:spacing w:after="0"/>
      </w:pPr>
    </w:p>
    <w:p>
      <w:pPr>
        <w:spacing w:after="0"/>
      </w:pPr>
      <w:r>
        <w:rPr>
          <w:rFonts w:ascii="Arial" w:hAnsi="Arial"/>
          <w:color w:val="5D7284"/>
          <w:sz w:val="22"/>
        </w:rPr>
        <w:t>15:51</w:t>
      </w:r>
    </w:p>
    <w:p>
      <w:pPr>
        <w:spacing w:after="0"/>
      </w:pPr>
      <w:r>
        <w:rPr>
          <w:rFonts w:ascii="Arial" w:hAnsi="Arial"/>
          <w:sz w:val="22"/>
        </w:rPr>
        <w:t>You're going to get super storms and force flooding events.</w:t>
      </w:r>
    </w:p>
    <w:p>
      <w:pPr>
        <w:spacing w:after="0"/>
      </w:pPr>
    </w:p>
    <w:p>
      <w:pPr>
        <w:spacing w:after="0"/>
      </w:pPr>
      <w:r>
        <w:rPr>
          <w:rFonts w:ascii="Arial" w:hAnsi="Arial"/>
          <w:color w:val="5D7284"/>
          <w:sz w:val="22"/>
        </w:rPr>
        <w:t>15:55</w:t>
      </w:r>
    </w:p>
    <w:p>
      <w:pPr>
        <w:spacing w:after="0"/>
      </w:pPr>
      <w:r>
        <w:rPr>
          <w:rFonts w:ascii="Arial" w:hAnsi="Arial"/>
          <w:sz w:val="22"/>
        </w:rPr>
        <w:t>We are seeing the impacts of climate change now. play out in real time. They're no longer such a torrent of water surging into buildings.</w:t>
      </w:r>
    </w:p>
    <w:p>
      <w:pPr>
        <w:spacing w:after="0"/>
      </w:pPr>
    </w:p>
    <w:p>
      <w:pPr>
        <w:spacing w:after="0"/>
      </w:pPr>
      <w:r>
        <w:rPr>
          <w:rFonts w:ascii="Arial" w:hAnsi="Arial"/>
          <w:color w:val="5D7284"/>
          <w:sz w:val="22"/>
        </w:rPr>
        <w:t>16:08</w:t>
      </w:r>
    </w:p>
    <w:p>
      <w:pPr>
        <w:spacing w:after="0"/>
      </w:pPr>
      <w:r>
        <w:rPr>
          <w:rFonts w:ascii="Arial" w:hAnsi="Arial"/>
          <w:sz w:val="22"/>
        </w:rPr>
        <w:t>You've had the worst rain in China. In in Japan you've had the deluge in Kerala.</w:t>
      </w:r>
    </w:p>
    <w:p>
      <w:pPr>
        <w:spacing w:after="0"/>
      </w:pPr>
    </w:p>
    <w:p>
      <w:pPr>
        <w:spacing w:after="0"/>
      </w:pPr>
      <w:r>
        <w:rPr>
          <w:rFonts w:ascii="Arial" w:hAnsi="Arial"/>
          <w:color w:val="5D7284"/>
          <w:sz w:val="22"/>
        </w:rPr>
        <w:t>16:16</w:t>
      </w:r>
    </w:p>
    <w:p>
      <w:pPr>
        <w:spacing w:after="0"/>
      </w:pPr>
      <w:r>
        <w:rPr>
          <w:rFonts w:ascii="Arial" w:hAnsi="Arial"/>
          <w:sz w:val="22"/>
        </w:rPr>
        <w:t>The crisis deepens for hundreds of 1000s in Kerala mostly cardboard be attributed to climate change. Last year's extreme weather events meant that millions of people needed humanitarian aid.</w:t>
      </w:r>
    </w:p>
    <w:p>
      <w:pPr>
        <w:spacing w:after="0"/>
      </w:pPr>
    </w:p>
    <w:p>
      <w:pPr>
        <w:spacing w:after="0"/>
      </w:pPr>
      <w:r>
        <w:rPr>
          <w:rFonts w:ascii="Arial" w:hAnsi="Arial"/>
          <w:color w:val="5D7284"/>
          <w:sz w:val="22"/>
        </w:rPr>
        <w:t>16:36</w:t>
      </w:r>
    </w:p>
    <w:p>
      <w:pPr>
        <w:spacing w:after="0"/>
      </w:pPr>
      <w:r>
        <w:rPr>
          <w:rFonts w:ascii="Arial" w:hAnsi="Arial"/>
          <w:sz w:val="22"/>
        </w:rPr>
        <w:t>join the dots. It's happening. It's happening in your world. It's happening.</w:t>
      </w:r>
    </w:p>
    <w:p>
      <w:pPr>
        <w:spacing w:after="0"/>
      </w:pPr>
    </w:p>
    <w:p>
      <w:pPr>
        <w:spacing w:after="0"/>
      </w:pPr>
      <w:r>
        <w:rPr>
          <w:rFonts w:ascii="Arial" w:hAnsi="Arial"/>
          <w:color w:val="5D7284"/>
          <w:sz w:val="22"/>
        </w:rPr>
        <w:t>16:42</w:t>
      </w:r>
    </w:p>
    <w:p>
      <w:pPr>
        <w:spacing w:after="0"/>
      </w:pPr>
      <w:r>
        <w:rPr>
          <w:rFonts w:ascii="Arial" w:hAnsi="Arial"/>
          <w:sz w:val="22"/>
        </w:rPr>
        <w:t>And let's be very clear about this is going to get much worse.</w:t>
      </w:r>
    </w:p>
    <w:p>
      <w:pPr>
        <w:spacing w:after="0"/>
      </w:pPr>
    </w:p>
    <w:p>
      <w:pPr>
        <w:spacing w:after="0"/>
      </w:pPr>
      <w:r>
        <w:rPr>
          <w:rFonts w:ascii="Arial" w:hAnsi="Arial"/>
          <w:color w:val="5D7284"/>
          <w:sz w:val="22"/>
        </w:rPr>
        <w:t>16:48</w:t>
      </w:r>
    </w:p>
    <w:p>
      <w:pPr>
        <w:spacing w:after="0"/>
      </w:pPr>
      <w:r>
        <w:rPr>
          <w:rFonts w:ascii="Arial" w:hAnsi="Arial"/>
          <w:sz w:val="22"/>
        </w:rPr>
        <w:t>The lorry is blown over on a bridge.</w:t>
      </w:r>
    </w:p>
    <w:p>
      <w:pPr>
        <w:spacing w:after="0"/>
      </w:pPr>
    </w:p>
    <w:p>
      <w:pPr>
        <w:spacing w:after="0"/>
      </w:pPr>
      <w:r>
        <w:rPr>
          <w:rFonts w:ascii="Arial" w:hAnsi="Arial"/>
          <w:color w:val="5D7284"/>
          <w:sz w:val="22"/>
        </w:rPr>
        <w:t>16:53</w:t>
      </w:r>
    </w:p>
    <w:p>
      <w:pPr>
        <w:spacing w:after="0"/>
      </w:pPr>
      <w:r>
        <w:rPr>
          <w:rFonts w:ascii="Arial" w:hAnsi="Arial"/>
          <w:sz w:val="22"/>
        </w:rPr>
        <w:t>Climate change goes far beyond the weather 1000s of miles away and out of sight of most of us. Another threat is building</w:t>
      </w:r>
    </w:p>
    <w:p>
      <w:pPr>
        <w:spacing w:after="0"/>
      </w:pPr>
    </w:p>
    <w:p>
      <w:pPr>
        <w:spacing w:after="0"/>
      </w:pPr>
      <w:r>
        <w:rPr>
          <w:rFonts w:ascii="Arial" w:hAnsi="Arial"/>
          <w:color w:val="5D7284"/>
          <w:sz w:val="22"/>
        </w:rPr>
        <w:t>17:08</w:t>
      </w:r>
    </w:p>
    <w:p>
      <w:pPr>
        <w:spacing w:after="0"/>
      </w:pPr>
      <w:r>
        <w:rPr>
          <w:rFonts w:ascii="Arial" w:hAnsi="Arial"/>
          <w:sz w:val="22"/>
        </w:rPr>
        <w:t>Earth's ice frozen for millennia, is melting.</w:t>
      </w:r>
    </w:p>
    <w:p>
      <w:pPr>
        <w:spacing w:after="0"/>
      </w:pPr>
    </w:p>
    <w:p>
      <w:pPr>
        <w:spacing w:after="0"/>
      </w:pPr>
      <w:r>
        <w:rPr>
          <w:rFonts w:ascii="Arial" w:hAnsi="Arial"/>
          <w:color w:val="5D7284"/>
          <w:sz w:val="22"/>
        </w:rPr>
        <w:t>17:14</w:t>
      </w:r>
    </w:p>
    <w:p>
      <w:pPr>
        <w:spacing w:after="0"/>
      </w:pPr>
      <w:r>
        <w:rPr>
          <w:rFonts w:ascii="Arial" w:hAnsi="Arial"/>
          <w:sz w:val="22"/>
        </w:rPr>
        <w:t>Professor Andrew Shepard Earth's temperature has risen by what most people would think is a small amount of the past century now one degree centigrade and that's too much for sites to withstand a satellite view of Antarctica.</w:t>
      </w:r>
    </w:p>
    <w:p>
      <w:pPr>
        <w:spacing w:after="0"/>
      </w:pPr>
    </w:p>
    <w:p>
      <w:pPr>
        <w:spacing w:after="0"/>
      </w:pPr>
      <w:r>
        <w:rPr>
          <w:rFonts w:ascii="Arial" w:hAnsi="Arial"/>
          <w:color w:val="5D7284"/>
          <w:sz w:val="22"/>
        </w:rPr>
        <w:t>17:33</w:t>
      </w:r>
    </w:p>
    <w:p>
      <w:pPr>
        <w:spacing w:after="0"/>
      </w:pPr>
      <w:r>
        <w:rPr>
          <w:rFonts w:ascii="Arial" w:hAnsi="Arial"/>
          <w:sz w:val="22"/>
        </w:rPr>
        <w:t>In the last year, we've had a global assessment of ice losses from Antarctica and from Greenland. And they tell us that things are worse than we'd expected.</w:t>
      </w:r>
    </w:p>
    <w:p>
      <w:pPr>
        <w:spacing w:after="0"/>
      </w:pPr>
    </w:p>
    <w:p>
      <w:pPr>
        <w:spacing w:after="0"/>
      </w:pPr>
      <w:r>
        <w:rPr>
          <w:rFonts w:ascii="Arial" w:hAnsi="Arial"/>
          <w:color w:val="5D7284"/>
          <w:sz w:val="22"/>
        </w:rPr>
        <w:t>17:45</w:t>
      </w:r>
    </w:p>
    <w:p>
      <w:pPr>
        <w:spacing w:after="0"/>
      </w:pPr>
      <w:r>
        <w:rPr>
          <w:rFonts w:ascii="Arial" w:hAnsi="Arial"/>
          <w:sz w:val="22"/>
        </w:rPr>
        <w:t>The Greenland ice sheet is melting.</w:t>
      </w:r>
    </w:p>
    <w:p>
      <w:pPr>
        <w:spacing w:after="0"/>
      </w:pPr>
    </w:p>
    <w:p>
      <w:pPr>
        <w:spacing w:after="0"/>
      </w:pPr>
      <w:r>
        <w:rPr>
          <w:rFonts w:ascii="Arial" w:hAnsi="Arial"/>
          <w:color w:val="5D7284"/>
          <w:sz w:val="22"/>
        </w:rPr>
        <w:t>17:48</w:t>
      </w:r>
    </w:p>
    <w:p>
      <w:pPr>
        <w:spacing w:after="0"/>
      </w:pPr>
      <w:r>
        <w:rPr>
          <w:rFonts w:ascii="Arial" w:hAnsi="Arial"/>
          <w:sz w:val="22"/>
        </w:rPr>
        <w:t>It's lost 4 trillion tonnes of ice. It's losing five times as much ice today as it was 25 years ago.</w:t>
      </w:r>
    </w:p>
    <w:p>
      <w:pPr>
        <w:spacing w:after="0"/>
      </w:pPr>
    </w:p>
    <w:p>
      <w:pPr>
        <w:spacing w:after="0"/>
      </w:pPr>
      <w:r>
        <w:rPr>
          <w:rFonts w:ascii="Arial" w:hAnsi="Arial"/>
          <w:color w:val="5D7284"/>
          <w:sz w:val="22"/>
        </w:rPr>
        <w:t>17:59</w:t>
      </w:r>
    </w:p>
    <w:p>
      <w:pPr>
        <w:spacing w:after="0"/>
      </w:pPr>
      <w:r>
        <w:rPr>
          <w:rFonts w:ascii="Arial" w:hAnsi="Arial"/>
          <w:sz w:val="22"/>
        </w:rPr>
        <w:t>If you go to the southern hemisphere in the past, most of the models predicted that Antarctica would grow. That's not the case at all because losing three times as much ice today as it was 25 years ago.</w:t>
      </w:r>
    </w:p>
    <w:p>
      <w:pPr>
        <w:spacing w:after="0"/>
      </w:pPr>
    </w:p>
    <w:p>
      <w:pPr>
        <w:spacing w:after="0"/>
      </w:pPr>
      <w:r>
        <w:rPr>
          <w:rFonts w:ascii="Arial" w:hAnsi="Arial"/>
          <w:color w:val="5D7284"/>
          <w:sz w:val="22"/>
        </w:rPr>
        <w:t>18:16</w:t>
      </w:r>
    </w:p>
    <w:p>
      <w:pPr>
        <w:spacing w:after="0"/>
      </w:pPr>
      <w:r>
        <w:rPr>
          <w:rFonts w:ascii="Arial" w:hAnsi="Arial"/>
          <w:sz w:val="22"/>
        </w:rPr>
        <w:t>Then I thought to get really small changes in ocean temperature in particular melt a lot of ice.</w:t>
      </w:r>
    </w:p>
    <w:p>
      <w:pPr>
        <w:spacing w:after="0"/>
      </w:pPr>
    </w:p>
    <w:p>
      <w:pPr>
        <w:spacing w:after="0"/>
      </w:pPr>
      <w:r>
        <w:rPr>
          <w:rFonts w:ascii="Arial" w:hAnsi="Arial"/>
          <w:color w:val="5D7284"/>
          <w:sz w:val="22"/>
        </w:rPr>
        <w:t>18:21</w:t>
      </w:r>
    </w:p>
    <w:p>
      <w:pPr>
        <w:spacing w:after="0"/>
      </w:pPr>
      <w:r>
        <w:rPr>
          <w:rFonts w:ascii="Arial" w:hAnsi="Arial"/>
          <w:sz w:val="22"/>
        </w:rPr>
        <w:t>The ocean was only about half a degree centigrade warmer than it should be.</w:t>
      </w:r>
    </w:p>
    <w:p>
      <w:pPr>
        <w:spacing w:after="0"/>
      </w:pPr>
    </w:p>
    <w:p>
      <w:pPr>
        <w:spacing w:after="0"/>
      </w:pPr>
      <w:r>
        <w:rPr>
          <w:rFonts w:ascii="Arial" w:hAnsi="Arial"/>
          <w:color w:val="5D7284"/>
          <w:sz w:val="22"/>
        </w:rPr>
        <w:t>18:27</w:t>
      </w:r>
    </w:p>
    <w:p>
      <w:pPr>
        <w:spacing w:after="0"/>
      </w:pPr>
      <w:r>
        <w:rPr>
          <w:rFonts w:ascii="Arial" w:hAnsi="Arial"/>
          <w:sz w:val="22"/>
        </w:rPr>
        <w:t>But that's melting colossal amounts of ice from enormous gaseous parts of a glass to crashing into the sea.</w:t>
      </w:r>
    </w:p>
    <w:p>
      <w:pPr>
        <w:spacing w:after="0"/>
      </w:pPr>
    </w:p>
    <w:p>
      <w:pPr>
        <w:spacing w:after="0"/>
      </w:pPr>
      <w:r>
        <w:rPr>
          <w:rFonts w:ascii="Arial" w:hAnsi="Arial"/>
          <w:color w:val="5D7284"/>
          <w:sz w:val="22"/>
        </w:rPr>
        <w:t>18:37</w:t>
      </w:r>
    </w:p>
    <w:p>
      <w:pPr>
        <w:spacing w:after="0"/>
      </w:pPr>
      <w:r>
        <w:rPr>
          <w:rFonts w:ascii="Arial" w:hAnsi="Arial"/>
          <w:sz w:val="22"/>
        </w:rPr>
        <w:t>The water it melts from the ice sheets, ends up in one place. And that's the oceans and that's when it starts to affect people around the rest of the planet.</w:t>
      </w:r>
    </w:p>
    <w:p>
      <w:pPr>
        <w:spacing w:after="0"/>
      </w:pPr>
    </w:p>
    <w:p>
      <w:pPr>
        <w:spacing w:after="0"/>
      </w:pPr>
      <w:r>
        <w:rPr>
          <w:rFonts w:ascii="Arial" w:hAnsi="Arial"/>
          <w:color w:val="5D7284"/>
          <w:sz w:val="22"/>
        </w:rPr>
        <w:t>18:48</w:t>
      </w:r>
    </w:p>
    <w:p>
      <w:pPr>
        <w:spacing w:after="0"/>
      </w:pPr>
      <w:r>
        <w:rPr>
          <w:rFonts w:ascii="Arial" w:hAnsi="Arial"/>
          <w:sz w:val="22"/>
        </w:rPr>
        <w:t>Sea level has been stable for several 1000 years.</w:t>
      </w:r>
    </w:p>
    <w:p>
      <w:pPr>
        <w:spacing w:after="0"/>
      </w:pPr>
    </w:p>
    <w:p>
      <w:pPr>
        <w:spacing w:after="0"/>
      </w:pPr>
      <w:r>
        <w:rPr>
          <w:rFonts w:ascii="Arial" w:hAnsi="Arial"/>
          <w:color w:val="5D7284"/>
          <w:sz w:val="22"/>
        </w:rPr>
        <w:t>18:53</w:t>
      </w:r>
    </w:p>
    <w:p>
      <w:pPr>
        <w:spacing w:after="0"/>
      </w:pPr>
      <w:r>
        <w:rPr>
          <w:rFonts w:ascii="Arial" w:hAnsi="Arial"/>
          <w:sz w:val="22"/>
        </w:rPr>
        <w:t>But if the ice sheets moves, icebergs faster and faster. To the ocean and sea level goes up.</w:t>
      </w:r>
    </w:p>
    <w:p>
      <w:pPr>
        <w:spacing w:after="0"/>
      </w:pPr>
    </w:p>
    <w:p>
      <w:pPr>
        <w:spacing w:after="0"/>
      </w:pPr>
      <w:r>
        <w:rPr>
          <w:rFonts w:ascii="Arial" w:hAnsi="Arial"/>
          <w:color w:val="5D7284"/>
          <w:sz w:val="22"/>
        </w:rPr>
        <w:t>19:04</w:t>
      </w:r>
    </w:p>
    <w:p>
      <w:pPr>
        <w:spacing w:after="0"/>
      </w:pPr>
      <w:r>
        <w:rPr>
          <w:rFonts w:ascii="Arial" w:hAnsi="Arial"/>
          <w:sz w:val="22"/>
        </w:rPr>
        <w:t>We know that sea level has already risen by about 20 centimetres in the last 100 years.</w:t>
      </w:r>
    </w:p>
    <w:p>
      <w:pPr>
        <w:spacing w:after="0"/>
      </w:pPr>
    </w:p>
    <w:p>
      <w:pPr>
        <w:spacing w:after="0"/>
      </w:pPr>
      <w:r>
        <w:rPr>
          <w:rFonts w:ascii="Arial" w:hAnsi="Arial"/>
          <w:color w:val="5D7284"/>
          <w:sz w:val="22"/>
        </w:rPr>
        <w:t>19:11</w:t>
      </w:r>
    </w:p>
    <w:p>
      <w:pPr>
        <w:spacing w:after="0"/>
      </w:pPr>
      <w:r>
        <w:rPr>
          <w:rFonts w:ascii="Arial" w:hAnsi="Arial"/>
          <w:sz w:val="22"/>
        </w:rPr>
        <w:t>Children run away as a wave rolls up a beach towards properties.</w:t>
      </w:r>
    </w:p>
    <w:p>
      <w:pPr>
        <w:spacing w:after="0"/>
      </w:pPr>
    </w:p>
    <w:p>
      <w:pPr>
        <w:spacing w:after="0"/>
      </w:pPr>
      <w:r>
        <w:rPr>
          <w:rFonts w:ascii="Arial" w:hAnsi="Arial"/>
          <w:color w:val="5D7284"/>
          <w:sz w:val="22"/>
        </w:rPr>
        <w:t>19:18</w:t>
      </w:r>
    </w:p>
    <w:p>
      <w:pPr>
        <w:spacing w:after="0"/>
      </w:pPr>
      <w:r>
        <w:rPr>
          <w:rFonts w:ascii="Arial" w:hAnsi="Arial"/>
          <w:sz w:val="22"/>
        </w:rPr>
        <w:t>Rising seas are displacing hundreds of 1000s of people from already vulnerable coastal areas in the South Pacific, Indonesia, Bangladesh collapse Petion battle.</w:t>
      </w:r>
    </w:p>
    <w:p>
      <w:pPr>
        <w:spacing w:after="0"/>
      </w:pPr>
    </w:p>
    <w:p>
      <w:pPr>
        <w:spacing w:after="0"/>
      </w:pPr>
      <w:r>
        <w:rPr>
          <w:rFonts w:ascii="Arial" w:hAnsi="Arial"/>
          <w:color w:val="5D7284"/>
          <w:sz w:val="22"/>
        </w:rPr>
        <w:t>19:35</w:t>
      </w:r>
    </w:p>
    <w:p>
      <w:pPr>
        <w:spacing w:after="0"/>
      </w:pPr>
      <w:r>
        <w:rPr>
          <w:rFonts w:ascii="Arial" w:hAnsi="Arial"/>
          <w:sz w:val="22"/>
        </w:rPr>
        <w:t>The impact on families is going to be something that I don't think we could ever prepare for.</w:t>
      </w:r>
    </w:p>
    <w:p>
      <w:pPr>
        <w:spacing w:after="0"/>
      </w:pPr>
    </w:p>
    <w:p>
      <w:pPr>
        <w:spacing w:after="0"/>
      </w:pPr>
      <w:r>
        <w:rPr>
          <w:rFonts w:ascii="Arial" w:hAnsi="Arial"/>
          <w:color w:val="5D7284"/>
          <w:sz w:val="22"/>
        </w:rPr>
        <w:t>19:42</w:t>
      </w:r>
    </w:p>
    <w:p>
      <w:pPr>
        <w:spacing w:after="0"/>
      </w:pPr>
      <w:r>
        <w:rPr>
          <w:rFonts w:ascii="Arial" w:hAnsi="Arial"/>
          <w:sz w:val="22"/>
        </w:rPr>
        <w:t>In the United States, Louisiana is on the front line of this climate crisis. It's losing land at one of the fastest rates on the planet.</w:t>
      </w:r>
    </w:p>
    <w:p>
      <w:pPr>
        <w:spacing w:after="0"/>
      </w:pPr>
    </w:p>
    <w:p>
      <w:pPr>
        <w:spacing w:after="0"/>
      </w:pPr>
      <w:r>
        <w:rPr>
          <w:rFonts w:ascii="Arial" w:hAnsi="Arial"/>
          <w:color w:val="5D7284"/>
          <w:sz w:val="22"/>
        </w:rPr>
        <w:t>19:52</w:t>
      </w:r>
    </w:p>
    <w:p>
      <w:pPr>
        <w:spacing w:after="0"/>
      </w:pPr>
      <w:r>
        <w:rPr>
          <w:rFonts w:ascii="Arial" w:hAnsi="Arial"/>
          <w:sz w:val="22"/>
        </w:rPr>
        <w:t>At about the rate of a football field every 45 minutes.</w:t>
      </w:r>
    </w:p>
    <w:p>
      <w:pPr>
        <w:spacing w:after="0"/>
      </w:pPr>
    </w:p>
    <w:p>
      <w:pPr>
        <w:spacing w:after="0"/>
      </w:pPr>
      <w:r>
        <w:rPr>
          <w:rFonts w:ascii="Arial" w:hAnsi="Arial"/>
          <w:color w:val="5D7284"/>
          <w:sz w:val="22"/>
        </w:rPr>
        <w:t>19:56</w:t>
      </w:r>
    </w:p>
    <w:p>
      <w:pPr>
        <w:spacing w:after="0"/>
      </w:pPr>
      <w:r>
        <w:rPr>
          <w:rFonts w:ascii="Arial" w:hAnsi="Arial"/>
          <w:sz w:val="22"/>
        </w:rPr>
        <w:t>aerial footage of water encroaching on land.</w:t>
      </w:r>
    </w:p>
    <w:p>
      <w:pPr>
        <w:spacing w:after="0"/>
      </w:pPr>
    </w:p>
    <w:p>
      <w:pPr>
        <w:spacing w:after="0"/>
      </w:pPr>
      <w:r>
        <w:rPr>
          <w:rFonts w:ascii="Arial" w:hAnsi="Arial"/>
          <w:color w:val="5D7284"/>
          <w:sz w:val="22"/>
        </w:rPr>
        <w:t>20:01</w:t>
      </w:r>
    </w:p>
    <w:p>
      <w:pPr>
        <w:spacing w:after="0"/>
      </w:pPr>
      <w:r>
        <w:rPr>
          <w:rFonts w:ascii="Arial" w:hAnsi="Arial"/>
          <w:sz w:val="22"/>
        </w:rPr>
        <w:t>The elder show was once home to 400 people that subsistence tours by oil and gas extraction, and now rising seas means that in the last six decades has disappeared.</w:t>
      </w:r>
    </w:p>
    <w:p>
      <w:pPr>
        <w:spacing w:after="0"/>
      </w:pPr>
    </w:p>
    <w:p>
      <w:pPr>
        <w:spacing w:after="0"/>
      </w:pPr>
      <w:r>
        <w:rPr>
          <w:rFonts w:ascii="Arial" w:hAnsi="Arial"/>
          <w:color w:val="5D7284"/>
          <w:sz w:val="22"/>
        </w:rPr>
        <w:t>20:19</w:t>
      </w:r>
    </w:p>
    <w:p>
      <w:pPr>
        <w:spacing w:after="0"/>
      </w:pPr>
      <w:r>
        <w:rPr>
          <w:rFonts w:ascii="Arial" w:hAnsi="Arial"/>
          <w:sz w:val="22"/>
        </w:rPr>
        <w:t>Before this was all</w:t>
      </w:r>
    </w:p>
    <w:p>
      <w:pPr>
        <w:spacing w:after="0"/>
      </w:pPr>
    </w:p>
    <w:p>
      <w:pPr>
        <w:spacing w:after="0"/>
      </w:pPr>
      <w:r>
        <w:rPr>
          <w:rFonts w:ascii="Arial" w:hAnsi="Arial"/>
          <w:color w:val="5D7284"/>
          <w:sz w:val="22"/>
        </w:rPr>
        <w:t>20:25</w:t>
      </w:r>
    </w:p>
    <w:p>
      <w:pPr>
        <w:spacing w:after="0"/>
      </w:pPr>
      <w:r>
        <w:rPr>
          <w:rFonts w:ascii="Arial" w:hAnsi="Arial"/>
          <w:sz w:val="22"/>
        </w:rPr>
        <w:t>but due to sea level rise slowly but surely is washing away.</w:t>
      </w:r>
    </w:p>
    <w:p>
      <w:pPr>
        <w:spacing w:after="0"/>
      </w:pPr>
    </w:p>
    <w:p>
      <w:pPr>
        <w:spacing w:after="0"/>
      </w:pPr>
      <w:r>
        <w:rPr>
          <w:rFonts w:ascii="Arial" w:hAnsi="Arial"/>
          <w:color w:val="5D7284"/>
          <w:sz w:val="22"/>
        </w:rPr>
        <w:t>20:31</w:t>
      </w:r>
    </w:p>
    <w:p>
      <w:pPr>
        <w:spacing w:after="0"/>
      </w:pPr>
      <w:r>
        <w:rPr>
          <w:rFonts w:ascii="Arial" w:hAnsi="Arial"/>
          <w:sz w:val="22"/>
        </w:rPr>
        <w:t>A road flanked by miles of water buildings in a state of disrepair. Chief Albert Nucky and gets out of the car to look around.</w:t>
      </w:r>
    </w:p>
    <w:p>
      <w:pPr>
        <w:spacing w:after="0"/>
      </w:pPr>
    </w:p>
    <w:p>
      <w:pPr>
        <w:spacing w:after="0"/>
      </w:pPr>
      <w:r>
        <w:rPr>
          <w:rFonts w:ascii="Arial" w:hAnsi="Arial"/>
          <w:color w:val="5D7284"/>
          <w:sz w:val="22"/>
        </w:rPr>
        <w:t>20:42</w:t>
      </w:r>
    </w:p>
    <w:p>
      <w:pPr>
        <w:spacing w:after="0"/>
      </w:pPr>
      <w:r>
        <w:rPr>
          <w:rFonts w:ascii="Arial" w:hAnsi="Arial"/>
          <w:sz w:val="22"/>
        </w:rPr>
        <w:t>We look at that in the areas where I was born in 1946 tool grasses in the wind very, very excited to see what happened to my mom and dad's home and why did they raise us that I want to finish my life as well over here an abandoned house on stilts.</w:t>
      </w:r>
    </w:p>
    <w:p>
      <w:pPr>
        <w:spacing w:after="0"/>
      </w:pPr>
    </w:p>
    <w:p>
      <w:pPr>
        <w:spacing w:after="0"/>
      </w:pPr>
      <w:r>
        <w:rPr>
          <w:rFonts w:ascii="Arial" w:hAnsi="Arial"/>
          <w:color w:val="5D7284"/>
          <w:sz w:val="22"/>
        </w:rPr>
        <w:t>21:11</w:t>
      </w:r>
    </w:p>
    <w:p>
      <w:pPr>
        <w:spacing w:after="0"/>
      </w:pPr>
      <w:r>
        <w:rPr>
          <w:rFonts w:ascii="Arial" w:hAnsi="Arial"/>
          <w:sz w:val="22"/>
        </w:rPr>
        <w:t>For the people on Neil digital Charles, they are running out of options.</w:t>
      </w:r>
    </w:p>
    <w:p>
      <w:pPr>
        <w:spacing w:after="0"/>
      </w:pPr>
    </w:p>
    <w:p>
      <w:pPr>
        <w:spacing w:after="0"/>
      </w:pPr>
      <w:r>
        <w:rPr>
          <w:rFonts w:ascii="Arial" w:hAnsi="Arial"/>
          <w:color w:val="5D7284"/>
          <w:sz w:val="22"/>
        </w:rPr>
        <w:t>21:18</w:t>
      </w:r>
    </w:p>
    <w:p>
      <w:pPr>
        <w:spacing w:after="0"/>
      </w:pPr>
      <w:r>
        <w:rPr>
          <w:rFonts w:ascii="Arial" w:hAnsi="Arial"/>
          <w:sz w:val="22"/>
        </w:rPr>
        <w:t>Now what we see is just 10% of what needs to be there in a push chair left behind.</w:t>
      </w:r>
    </w:p>
    <w:p>
      <w:pPr>
        <w:spacing w:after="0"/>
      </w:pPr>
    </w:p>
    <w:p>
      <w:pPr>
        <w:spacing w:after="0"/>
      </w:pPr>
      <w:r>
        <w:rPr>
          <w:rFonts w:ascii="Arial" w:hAnsi="Arial"/>
          <w:color w:val="5D7284"/>
          <w:sz w:val="22"/>
        </w:rPr>
        <w:t>21:27</w:t>
      </w:r>
    </w:p>
    <w:p>
      <w:pPr>
        <w:spacing w:after="0"/>
      </w:pPr>
      <w:r>
        <w:rPr>
          <w:rFonts w:ascii="Arial" w:hAnsi="Arial"/>
          <w:sz w:val="22"/>
        </w:rPr>
        <w:t>We have been working with the state to move an entire community. This is the first time the federal government of the United States has offered dollars for the relocation of folks due to climate change.</w:t>
      </w:r>
    </w:p>
    <w:p>
      <w:pPr>
        <w:spacing w:after="0"/>
      </w:pPr>
    </w:p>
    <w:p>
      <w:pPr>
        <w:spacing w:after="0"/>
      </w:pPr>
      <w:r>
        <w:rPr>
          <w:rFonts w:ascii="Arial" w:hAnsi="Arial"/>
          <w:color w:val="5D7284"/>
          <w:sz w:val="22"/>
        </w:rPr>
        <w:t>21:41</w:t>
      </w:r>
    </w:p>
    <w:p>
      <w:pPr>
        <w:spacing w:after="0"/>
      </w:pPr>
      <w:r>
        <w:rPr>
          <w:rFonts w:ascii="Arial" w:hAnsi="Arial"/>
          <w:sz w:val="22"/>
        </w:rPr>
        <w:t>When it comes to relocation This is the only place that ever known as home.</w:t>
      </w:r>
    </w:p>
    <w:p>
      <w:pPr>
        <w:spacing w:after="0"/>
      </w:pPr>
    </w:p>
    <w:p>
      <w:pPr>
        <w:spacing w:after="0"/>
      </w:pPr>
      <w:r>
        <w:rPr>
          <w:rFonts w:ascii="Arial" w:hAnsi="Arial"/>
          <w:color w:val="5D7284"/>
          <w:sz w:val="22"/>
        </w:rPr>
        <w:t>21:47</w:t>
      </w:r>
    </w:p>
    <w:p>
      <w:pPr>
        <w:spacing w:after="0"/>
      </w:pPr>
      <w:r>
        <w:rPr>
          <w:rFonts w:ascii="Arial" w:hAnsi="Arial"/>
          <w:sz w:val="22"/>
        </w:rPr>
        <w:t>I don't want to abandon it. I don't want to forget it.</w:t>
      </w:r>
    </w:p>
    <w:p>
      <w:pPr>
        <w:spacing w:after="0"/>
      </w:pPr>
    </w:p>
    <w:p>
      <w:pPr>
        <w:spacing w:after="0"/>
      </w:pPr>
      <w:r>
        <w:rPr>
          <w:rFonts w:ascii="Arial" w:hAnsi="Arial"/>
          <w:color w:val="5D7284"/>
          <w:sz w:val="22"/>
        </w:rPr>
        <w:t>21:51</w:t>
      </w:r>
    </w:p>
    <w:p>
      <w:pPr>
        <w:spacing w:after="0"/>
      </w:pPr>
      <w:r>
        <w:rPr>
          <w:rFonts w:ascii="Arial" w:hAnsi="Arial"/>
          <w:sz w:val="22"/>
        </w:rPr>
        <w:t>Chris and Juliet Brene</w:t>
      </w:r>
    </w:p>
    <w:p>
      <w:pPr>
        <w:spacing w:after="0"/>
      </w:pPr>
    </w:p>
    <w:p>
      <w:pPr>
        <w:spacing w:after="0"/>
      </w:pPr>
      <w:r>
        <w:rPr>
          <w:rFonts w:ascii="Arial" w:hAnsi="Arial"/>
          <w:color w:val="5D7284"/>
          <w:sz w:val="22"/>
        </w:rPr>
        <w:t>21:56</w:t>
      </w:r>
    </w:p>
    <w:p>
      <w:pPr>
        <w:spacing w:after="0"/>
      </w:pPr>
      <w:r>
        <w:rPr>
          <w:rFonts w:ascii="Arial" w:hAnsi="Arial"/>
          <w:sz w:val="22"/>
        </w:rPr>
        <w:t>will say that this land that we're living on won't be here and 20 years from now. Hey, that's kind of hard to you know, think about like where you grew up, and you're going to be here anymore.</w:t>
      </w:r>
    </w:p>
    <w:p>
      <w:pPr>
        <w:spacing w:after="0"/>
      </w:pPr>
    </w:p>
    <w:p>
      <w:pPr>
        <w:spacing w:after="0"/>
      </w:pPr>
      <w:r>
        <w:rPr>
          <w:rFonts w:ascii="Arial" w:hAnsi="Arial"/>
          <w:color w:val="5D7284"/>
          <w:sz w:val="22"/>
        </w:rPr>
        <w:t>22:10</w:t>
      </w:r>
    </w:p>
    <w:p>
      <w:pPr>
        <w:spacing w:after="0"/>
      </w:pPr>
      <w:r>
        <w:rPr>
          <w:rFonts w:ascii="Arial" w:hAnsi="Arial"/>
          <w:sz w:val="22"/>
        </w:rPr>
        <w:t>The residents of Ilja John Charles, have been labelled as the first climate refugees in the United States. And that may be true, but what we know for sure is that they won't be the last a fearful travelling on the road.</w:t>
      </w:r>
    </w:p>
    <w:p>
      <w:pPr>
        <w:spacing w:after="0"/>
      </w:pPr>
    </w:p>
    <w:p>
      <w:pPr>
        <w:spacing w:after="0"/>
      </w:pPr>
      <w:r>
        <w:rPr>
          <w:rFonts w:ascii="Arial" w:hAnsi="Arial"/>
          <w:color w:val="5D7284"/>
          <w:sz w:val="22"/>
        </w:rPr>
        <w:t>22:26</w:t>
      </w:r>
    </w:p>
    <w:p>
      <w:pPr>
        <w:spacing w:after="0"/>
      </w:pPr>
      <w:r>
        <w:rPr>
          <w:rFonts w:ascii="Arial" w:hAnsi="Arial"/>
          <w:sz w:val="22"/>
        </w:rPr>
        <w:t>Sea levels are not only increased by melting ice</w:t>
      </w:r>
    </w:p>
    <w:p>
      <w:pPr>
        <w:spacing w:after="0"/>
      </w:pPr>
    </w:p>
    <w:p>
      <w:pPr>
        <w:spacing w:after="0"/>
      </w:pPr>
      <w:r>
        <w:rPr>
          <w:rFonts w:ascii="Arial" w:hAnsi="Arial"/>
          <w:color w:val="5D7284"/>
          <w:sz w:val="22"/>
        </w:rPr>
        <w:t>22:35</w:t>
      </w:r>
    </w:p>
    <w:p>
      <w:pPr>
        <w:spacing w:after="0"/>
      </w:pPr>
      <w:r>
        <w:rPr>
          <w:rFonts w:ascii="Arial" w:hAnsi="Arial"/>
          <w:sz w:val="22"/>
        </w:rPr>
        <w:t>the world's oceans are expanding because they're getting warmer.</w:t>
      </w:r>
    </w:p>
    <w:p>
      <w:pPr>
        <w:spacing w:after="0"/>
      </w:pPr>
    </w:p>
    <w:p>
      <w:pPr>
        <w:spacing w:after="0"/>
      </w:pPr>
      <w:r>
        <w:rPr>
          <w:rFonts w:ascii="Arial" w:hAnsi="Arial"/>
          <w:color w:val="5D7284"/>
          <w:sz w:val="22"/>
        </w:rPr>
        <w:t>22:42</w:t>
      </w:r>
    </w:p>
    <w:p>
      <w:pPr>
        <w:spacing w:after="0"/>
      </w:pPr>
      <w:r>
        <w:rPr>
          <w:rFonts w:ascii="Arial" w:hAnsi="Arial"/>
          <w:sz w:val="22"/>
        </w:rPr>
        <w:t>Over 90% of the increase heat trapped in our atmosphere has been stored in the oceans.</w:t>
      </w:r>
    </w:p>
    <w:p>
      <w:pPr>
        <w:spacing w:after="0"/>
      </w:pPr>
    </w:p>
    <w:p>
      <w:pPr>
        <w:spacing w:after="0"/>
      </w:pPr>
      <w:r>
        <w:rPr>
          <w:rFonts w:ascii="Arial" w:hAnsi="Arial"/>
          <w:color w:val="5D7284"/>
          <w:sz w:val="22"/>
        </w:rPr>
        <w:t>22:52</w:t>
      </w:r>
    </w:p>
    <w:p>
      <w:pPr>
        <w:spacing w:after="0"/>
      </w:pPr>
      <w:r>
        <w:rPr>
          <w:rFonts w:ascii="Arial" w:hAnsi="Arial"/>
          <w:sz w:val="22"/>
        </w:rPr>
        <w:t>I've witnessed the devastating effect this is having.</w:t>
      </w:r>
    </w:p>
    <w:p>
      <w:pPr>
        <w:spacing w:after="0"/>
      </w:pPr>
    </w:p>
    <w:p>
      <w:pPr>
        <w:spacing w:after="0"/>
      </w:pPr>
      <w:r>
        <w:rPr>
          <w:rFonts w:ascii="Arial" w:hAnsi="Arial"/>
          <w:color w:val="5D7284"/>
          <w:sz w:val="22"/>
        </w:rPr>
        <w:t>22:57</w:t>
      </w:r>
    </w:p>
    <w:p>
      <w:pPr>
        <w:spacing w:after="0"/>
      </w:pPr>
      <w:r>
        <w:rPr>
          <w:rFonts w:ascii="Arial" w:hAnsi="Arial"/>
          <w:sz w:val="22"/>
        </w:rPr>
        <w:t>In the last three years, repeated heat stress has caused a third of the world's corals to first breach and then die.</w:t>
      </w:r>
    </w:p>
    <w:p>
      <w:pPr>
        <w:spacing w:after="0"/>
      </w:pPr>
    </w:p>
    <w:p>
      <w:pPr>
        <w:spacing w:after="0"/>
      </w:pPr>
      <w:r>
        <w:rPr>
          <w:rFonts w:ascii="Arial" w:hAnsi="Arial"/>
          <w:color w:val="5D7284"/>
          <w:sz w:val="22"/>
        </w:rPr>
        <w:t>23:09</w:t>
      </w:r>
    </w:p>
    <w:p>
      <w:pPr>
        <w:spacing w:after="0"/>
      </w:pPr>
      <w:r>
        <w:rPr>
          <w:rFonts w:ascii="Arial" w:hAnsi="Arial"/>
          <w:sz w:val="22"/>
        </w:rPr>
        <w:t>Michael Mann our generation is going to be responsible for the loss of when the most majestic ecosystems on the face of the earth.</w:t>
      </w:r>
    </w:p>
    <w:p>
      <w:pPr>
        <w:spacing w:after="0"/>
      </w:pPr>
    </w:p>
    <w:p>
      <w:pPr>
        <w:spacing w:after="0"/>
      </w:pPr>
      <w:r>
        <w:rPr>
          <w:rFonts w:ascii="Arial" w:hAnsi="Arial"/>
          <w:color w:val="5D7284"/>
          <w:sz w:val="22"/>
        </w:rPr>
        <w:t>23:22</w:t>
      </w:r>
    </w:p>
    <w:p>
      <w:pPr>
        <w:spacing w:after="0"/>
      </w:pPr>
      <w:r>
        <w:rPr>
          <w:rFonts w:ascii="Arial" w:hAnsi="Arial"/>
          <w:sz w:val="22"/>
        </w:rPr>
        <w:t>literally watching the death of this natural wonder</w:t>
      </w:r>
    </w:p>
    <w:p>
      <w:pPr>
        <w:spacing w:after="0"/>
      </w:pPr>
    </w:p>
    <w:p>
      <w:pPr>
        <w:spacing w:after="0"/>
      </w:pPr>
      <w:r>
        <w:rPr>
          <w:rFonts w:ascii="Arial" w:hAnsi="Arial"/>
          <w:color w:val="5D7284"/>
          <w:sz w:val="22"/>
        </w:rPr>
        <w:t>23:30</w:t>
      </w:r>
    </w:p>
    <w:p>
      <w:pPr>
        <w:spacing w:after="0"/>
      </w:pPr>
      <w:r>
        <w:rPr>
          <w:rFonts w:ascii="Arial" w:hAnsi="Arial"/>
          <w:sz w:val="22"/>
        </w:rPr>
        <w:t>in many ways, what's happening across the world doesn't come as a surprise.</w:t>
      </w:r>
    </w:p>
    <w:p>
      <w:pPr>
        <w:spacing w:after="0"/>
      </w:pPr>
    </w:p>
    <w:p>
      <w:pPr>
        <w:spacing w:after="0"/>
      </w:pPr>
      <w:r>
        <w:rPr>
          <w:rFonts w:ascii="Arial" w:hAnsi="Arial"/>
          <w:color w:val="5D7284"/>
          <w:sz w:val="22"/>
        </w:rPr>
        <w:t>23:37</w:t>
      </w:r>
    </w:p>
    <w:p>
      <w:pPr>
        <w:spacing w:after="0"/>
      </w:pPr>
      <w:r>
        <w:rPr>
          <w:rFonts w:ascii="Arial" w:hAnsi="Arial"/>
          <w:sz w:val="22"/>
        </w:rPr>
        <w:t>Much of what we are now experiencing scientists warned about over 30 years ago</w:t>
      </w:r>
    </w:p>
    <w:p>
      <w:pPr>
        <w:spacing w:after="0"/>
      </w:pPr>
    </w:p>
    <w:p>
      <w:pPr>
        <w:spacing w:after="0"/>
      </w:pPr>
      <w:r>
        <w:rPr>
          <w:rFonts w:ascii="Arial" w:hAnsi="Arial"/>
          <w:color w:val="5D7284"/>
          <w:sz w:val="22"/>
        </w:rPr>
        <w:t>23:46</w:t>
      </w:r>
    </w:p>
    <w:p>
      <w:pPr>
        <w:spacing w:after="0"/>
      </w:pPr>
      <w:r>
        <w:rPr>
          <w:rFonts w:ascii="Arial" w:hAnsi="Arial"/>
          <w:sz w:val="22"/>
        </w:rPr>
        <w:t>what we're seeing at the moment is exactly what we predicted. What I'd like to do today is to start with Dr. James Hansen in the summer of 1988. Mike testified to Congress. Number one, the Earth is warmer in 1988 than at any time in the history of instrumental measurements.</w:t>
      </w:r>
    </w:p>
    <w:p>
      <w:pPr>
        <w:spacing w:after="0"/>
      </w:pPr>
    </w:p>
    <w:p>
      <w:pPr>
        <w:spacing w:after="0"/>
      </w:pPr>
      <w:r>
        <w:rPr>
          <w:rFonts w:ascii="Arial" w:hAnsi="Arial"/>
          <w:color w:val="5D7284"/>
          <w:sz w:val="22"/>
        </w:rPr>
        <w:t>24:09</w:t>
      </w:r>
    </w:p>
    <w:p>
      <w:pPr>
        <w:spacing w:after="0"/>
      </w:pPr>
      <w:r>
        <w:rPr>
          <w:rFonts w:ascii="Arial" w:hAnsi="Arial"/>
          <w:sz w:val="22"/>
        </w:rPr>
        <w:t>I said I was 99% confident that this was a real physical effect of the increasing carbon dioxide. The earth is warming by an amount which is too large to be a chance to fluctuations.</w:t>
      </w:r>
    </w:p>
    <w:p>
      <w:pPr>
        <w:spacing w:after="0"/>
      </w:pPr>
    </w:p>
    <w:p>
      <w:pPr>
        <w:spacing w:after="0"/>
      </w:pPr>
      <w:r>
        <w:rPr>
          <w:rFonts w:ascii="Arial" w:hAnsi="Arial"/>
          <w:color w:val="5D7284"/>
          <w:sz w:val="22"/>
        </w:rPr>
        <w:t>24:24</w:t>
      </w:r>
    </w:p>
    <w:p>
      <w:pPr>
        <w:spacing w:after="0"/>
      </w:pPr>
      <w:r>
        <w:rPr>
          <w:rFonts w:ascii="Arial" w:hAnsi="Arial"/>
          <w:sz w:val="22"/>
        </w:rPr>
        <w:t>James Hansen was absolutely a pioneer in trying to reach the public and politicians played a major role. There's no doubt in putting climate change on the international agenda. Those who think we're powerless to do anything about this greenhouse effect or forgetting about the White House effect. The short term response was pretty good. The other nodes creatures, the trustees of this planet, the politicians were saying the right things that we should avoid dangerous human made changes to climate. It's just that the policies needed to achieve that were never adopted. There are many reasons we haven't acted on climate change. Science is definitely part of the story. The science is complicated. Economists said to look well okay, it's what are the costs gonna be and then technologists had to work out well what actually can we do about it?</w:t>
      </w:r>
    </w:p>
    <w:p>
      <w:pPr>
        <w:spacing w:after="0"/>
      </w:pPr>
    </w:p>
    <w:p>
      <w:pPr>
        <w:spacing w:after="0"/>
      </w:pPr>
      <w:r>
        <w:rPr>
          <w:rFonts w:ascii="Arial" w:hAnsi="Arial"/>
          <w:color w:val="5D7284"/>
          <w:sz w:val="22"/>
        </w:rPr>
        <w:t>25:17</w:t>
      </w:r>
    </w:p>
    <w:p>
      <w:pPr>
        <w:spacing w:after="0"/>
      </w:pPr>
      <w:r>
        <w:rPr>
          <w:rFonts w:ascii="Arial" w:hAnsi="Arial"/>
          <w:sz w:val="22"/>
        </w:rPr>
        <w:t>And that's one of the reasons why it took a long time for governments really to put policies in place. However, there was also resistance, let's be honest about this there incumbent industries that then they knew about climate change, but they didn't really want anything to happen.</w:t>
      </w:r>
    </w:p>
    <w:p>
      <w:pPr>
        <w:spacing w:after="0"/>
      </w:pPr>
    </w:p>
    <w:p>
      <w:pPr>
        <w:spacing w:after="0"/>
      </w:pPr>
      <w:r>
        <w:rPr>
          <w:rFonts w:ascii="Arial" w:hAnsi="Arial"/>
          <w:color w:val="5D7284"/>
          <w:sz w:val="22"/>
        </w:rPr>
        <w:t>25:35</w:t>
      </w:r>
    </w:p>
    <w:p>
      <w:pPr>
        <w:spacing w:after="0"/>
      </w:pPr>
      <w:r>
        <w:rPr>
          <w:rFonts w:ascii="Arial" w:hAnsi="Arial"/>
          <w:sz w:val="22"/>
        </w:rPr>
        <w:t>Earnings rose to $10.9 billion organisations that had the most to lose back 10 climate change for the fossil fuel companies, the most profitable industry, possibly in the history of mankind, making huge profits. They want it to continue that $11.7 billion profit.</w:t>
      </w:r>
    </w:p>
    <w:p>
      <w:pPr>
        <w:spacing w:after="0"/>
      </w:pPr>
    </w:p>
    <w:p>
      <w:pPr>
        <w:spacing w:after="0"/>
      </w:pPr>
      <w:r>
        <w:rPr>
          <w:rFonts w:ascii="Arial" w:hAnsi="Arial"/>
          <w:color w:val="5D7284"/>
          <w:sz w:val="22"/>
        </w:rPr>
        <w:t>25:53</w:t>
      </w:r>
    </w:p>
    <w:p>
      <w:pPr>
        <w:spacing w:after="0"/>
      </w:pPr>
      <w:r>
        <w:rPr>
          <w:rFonts w:ascii="Arial" w:hAnsi="Arial"/>
          <w:sz w:val="22"/>
        </w:rPr>
        <w:t>Many of those industries, basically the oil and gas industry, the fossil fuel industry, they undertook a quite concerted campaign to confuse the science and confuse the message. This was industry funded and industry driven fossil fuel companies and engaged PR consultants who used exactly the same tactics that have been used by the tobacco companies. And there's ample documentation the basic strategy is to cast doubt on the science science is so distorted and misstated to promote the message that we don't really know. There isn't a consensus there are too many complexities around climate science. And it will be too expensive to fix anyway. We've had a flatline temperatures globally for the last eight years.</w:t>
      </w:r>
    </w:p>
    <w:p>
      <w:pPr>
        <w:spacing w:after="0"/>
      </w:pPr>
    </w:p>
    <w:p>
      <w:pPr>
        <w:spacing w:after="0"/>
      </w:pPr>
      <w:r>
        <w:rPr>
          <w:rFonts w:ascii="Arial" w:hAnsi="Arial"/>
          <w:color w:val="5D7284"/>
          <w:sz w:val="22"/>
        </w:rPr>
        <w:t>26:37</w:t>
      </w:r>
    </w:p>
    <w:p>
      <w:pPr>
        <w:spacing w:after="0"/>
      </w:pPr>
      <w:r>
        <w:rPr>
          <w:rFonts w:ascii="Arial" w:hAnsi="Arial"/>
          <w:sz w:val="22"/>
        </w:rPr>
        <w:t>The cycle of denial has worked.</w:t>
      </w:r>
    </w:p>
    <w:p>
      <w:pPr>
        <w:spacing w:after="0"/>
      </w:pPr>
    </w:p>
    <w:p>
      <w:pPr>
        <w:spacing w:after="0"/>
      </w:pPr>
      <w:r>
        <w:rPr>
          <w:rFonts w:ascii="Arial" w:hAnsi="Arial"/>
          <w:color w:val="5D7284"/>
          <w:sz w:val="22"/>
        </w:rPr>
        <w:t>26:40</w:t>
      </w:r>
    </w:p>
    <w:p>
      <w:pPr>
        <w:spacing w:after="0"/>
      </w:pPr>
      <w:r>
        <w:rPr>
          <w:rFonts w:ascii="Arial" w:hAnsi="Arial"/>
          <w:sz w:val="22"/>
        </w:rPr>
        <w:t>And even today, the President United States says that it's not true. All of this was a global warming and that is a lot of it's a hoax. It's a hoax. I mean, it's a money making industry, okay.</w:t>
      </w:r>
    </w:p>
    <w:p>
      <w:pPr>
        <w:spacing w:after="0"/>
      </w:pPr>
    </w:p>
    <w:p>
      <w:pPr>
        <w:spacing w:after="0"/>
      </w:pPr>
      <w:r>
        <w:rPr>
          <w:rFonts w:ascii="Arial" w:hAnsi="Arial"/>
          <w:color w:val="5D7284"/>
          <w:sz w:val="22"/>
        </w:rPr>
        <w:t>26:53</w:t>
      </w:r>
    </w:p>
    <w:p>
      <w:pPr>
        <w:spacing w:after="0"/>
      </w:pPr>
      <w:r>
        <w:rPr>
          <w:rFonts w:ascii="Arial" w:hAnsi="Arial"/>
          <w:sz w:val="22"/>
        </w:rPr>
        <w:t>In the UK, we have the Climate Change Act from 2008, which was the first law anywhere in the world to make a legally binding target for reducing greenhouse gas emissions.</w:t>
      </w:r>
    </w:p>
    <w:p>
      <w:pPr>
        <w:spacing w:after="0"/>
      </w:pPr>
    </w:p>
    <w:p>
      <w:pPr>
        <w:spacing w:after="0"/>
      </w:pPr>
      <w:r>
        <w:rPr>
          <w:rFonts w:ascii="Arial" w:hAnsi="Arial"/>
          <w:color w:val="5D7284"/>
          <w:sz w:val="22"/>
        </w:rPr>
        <w:t>27:05</w:t>
      </w:r>
    </w:p>
    <w:p>
      <w:pPr>
        <w:spacing w:after="0"/>
      </w:pPr>
      <w:r>
        <w:rPr>
          <w:rFonts w:ascii="Arial" w:hAnsi="Arial"/>
          <w:sz w:val="22"/>
        </w:rPr>
        <w:t>But what we've also seen here is a number of people in politics who have decided really to campaign against action on climate change, and the of evidence that warming in will have bring benefits as well as maybe just as all the arguments have been, well, climate change is happening, but it may not be that serious, a huge benefit from a warming planet. And the IPCC report is fewer deaths from coal related diseases. They say we should just adapt to it rather than try to reduce greenhouse gas emissions. And of course, that's very attractive to politicians.</w:t>
      </w:r>
    </w:p>
    <w:p>
      <w:pPr>
        <w:spacing w:after="0"/>
      </w:pPr>
    </w:p>
    <w:p>
      <w:pPr>
        <w:spacing w:after="0"/>
      </w:pPr>
      <w:r>
        <w:rPr>
          <w:rFonts w:ascii="Arial" w:hAnsi="Arial"/>
          <w:color w:val="5D7284"/>
          <w:sz w:val="22"/>
        </w:rPr>
        <w:t>27:45</w:t>
      </w:r>
    </w:p>
    <w:p>
      <w:pPr>
        <w:spacing w:after="0"/>
      </w:pPr>
      <w:r>
        <w:rPr>
          <w:rFonts w:ascii="Arial" w:hAnsi="Arial"/>
          <w:sz w:val="22"/>
        </w:rPr>
        <w:t>Because to decide not to do something is much more comfortable. I think that many of us were willing to hear that message because we to depend upon fossil fuels for our lifestyle. So we're all implicated in this economic system. But it's not like we're all equally responsible, right.</w:t>
      </w:r>
    </w:p>
    <w:p>
      <w:pPr>
        <w:spacing w:after="0"/>
      </w:pPr>
    </w:p>
    <w:p>
      <w:pPr>
        <w:spacing w:after="0"/>
      </w:pPr>
      <w:r>
        <w:rPr>
          <w:rFonts w:ascii="Arial" w:hAnsi="Arial"/>
          <w:color w:val="5D7284"/>
          <w:sz w:val="22"/>
        </w:rPr>
        <w:t>28:03</w:t>
      </w:r>
    </w:p>
    <w:p>
      <w:pPr>
        <w:spacing w:after="0"/>
      </w:pPr>
      <w:r>
        <w:rPr>
          <w:rFonts w:ascii="Arial" w:hAnsi="Arial"/>
          <w:sz w:val="22"/>
        </w:rPr>
        <w:t>There's no doubt that that seeding of doubt has slowed the transition to a clean energy economy.</w:t>
      </w:r>
    </w:p>
    <w:p>
      <w:pPr>
        <w:spacing w:after="0"/>
      </w:pPr>
    </w:p>
    <w:p>
      <w:pPr>
        <w:spacing w:after="0"/>
      </w:pPr>
      <w:r>
        <w:rPr>
          <w:rFonts w:ascii="Arial" w:hAnsi="Arial"/>
          <w:color w:val="5D7284"/>
          <w:sz w:val="22"/>
        </w:rPr>
        <w:t>28:11</w:t>
      </w:r>
    </w:p>
    <w:p>
      <w:pPr>
        <w:spacing w:after="0"/>
      </w:pPr>
      <w:r>
        <w:rPr>
          <w:rFonts w:ascii="Arial" w:hAnsi="Arial"/>
          <w:sz w:val="22"/>
        </w:rPr>
        <w:t>We haven't entirely wasted the 30 years but it would have been so easy to solve the problem if we had started gradually to make fossil fuels more expensive, and develop the technologies to replace them.</w:t>
      </w:r>
    </w:p>
    <w:p>
      <w:pPr>
        <w:spacing w:after="0"/>
      </w:pPr>
    </w:p>
    <w:p>
      <w:pPr>
        <w:spacing w:after="0"/>
      </w:pPr>
      <w:r>
        <w:rPr>
          <w:rFonts w:ascii="Arial" w:hAnsi="Arial"/>
          <w:color w:val="5D7284"/>
          <w:sz w:val="22"/>
        </w:rPr>
        <w:t>28:30</w:t>
      </w:r>
    </w:p>
    <w:p>
      <w:pPr>
        <w:spacing w:after="0"/>
      </w:pPr>
      <w:r>
        <w:rPr>
          <w:rFonts w:ascii="Arial" w:hAnsi="Arial"/>
          <w:sz w:val="22"/>
        </w:rPr>
        <w:t>But we didn't do that.</w:t>
      </w:r>
    </w:p>
    <w:p>
      <w:pPr>
        <w:spacing w:after="0"/>
      </w:pPr>
    </w:p>
    <w:p>
      <w:pPr>
        <w:spacing w:after="0"/>
      </w:pPr>
      <w:r>
        <w:rPr>
          <w:rFonts w:ascii="Arial" w:hAnsi="Arial"/>
          <w:color w:val="5D7284"/>
          <w:sz w:val="22"/>
        </w:rPr>
        <w:t>28:33</w:t>
      </w:r>
    </w:p>
    <w:p>
      <w:pPr>
        <w:spacing w:after="0"/>
      </w:pPr>
      <w:r>
        <w:rPr>
          <w:rFonts w:ascii="Arial" w:hAnsi="Arial"/>
          <w:sz w:val="22"/>
        </w:rPr>
        <w:t>And now there are consequences.</w:t>
      </w:r>
    </w:p>
    <w:p>
      <w:pPr>
        <w:spacing w:after="0"/>
      </w:pPr>
    </w:p>
    <w:p>
      <w:pPr>
        <w:spacing w:after="0"/>
      </w:pPr>
      <w:r>
        <w:rPr>
          <w:rFonts w:ascii="Arial" w:hAnsi="Arial"/>
          <w:color w:val="5D7284"/>
          <w:sz w:val="22"/>
        </w:rPr>
        <w:t>28:37</w:t>
      </w:r>
    </w:p>
    <w:p>
      <w:pPr>
        <w:spacing w:after="0"/>
      </w:pPr>
      <w:r>
        <w:rPr>
          <w:rFonts w:ascii="Arial" w:hAnsi="Arial"/>
          <w:sz w:val="22"/>
        </w:rPr>
        <w:t>Greenhouse gas emissions have continued to rise, and the problem is getting harder to solve.</w:t>
      </w:r>
    </w:p>
    <w:p>
      <w:pPr>
        <w:spacing w:after="0"/>
      </w:pPr>
    </w:p>
    <w:p>
      <w:pPr>
        <w:spacing w:after="0"/>
      </w:pPr>
      <w:r>
        <w:rPr>
          <w:rFonts w:ascii="Arial" w:hAnsi="Arial"/>
          <w:color w:val="5D7284"/>
          <w:sz w:val="22"/>
        </w:rPr>
        <w:t>28:46</w:t>
      </w:r>
    </w:p>
    <w:p>
      <w:pPr>
        <w:spacing w:after="0"/>
      </w:pPr>
      <w:r>
        <w:rPr>
          <w:rFonts w:ascii="Arial" w:hAnsi="Arial"/>
          <w:sz w:val="22"/>
        </w:rPr>
        <w:t>A large energy plant the world's great tourists play a vital role in determining the balance of carbon dioxide in our atmosphere.</w:t>
      </w:r>
    </w:p>
    <w:p>
      <w:pPr>
        <w:spacing w:after="0"/>
      </w:pPr>
    </w:p>
    <w:p>
      <w:pPr>
        <w:spacing w:after="0"/>
      </w:pPr>
      <w:r>
        <w:rPr>
          <w:rFonts w:ascii="Arial" w:hAnsi="Arial"/>
          <w:color w:val="5D7284"/>
          <w:sz w:val="22"/>
        </w:rPr>
        <w:t>28:58</w:t>
      </w:r>
    </w:p>
    <w:p>
      <w:pPr>
        <w:spacing w:after="0"/>
      </w:pPr>
      <w:r>
        <w:rPr>
          <w:rFonts w:ascii="Arial" w:hAnsi="Arial"/>
          <w:sz w:val="22"/>
        </w:rPr>
        <w:t>trees and plants absorb carbon dioxide using it to build the leaves stems.</w:t>
      </w:r>
    </w:p>
    <w:p>
      <w:pPr>
        <w:spacing w:after="0"/>
      </w:pPr>
    </w:p>
    <w:p>
      <w:pPr>
        <w:spacing w:after="0"/>
      </w:pPr>
      <w:r>
        <w:rPr>
          <w:rFonts w:ascii="Arial" w:hAnsi="Arial"/>
          <w:color w:val="5D7284"/>
          <w:sz w:val="22"/>
        </w:rPr>
        <w:t>29:07</w:t>
      </w:r>
    </w:p>
    <w:p>
      <w:pPr>
        <w:spacing w:after="0"/>
      </w:pPr>
      <w:r>
        <w:rPr>
          <w:rFonts w:ascii="Arial" w:hAnsi="Arial"/>
          <w:sz w:val="22"/>
        </w:rPr>
        <w:t>In this process of photosynthesis, they have sucked up and stored near the end have are emissions.</w:t>
      </w:r>
    </w:p>
    <w:p>
      <w:pPr>
        <w:spacing w:after="0"/>
      </w:pPr>
    </w:p>
    <w:p>
      <w:pPr>
        <w:spacing w:after="0"/>
      </w:pPr>
      <w:r>
        <w:rPr>
          <w:rFonts w:ascii="Arial" w:hAnsi="Arial"/>
          <w:color w:val="5D7284"/>
          <w:sz w:val="22"/>
        </w:rPr>
        <w:t>29:17</w:t>
      </w:r>
    </w:p>
    <w:p>
      <w:pPr>
        <w:spacing w:after="0"/>
      </w:pPr>
      <w:r>
        <w:rPr>
          <w:rFonts w:ascii="Arial" w:hAnsi="Arial"/>
          <w:sz w:val="22"/>
        </w:rPr>
        <w:t>The main driver of climate change is greenhouse gas emissions. Forests are one of our ways out.</w:t>
      </w:r>
    </w:p>
    <w:p>
      <w:pPr>
        <w:spacing w:after="0"/>
      </w:pPr>
    </w:p>
    <w:p>
      <w:pPr>
        <w:spacing w:after="0"/>
      </w:pPr>
      <w:r>
        <w:rPr>
          <w:rFonts w:ascii="Arial" w:hAnsi="Arial"/>
          <w:color w:val="5D7284"/>
          <w:sz w:val="22"/>
        </w:rPr>
        <w:t>29:24</w:t>
      </w:r>
    </w:p>
    <w:p>
      <w:pPr>
        <w:spacing w:after="0"/>
      </w:pPr>
      <w:r>
        <w:rPr>
          <w:rFonts w:ascii="Arial" w:hAnsi="Arial"/>
          <w:sz w:val="22"/>
        </w:rPr>
        <w:t>They are like the lungs of the planet they are big climate regulators at a global scale.</w:t>
      </w:r>
    </w:p>
    <w:p>
      <w:pPr>
        <w:spacing w:after="0"/>
      </w:pPr>
    </w:p>
    <w:p>
      <w:pPr>
        <w:spacing w:after="0"/>
      </w:pPr>
      <w:r>
        <w:rPr>
          <w:rFonts w:ascii="Arial" w:hAnsi="Arial"/>
          <w:color w:val="5D7284"/>
          <w:sz w:val="22"/>
        </w:rPr>
        <w:t>29:32</w:t>
      </w:r>
    </w:p>
    <w:p>
      <w:pPr>
        <w:spacing w:after="0"/>
      </w:pPr>
      <w:r>
        <w:rPr>
          <w:rFonts w:ascii="Arial" w:hAnsi="Arial"/>
          <w:sz w:val="22"/>
        </w:rPr>
        <w:t>July 23 1972.</w:t>
      </w:r>
    </w:p>
    <w:p>
      <w:pPr>
        <w:spacing w:after="0"/>
      </w:pPr>
    </w:p>
    <w:p>
      <w:pPr>
        <w:spacing w:after="0"/>
      </w:pPr>
      <w:r>
        <w:rPr>
          <w:rFonts w:ascii="Arial" w:hAnsi="Arial"/>
          <w:color w:val="5D7284"/>
          <w:sz w:val="22"/>
        </w:rPr>
        <w:t>29:39</w:t>
      </w:r>
    </w:p>
    <w:p>
      <w:pPr>
        <w:spacing w:after="0"/>
      </w:pPr>
      <w:r>
        <w:rPr>
          <w:rFonts w:ascii="Arial" w:hAnsi="Arial"/>
          <w:sz w:val="22"/>
        </w:rPr>
        <w:t>My work has always been about monitoring the land surface and force.</w:t>
      </w:r>
    </w:p>
    <w:p>
      <w:pPr>
        <w:spacing w:after="0"/>
      </w:pPr>
    </w:p>
    <w:p>
      <w:pPr>
        <w:spacing w:after="0"/>
      </w:pPr>
      <w:r>
        <w:rPr>
          <w:rFonts w:ascii="Arial" w:hAnsi="Arial"/>
          <w:color w:val="5D7284"/>
          <w:sz w:val="22"/>
        </w:rPr>
        <w:t>29:47</w:t>
      </w:r>
    </w:p>
    <w:p>
      <w:pPr>
        <w:spacing w:after="0"/>
      </w:pPr>
      <w:r>
        <w:rPr>
          <w:rFonts w:ascii="Arial" w:hAnsi="Arial"/>
          <w:sz w:val="22"/>
        </w:rPr>
        <w:t>Perspective on ourselves since 1972, till now why it said has been tracking and taking pictures of the Earth's surface.</w:t>
      </w:r>
    </w:p>
    <w:p>
      <w:pPr>
        <w:spacing w:after="0"/>
      </w:pPr>
    </w:p>
    <w:p>
      <w:pPr>
        <w:spacing w:after="0"/>
      </w:pPr>
      <w:r>
        <w:rPr>
          <w:rFonts w:ascii="Arial" w:hAnsi="Arial"/>
          <w:color w:val="5D7284"/>
          <w:sz w:val="22"/>
        </w:rPr>
        <w:t>29:59</w:t>
      </w:r>
    </w:p>
    <w:p>
      <w:pPr>
        <w:spacing w:after="0"/>
      </w:pPr>
      <w:r>
        <w:rPr>
          <w:rFonts w:ascii="Arial" w:hAnsi="Arial"/>
          <w:sz w:val="22"/>
        </w:rPr>
        <w:t>It offers an ideal means to monitor change in 2008. The US government says it's open free of charge and accessible over the internet, millions of images automatically. It's just this huge leap in capability.</w:t>
      </w:r>
    </w:p>
    <w:p>
      <w:pPr>
        <w:spacing w:after="0"/>
      </w:pPr>
    </w:p>
    <w:p>
      <w:pPr>
        <w:spacing w:after="0"/>
      </w:pPr>
      <w:r>
        <w:rPr>
          <w:rFonts w:ascii="Arial" w:hAnsi="Arial"/>
          <w:color w:val="5D7284"/>
          <w:sz w:val="22"/>
        </w:rPr>
        <w:t>30:17</w:t>
      </w:r>
    </w:p>
    <w:p>
      <w:pPr>
        <w:spacing w:after="0"/>
      </w:pPr>
      <w:r>
        <w:rPr>
          <w:rFonts w:ascii="Arial" w:hAnsi="Arial"/>
          <w:sz w:val="22"/>
        </w:rPr>
        <w:t>That was only then where we saw the whole planet.</w:t>
      </w:r>
    </w:p>
    <w:p>
      <w:pPr>
        <w:spacing w:after="0"/>
      </w:pPr>
    </w:p>
    <w:p>
      <w:pPr>
        <w:spacing w:after="0"/>
      </w:pPr>
      <w:r>
        <w:rPr>
          <w:rFonts w:ascii="Arial" w:hAnsi="Arial"/>
          <w:color w:val="5D7284"/>
          <w:sz w:val="22"/>
        </w:rPr>
        <w:t>30:22</w:t>
      </w:r>
    </w:p>
    <w:p>
      <w:pPr>
        <w:spacing w:after="0"/>
      </w:pPr>
      <w:r>
        <w:rPr>
          <w:rFonts w:ascii="Arial" w:hAnsi="Arial"/>
          <w:sz w:val="22"/>
        </w:rPr>
        <w:t>And when you see the whole it was a bit of a revelation.</w:t>
      </w:r>
    </w:p>
    <w:p>
      <w:pPr>
        <w:spacing w:after="0"/>
      </w:pPr>
    </w:p>
    <w:p>
      <w:pPr>
        <w:spacing w:after="0"/>
      </w:pPr>
      <w:r>
        <w:rPr>
          <w:rFonts w:ascii="Arial" w:hAnsi="Arial"/>
          <w:color w:val="5D7284"/>
          <w:sz w:val="22"/>
        </w:rPr>
        <w:t>30:28</w:t>
      </w:r>
    </w:p>
    <w:p>
      <w:pPr>
        <w:spacing w:after="0"/>
      </w:pPr>
      <w:r>
        <w:rPr>
          <w:rFonts w:ascii="Arial" w:hAnsi="Arial"/>
          <w:sz w:val="22"/>
        </w:rPr>
        <w:t>The Landsat image of Earth</w:t>
      </w:r>
    </w:p>
    <w:p>
      <w:pPr>
        <w:spacing w:after="0"/>
      </w:pPr>
    </w:p>
    <w:p>
      <w:pPr>
        <w:spacing w:after="0"/>
      </w:pPr>
      <w:r>
        <w:rPr>
          <w:rFonts w:ascii="Arial" w:hAnsi="Arial"/>
          <w:color w:val="5D7284"/>
          <w:sz w:val="22"/>
        </w:rPr>
        <w:t>30:32</w:t>
      </w:r>
    </w:p>
    <w:p>
      <w:pPr>
        <w:spacing w:after="0"/>
      </w:pPr>
      <w:r>
        <w:rPr>
          <w:rFonts w:ascii="Arial" w:hAnsi="Arial"/>
          <w:sz w:val="22"/>
        </w:rPr>
        <w:t>and yeah, the alarm bells go off these warm orangey tones that's forced disturbance that means force was removed.</w:t>
      </w:r>
    </w:p>
    <w:p>
      <w:pPr>
        <w:spacing w:after="0"/>
      </w:pPr>
    </w:p>
    <w:p>
      <w:pPr>
        <w:spacing w:after="0"/>
      </w:pPr>
      <w:r>
        <w:rPr>
          <w:rFonts w:ascii="Arial" w:hAnsi="Arial"/>
          <w:color w:val="5D7284"/>
          <w:sz w:val="22"/>
        </w:rPr>
        <w:t>30:45</w:t>
      </w:r>
    </w:p>
    <w:p>
      <w:pPr>
        <w:spacing w:after="0"/>
      </w:pPr>
      <w:r>
        <w:rPr>
          <w:rFonts w:ascii="Arial" w:hAnsi="Arial"/>
          <w:sz w:val="22"/>
        </w:rPr>
        <w:t>We didn't know that was going on.</w:t>
      </w:r>
    </w:p>
    <w:p>
      <w:pPr>
        <w:spacing w:after="0"/>
      </w:pPr>
    </w:p>
    <w:p>
      <w:pPr>
        <w:spacing w:after="0"/>
      </w:pPr>
      <w:r>
        <w:rPr>
          <w:rFonts w:ascii="Arial" w:hAnsi="Arial"/>
          <w:color w:val="5D7284"/>
          <w:sz w:val="22"/>
        </w:rPr>
        <w:t>30:49</w:t>
      </w:r>
    </w:p>
    <w:p>
      <w:pPr>
        <w:spacing w:after="0"/>
      </w:pPr>
      <w:r>
        <w:rPr>
          <w:rFonts w:ascii="Arial" w:hAnsi="Arial"/>
          <w:sz w:val="22"/>
        </w:rPr>
        <w:t>Colombia, Peru, Paraguay, Bolivia, we can go anywhere and see actual force be cleared.</w:t>
      </w:r>
    </w:p>
    <w:p>
      <w:pPr>
        <w:spacing w:after="0"/>
      </w:pPr>
    </w:p>
    <w:p>
      <w:pPr>
        <w:spacing w:after="0"/>
      </w:pPr>
      <w:r>
        <w:rPr>
          <w:rFonts w:ascii="Arial" w:hAnsi="Arial"/>
          <w:color w:val="5D7284"/>
          <w:sz w:val="22"/>
        </w:rPr>
        <w:t>30:59</w:t>
      </w:r>
    </w:p>
    <w:p>
      <w:pPr>
        <w:spacing w:after="0"/>
      </w:pPr>
      <w:r>
        <w:rPr>
          <w:rFonts w:ascii="Arial" w:hAnsi="Arial"/>
          <w:sz w:val="22"/>
        </w:rPr>
        <w:t>Professor Matthew Henson zooms in on the image tree is being felled in a forest</w:t>
      </w:r>
    </w:p>
    <w:p>
      <w:pPr>
        <w:spacing w:after="0"/>
      </w:pPr>
    </w:p>
    <w:p>
      <w:pPr>
        <w:spacing w:after="0"/>
      </w:pPr>
      <w:r>
        <w:rPr>
          <w:rFonts w:ascii="Arial" w:hAnsi="Arial"/>
          <w:color w:val="5D7284"/>
          <w:sz w:val="22"/>
        </w:rPr>
        <w:t>31:07</w:t>
      </w:r>
    </w:p>
    <w:p>
      <w:pPr>
        <w:spacing w:after="0"/>
      </w:pPr>
      <w:r>
        <w:rPr>
          <w:rFonts w:ascii="Arial" w:hAnsi="Arial"/>
          <w:sz w:val="22"/>
        </w:rPr>
        <w:t>usually starts with logging</w:t>
      </w:r>
    </w:p>
    <w:p>
      <w:pPr>
        <w:spacing w:after="0"/>
      </w:pPr>
    </w:p>
    <w:p>
      <w:pPr>
        <w:spacing w:after="0"/>
      </w:pPr>
      <w:r>
        <w:rPr>
          <w:rFonts w:ascii="Arial" w:hAnsi="Arial"/>
          <w:color w:val="5D7284"/>
          <w:sz w:val="22"/>
        </w:rPr>
        <w:t>31:14</w:t>
      </w:r>
    </w:p>
    <w:p>
      <w:pPr>
        <w:spacing w:after="0"/>
      </w:pPr>
      <w:r>
        <w:rPr>
          <w:rFonts w:ascii="Arial" w:hAnsi="Arial"/>
          <w:sz w:val="22"/>
        </w:rPr>
        <w:t>rainforest cleared and burned.</w:t>
      </w:r>
    </w:p>
    <w:p>
      <w:pPr>
        <w:spacing w:after="0"/>
      </w:pPr>
    </w:p>
    <w:p>
      <w:pPr>
        <w:spacing w:after="0"/>
      </w:pPr>
      <w:r>
        <w:rPr>
          <w:rFonts w:ascii="Arial" w:hAnsi="Arial"/>
          <w:color w:val="5D7284"/>
          <w:sz w:val="22"/>
        </w:rPr>
        <w:t>31:17</w:t>
      </w:r>
    </w:p>
    <w:p>
      <w:pPr>
        <w:spacing w:after="0"/>
      </w:pPr>
      <w:r>
        <w:rPr>
          <w:rFonts w:ascii="Arial" w:hAnsi="Arial"/>
          <w:sz w:val="22"/>
        </w:rPr>
        <w:t>They then replace it with soybeans, rubber pasture for cattle.</w:t>
      </w:r>
    </w:p>
    <w:p>
      <w:pPr>
        <w:spacing w:after="0"/>
      </w:pPr>
    </w:p>
    <w:p>
      <w:pPr>
        <w:spacing w:after="0"/>
      </w:pPr>
      <w:r>
        <w:rPr>
          <w:rFonts w:ascii="Arial" w:hAnsi="Arial"/>
          <w:color w:val="5D7284"/>
          <w:sz w:val="22"/>
        </w:rPr>
        <w:t>31:23</w:t>
      </w:r>
    </w:p>
    <w:p>
      <w:pPr>
        <w:spacing w:after="0"/>
      </w:pPr>
      <w:r>
        <w:rPr>
          <w:rFonts w:ascii="Arial" w:hAnsi="Arial"/>
          <w:sz w:val="22"/>
        </w:rPr>
        <w:t>But one of the big drivers is palm oil.</w:t>
      </w:r>
    </w:p>
    <w:p>
      <w:pPr>
        <w:spacing w:after="0"/>
      </w:pPr>
    </w:p>
    <w:p>
      <w:pPr>
        <w:spacing w:after="0"/>
      </w:pPr>
      <w:r>
        <w:rPr>
          <w:rFonts w:ascii="Arial" w:hAnsi="Arial"/>
          <w:color w:val="5D7284"/>
          <w:sz w:val="22"/>
        </w:rPr>
        <w:t>31:29</w:t>
      </w:r>
    </w:p>
    <w:p>
      <w:pPr>
        <w:spacing w:after="0"/>
      </w:pPr>
      <w:r>
        <w:rPr>
          <w:rFonts w:ascii="Arial" w:hAnsi="Arial"/>
          <w:sz w:val="22"/>
        </w:rPr>
        <w:t>Palm oil is like a magical fruit we all have homeboys in our house right now. He's found in almost every good you can think about is in soaps. It seems shampoo is in chocolate is in bread. It's even in crisps we'll be doing accidentally and inadvertently is actually causing deforestation in other countries, because I demand for this product.</w:t>
      </w:r>
    </w:p>
    <w:p>
      <w:pPr>
        <w:spacing w:after="0"/>
      </w:pPr>
    </w:p>
    <w:p>
      <w:pPr>
        <w:spacing w:after="0"/>
      </w:pPr>
      <w:r>
        <w:rPr>
          <w:rFonts w:ascii="Arial" w:hAnsi="Arial"/>
          <w:color w:val="5D7284"/>
          <w:sz w:val="22"/>
        </w:rPr>
        <w:t>31:57</w:t>
      </w:r>
    </w:p>
    <w:p>
      <w:pPr>
        <w:spacing w:after="0"/>
      </w:pPr>
      <w:r>
        <w:rPr>
          <w:rFonts w:ascii="Arial" w:hAnsi="Arial"/>
          <w:sz w:val="22"/>
        </w:rPr>
        <w:t>That means the natural system is not working.</w:t>
      </w:r>
    </w:p>
    <w:p>
      <w:pPr>
        <w:spacing w:after="0"/>
      </w:pPr>
    </w:p>
    <w:p>
      <w:pPr>
        <w:spacing w:after="0"/>
      </w:pPr>
      <w:r>
        <w:rPr>
          <w:rFonts w:ascii="Arial" w:hAnsi="Arial"/>
          <w:color w:val="5D7284"/>
          <w:sz w:val="22"/>
        </w:rPr>
        <w:t>32:02</w:t>
      </w:r>
    </w:p>
    <w:p>
      <w:pPr>
        <w:spacing w:after="0"/>
      </w:pPr>
      <w:r>
        <w:rPr>
          <w:rFonts w:ascii="Arial" w:hAnsi="Arial"/>
          <w:sz w:val="22"/>
        </w:rPr>
        <w:t>habitats are disappearing.</w:t>
      </w:r>
    </w:p>
    <w:p>
      <w:pPr>
        <w:spacing w:after="0"/>
      </w:pPr>
    </w:p>
    <w:p>
      <w:pPr>
        <w:spacing w:after="0"/>
      </w:pPr>
      <w:r>
        <w:rPr>
          <w:rFonts w:ascii="Arial" w:hAnsi="Arial"/>
          <w:color w:val="5D7284"/>
          <w:sz w:val="22"/>
        </w:rPr>
        <w:t>32:07</w:t>
      </w:r>
    </w:p>
    <w:p>
      <w:pPr>
        <w:spacing w:after="0"/>
      </w:pPr>
      <w:r>
        <w:rPr>
          <w:rFonts w:ascii="Arial" w:hAnsi="Arial"/>
          <w:sz w:val="22"/>
        </w:rPr>
        <w:t>But also when these high carbon stock forests that are centuries old, are cleared and burned. co2 is added to the atmosphere. Those emissions go up and warm the planet.</w:t>
      </w:r>
    </w:p>
    <w:p>
      <w:pPr>
        <w:spacing w:after="0"/>
      </w:pPr>
    </w:p>
    <w:p>
      <w:pPr>
        <w:spacing w:after="0"/>
      </w:pPr>
      <w:r>
        <w:rPr>
          <w:rFonts w:ascii="Arial" w:hAnsi="Arial"/>
          <w:color w:val="5D7284"/>
          <w:sz w:val="22"/>
        </w:rPr>
        <w:t>32:22</w:t>
      </w:r>
    </w:p>
    <w:p>
      <w:pPr>
        <w:spacing w:after="0"/>
      </w:pPr>
      <w:r>
        <w:rPr>
          <w:rFonts w:ascii="Arial" w:hAnsi="Arial"/>
          <w:sz w:val="22"/>
        </w:rPr>
        <w:t>When you look at our maps, our results are showing that it's it's it's accelerating. It almost looks like a contagion. You know, it looks like a disease across the planet. I mean that the ever increasing pattern will continue this level of deforestation. We'll take it all</w:t>
      </w:r>
    </w:p>
    <w:p>
      <w:pPr>
        <w:spacing w:after="0"/>
      </w:pPr>
    </w:p>
    <w:p>
      <w:pPr>
        <w:spacing w:after="0"/>
      </w:pPr>
      <w:r>
        <w:rPr>
          <w:rFonts w:ascii="Arial" w:hAnsi="Arial"/>
          <w:color w:val="5D7284"/>
          <w:sz w:val="22"/>
        </w:rPr>
        <w:t>32:42</w:t>
      </w:r>
    </w:p>
    <w:p>
      <w:pPr>
        <w:spacing w:after="0"/>
      </w:pPr>
      <w:r>
        <w:rPr>
          <w:rFonts w:ascii="Arial" w:hAnsi="Arial"/>
          <w:sz w:val="22"/>
        </w:rPr>
        <w:t>and our ability to mitigate climate change and turn the story around becomes really vanishingly small.</w:t>
      </w:r>
    </w:p>
    <w:p>
      <w:pPr>
        <w:spacing w:after="0"/>
      </w:pPr>
    </w:p>
    <w:p>
      <w:pPr>
        <w:spacing w:after="0"/>
      </w:pPr>
      <w:r>
        <w:rPr>
          <w:rFonts w:ascii="Arial" w:hAnsi="Arial"/>
          <w:color w:val="5D7284"/>
          <w:sz w:val="22"/>
        </w:rPr>
        <w:t>32:53</w:t>
      </w:r>
    </w:p>
    <w:p>
      <w:pPr>
        <w:spacing w:after="0"/>
      </w:pPr>
      <w:r>
        <w:rPr>
          <w:rFonts w:ascii="Arial" w:hAnsi="Arial"/>
          <w:sz w:val="22"/>
        </w:rPr>
        <w:t>trees are cut down at such a rate nearly a third of our corporate dioxide emissions are caused by deforestation.</w:t>
      </w:r>
    </w:p>
    <w:p>
      <w:pPr>
        <w:spacing w:after="0"/>
      </w:pPr>
    </w:p>
    <w:p>
      <w:pPr>
        <w:spacing w:after="0"/>
      </w:pPr>
      <w:r>
        <w:rPr>
          <w:rFonts w:ascii="Arial" w:hAnsi="Arial"/>
          <w:color w:val="5D7284"/>
          <w:sz w:val="22"/>
        </w:rPr>
        <w:t>33:07</w:t>
      </w:r>
    </w:p>
    <w:p>
      <w:pPr>
        <w:spacing w:after="0"/>
      </w:pPr>
      <w:r>
        <w:rPr>
          <w:rFonts w:ascii="Arial" w:hAnsi="Arial"/>
          <w:sz w:val="22"/>
        </w:rPr>
        <w:t>Hashtag climate change the facts</w:t>
      </w:r>
    </w:p>
    <w:p>
      <w:pPr>
        <w:spacing w:after="0"/>
      </w:pPr>
    </w:p>
    <w:p>
      <w:pPr>
        <w:spacing w:after="0"/>
      </w:pPr>
      <w:r>
        <w:rPr>
          <w:rFonts w:ascii="Arial" w:hAnsi="Arial"/>
          <w:color w:val="5D7284"/>
          <w:sz w:val="22"/>
        </w:rPr>
        <w:t>33:12</w:t>
      </w:r>
    </w:p>
    <w:p>
      <w:pPr>
        <w:spacing w:after="0"/>
      </w:pPr>
      <w:r>
        <w:rPr>
          <w:rFonts w:ascii="Arial" w:hAnsi="Arial"/>
          <w:sz w:val="22"/>
        </w:rPr>
        <w:t>vast areas of deforestation.</w:t>
      </w:r>
    </w:p>
    <w:p>
      <w:pPr>
        <w:spacing w:after="0"/>
      </w:pPr>
    </w:p>
    <w:p>
      <w:pPr>
        <w:spacing w:after="0"/>
      </w:pPr>
      <w:r>
        <w:rPr>
          <w:rFonts w:ascii="Arial" w:hAnsi="Arial"/>
          <w:color w:val="5D7284"/>
          <w:sz w:val="22"/>
        </w:rPr>
        <w:t>33:20</w:t>
      </w:r>
    </w:p>
    <w:p>
      <w:pPr>
        <w:spacing w:after="0"/>
      </w:pPr>
      <w:r>
        <w:rPr>
          <w:rFonts w:ascii="Arial" w:hAnsi="Arial"/>
          <w:sz w:val="22"/>
        </w:rPr>
        <w:t>It sucks I'm a pretty optimistic but just look at these data and you just look at the stories. It's like, you know, I'd like to see some evidence of really strong, strong kind of unified political response that was more than an aspiration on a kind of piece. of paper, right? That would be cool.</w:t>
      </w:r>
    </w:p>
    <w:p>
      <w:pPr>
        <w:spacing w:after="0"/>
      </w:pPr>
    </w:p>
    <w:p>
      <w:pPr>
        <w:spacing w:after="0"/>
      </w:pPr>
      <w:r>
        <w:rPr>
          <w:rFonts w:ascii="Arial" w:hAnsi="Arial"/>
          <w:color w:val="5D7284"/>
          <w:sz w:val="22"/>
        </w:rPr>
        <w:t>33:43</w:t>
      </w:r>
    </w:p>
    <w:p>
      <w:pPr>
        <w:spacing w:after="0"/>
      </w:pPr>
      <w:r>
        <w:rPr>
          <w:rFonts w:ascii="Arial" w:hAnsi="Arial"/>
          <w:sz w:val="22"/>
        </w:rPr>
        <w:t>Butts appearing on branches.</w:t>
      </w:r>
    </w:p>
    <w:p>
      <w:pPr>
        <w:spacing w:after="0"/>
      </w:pPr>
    </w:p>
    <w:p>
      <w:pPr>
        <w:spacing w:after="0"/>
      </w:pPr>
      <w:r>
        <w:rPr>
          <w:rFonts w:ascii="Arial" w:hAnsi="Arial"/>
          <w:color w:val="5D7284"/>
          <w:sz w:val="22"/>
        </w:rPr>
        <w:t>33:49</w:t>
      </w:r>
    </w:p>
    <w:p>
      <w:pPr>
        <w:spacing w:after="0"/>
      </w:pPr>
      <w:r>
        <w:rPr>
          <w:rFonts w:ascii="Arial" w:hAnsi="Arial"/>
          <w:sz w:val="22"/>
        </w:rPr>
        <w:t>Looking ahead to the future. We know that if we continue releasing carbon dioxide into our atmosphere, temperatures will keep rising and the consequences will get progressively worse.</w:t>
      </w:r>
    </w:p>
    <w:p>
      <w:pPr>
        <w:spacing w:after="0"/>
      </w:pPr>
    </w:p>
    <w:p>
      <w:pPr>
        <w:spacing w:after="0"/>
      </w:pPr>
      <w:r>
        <w:rPr>
          <w:rFonts w:ascii="Arial" w:hAnsi="Arial"/>
          <w:color w:val="5D7284"/>
          <w:sz w:val="22"/>
        </w:rPr>
        <w:t>34:03</w:t>
      </w:r>
    </w:p>
    <w:p>
      <w:pPr>
        <w:spacing w:after="0"/>
      </w:pPr>
      <w:r>
        <w:rPr>
          <w:rFonts w:ascii="Arial" w:hAnsi="Arial"/>
          <w:sz w:val="22"/>
        </w:rPr>
        <w:t>But don't we know how much worse.</w:t>
      </w:r>
    </w:p>
    <w:p>
      <w:pPr>
        <w:spacing w:after="0"/>
      </w:pPr>
    </w:p>
    <w:p>
      <w:pPr>
        <w:spacing w:after="0"/>
      </w:pPr>
      <w:r>
        <w:rPr>
          <w:rFonts w:ascii="Arial" w:hAnsi="Arial"/>
          <w:color w:val="5D7284"/>
          <w:sz w:val="22"/>
        </w:rPr>
        <w:t>34:06</w:t>
      </w:r>
    </w:p>
    <w:p>
      <w:pPr>
        <w:spacing w:after="0"/>
      </w:pPr>
      <w:r>
        <w:rPr>
          <w:rFonts w:ascii="Arial" w:hAnsi="Arial"/>
          <w:sz w:val="22"/>
        </w:rPr>
        <w:t>Professor Mark Maslin climate scientists University College London there are 1000s of scientists around the world in almost every single country, working to understand what will happen in the future. If we don't act, we don't do more.</w:t>
      </w:r>
    </w:p>
    <w:p>
      <w:pPr>
        <w:spacing w:after="0"/>
      </w:pPr>
    </w:p>
    <w:p>
      <w:pPr>
        <w:spacing w:after="0"/>
      </w:pPr>
      <w:r>
        <w:rPr>
          <w:rFonts w:ascii="Arial" w:hAnsi="Arial"/>
          <w:color w:val="5D7284"/>
          <w:sz w:val="22"/>
        </w:rPr>
        <w:t>34:25</w:t>
      </w:r>
    </w:p>
    <w:p>
      <w:pPr>
        <w:spacing w:after="0"/>
      </w:pPr>
      <w:r>
        <w:rPr>
          <w:rFonts w:ascii="Arial" w:hAnsi="Arial"/>
          <w:sz w:val="22"/>
        </w:rPr>
        <w:t>So we use really powerful climate models, which are numerical representations of the whole of the Earth system, the oceans and land, the atmosphere and the ice on the planet.</w:t>
      </w:r>
    </w:p>
    <w:p>
      <w:pPr>
        <w:spacing w:after="0"/>
      </w:pPr>
    </w:p>
    <w:p>
      <w:pPr>
        <w:spacing w:after="0"/>
      </w:pPr>
      <w:r>
        <w:rPr>
          <w:rFonts w:ascii="Arial" w:hAnsi="Arial"/>
          <w:color w:val="5D7284"/>
          <w:sz w:val="22"/>
        </w:rPr>
        <w:t>34:38</w:t>
      </w:r>
    </w:p>
    <w:p>
      <w:pPr>
        <w:spacing w:after="0"/>
      </w:pPr>
      <w:r>
        <w:rPr>
          <w:rFonts w:ascii="Arial" w:hAnsi="Arial"/>
          <w:sz w:val="22"/>
        </w:rPr>
        <w:t>From then we drive it with increased carbon dioxide based on predictions of the future. And then we see what the model does.</w:t>
      </w:r>
    </w:p>
    <w:p>
      <w:pPr>
        <w:spacing w:after="0"/>
      </w:pPr>
    </w:p>
    <w:p>
      <w:pPr>
        <w:spacing w:after="0"/>
      </w:pPr>
      <w:r>
        <w:rPr>
          <w:rFonts w:ascii="Arial" w:hAnsi="Arial"/>
          <w:color w:val="5D7284"/>
          <w:sz w:val="22"/>
        </w:rPr>
        <w:t>34:49</w:t>
      </w:r>
    </w:p>
    <w:p>
      <w:pPr>
        <w:spacing w:after="0"/>
      </w:pPr>
      <w:r>
        <w:rPr>
          <w:rFonts w:ascii="Arial" w:hAnsi="Arial"/>
          <w:sz w:val="22"/>
        </w:rPr>
        <w:t>They predict that if we carry on as we are now, where co2 continues to increase, we would hit one and a half degrees global warming by between 2014 and 2015.</w:t>
      </w:r>
    </w:p>
    <w:p>
      <w:pPr>
        <w:spacing w:after="0"/>
      </w:pPr>
    </w:p>
    <w:p>
      <w:pPr>
        <w:spacing w:after="0"/>
      </w:pPr>
      <w:r>
        <w:rPr>
          <w:rFonts w:ascii="Arial" w:hAnsi="Arial"/>
          <w:color w:val="5D7284"/>
          <w:sz w:val="22"/>
        </w:rPr>
        <w:t>35:03</w:t>
      </w:r>
    </w:p>
    <w:p>
      <w:pPr>
        <w:spacing w:after="0"/>
      </w:pPr>
      <w:r>
        <w:rPr>
          <w:rFonts w:ascii="Arial" w:hAnsi="Arial"/>
          <w:sz w:val="22"/>
        </w:rPr>
        <w:t>We're on course to go through 1.5 degrees in just a few decades time and the models differ slightly as to exactly when, and not long after that we're on a trajectory to go through two degrees.</w:t>
      </w:r>
    </w:p>
    <w:p>
      <w:pPr>
        <w:spacing w:after="0"/>
      </w:pPr>
    </w:p>
    <w:p>
      <w:pPr>
        <w:spacing w:after="0"/>
      </w:pPr>
      <w:r>
        <w:rPr>
          <w:rFonts w:ascii="Arial" w:hAnsi="Arial"/>
          <w:color w:val="5D7284"/>
          <w:sz w:val="22"/>
        </w:rPr>
        <w:t>35:18</w:t>
      </w:r>
    </w:p>
    <w:p>
      <w:pPr>
        <w:spacing w:after="0"/>
      </w:pPr>
      <w:r>
        <w:rPr>
          <w:rFonts w:ascii="Arial" w:hAnsi="Arial"/>
          <w:sz w:val="22"/>
        </w:rPr>
        <w:t>Whilst we don't know exactly what a two degree warmer world and this growing evidence about the consequences of crossing this threshold, we know that with increased stalls, increased floods, droughts and heat waves, adoption of food will be more problematic.</w:t>
      </w:r>
    </w:p>
    <w:p>
      <w:pPr>
        <w:spacing w:after="0"/>
      </w:pPr>
    </w:p>
    <w:p>
      <w:pPr>
        <w:spacing w:after="0"/>
      </w:pPr>
      <w:r>
        <w:rPr>
          <w:rFonts w:ascii="Arial" w:hAnsi="Arial"/>
          <w:color w:val="5D7284"/>
          <w:sz w:val="22"/>
        </w:rPr>
        <w:t>35:39</w:t>
      </w:r>
    </w:p>
    <w:p>
      <w:pPr>
        <w:spacing w:after="0"/>
      </w:pPr>
      <w:r>
        <w:rPr>
          <w:rFonts w:ascii="Arial" w:hAnsi="Arial"/>
          <w:sz w:val="22"/>
        </w:rPr>
        <w:t>It really becomes difficult to see essential levels of warming, how are we going to maintain our agriculture such that the population the world can actually feed itself shouldn't have access to clean, safe drinking water will become much more difficult with developing countries that are at the frontline of this battle, those parts of the globe which will suffer the most and the soonest are not those parts of the globe which have actually loaded all those carbon dioxide in the atmosphere in the first instance.</w:t>
      </w:r>
    </w:p>
    <w:p>
      <w:pPr>
        <w:spacing w:after="0"/>
      </w:pPr>
    </w:p>
    <w:p>
      <w:pPr>
        <w:spacing w:after="0"/>
      </w:pPr>
      <w:r>
        <w:rPr>
          <w:rFonts w:ascii="Arial" w:hAnsi="Arial"/>
          <w:color w:val="5D7284"/>
          <w:sz w:val="22"/>
        </w:rPr>
        <w:t>36:12</w:t>
      </w:r>
    </w:p>
    <w:p>
      <w:pPr>
        <w:spacing w:after="0"/>
      </w:pPr>
      <w:r>
        <w:rPr>
          <w:rFonts w:ascii="Arial" w:hAnsi="Arial"/>
          <w:sz w:val="22"/>
        </w:rPr>
        <w:t>But you have to understand this is also crisis for the world.</w:t>
      </w:r>
    </w:p>
    <w:p>
      <w:pPr>
        <w:spacing w:after="0"/>
      </w:pPr>
    </w:p>
    <w:p>
      <w:pPr>
        <w:spacing w:after="0"/>
      </w:pPr>
      <w:r>
        <w:rPr>
          <w:rFonts w:ascii="Arial" w:hAnsi="Arial"/>
          <w:color w:val="5D7284"/>
          <w:sz w:val="22"/>
        </w:rPr>
        <w:t>36:17</w:t>
      </w:r>
    </w:p>
    <w:p>
      <w:pPr>
        <w:spacing w:after="0"/>
      </w:pPr>
      <w:r>
        <w:rPr>
          <w:rFonts w:ascii="Arial" w:hAnsi="Arial"/>
          <w:sz w:val="22"/>
        </w:rPr>
        <w:t>The fact is that if the poor are suffering today then the rich will also suffer tomorrow.</w:t>
      </w:r>
    </w:p>
    <w:p>
      <w:pPr>
        <w:spacing w:after="0"/>
      </w:pPr>
    </w:p>
    <w:p>
      <w:pPr>
        <w:spacing w:after="0"/>
      </w:pPr>
      <w:r>
        <w:rPr>
          <w:rFonts w:ascii="Arial" w:hAnsi="Arial"/>
          <w:color w:val="5D7284"/>
          <w:sz w:val="22"/>
        </w:rPr>
        <w:t>36:26</w:t>
      </w:r>
    </w:p>
    <w:p>
      <w:pPr>
        <w:spacing w:after="0"/>
      </w:pPr>
      <w:r>
        <w:rPr>
          <w:rFonts w:ascii="Arial" w:hAnsi="Arial"/>
          <w:sz w:val="22"/>
        </w:rPr>
        <w:t>further into the future, predicting how our climate system might behave becomes more complex.</w:t>
      </w:r>
    </w:p>
    <w:p>
      <w:pPr>
        <w:spacing w:after="0"/>
      </w:pPr>
    </w:p>
    <w:p>
      <w:pPr>
        <w:spacing w:after="0"/>
      </w:pPr>
      <w:r>
        <w:rPr>
          <w:rFonts w:ascii="Arial" w:hAnsi="Arial"/>
          <w:color w:val="5D7284"/>
          <w:sz w:val="22"/>
        </w:rPr>
        <w:t>36:34</w:t>
      </w:r>
    </w:p>
    <w:p>
      <w:pPr>
        <w:spacing w:after="0"/>
      </w:pPr>
      <w:r>
        <w:rPr>
          <w:rFonts w:ascii="Arial" w:hAnsi="Arial"/>
          <w:sz w:val="22"/>
        </w:rPr>
        <w:t>There's uncertainty in climate projection, not least because we don't know what our generation when we're older is going to be doing and what the future generations are going to be doing.</w:t>
      </w:r>
    </w:p>
    <w:p>
      <w:pPr>
        <w:spacing w:after="0"/>
      </w:pPr>
    </w:p>
    <w:p>
      <w:pPr>
        <w:spacing w:after="0"/>
      </w:pPr>
      <w:r>
        <w:rPr>
          <w:rFonts w:ascii="Arial" w:hAnsi="Arial"/>
          <w:color w:val="5D7284"/>
          <w:sz w:val="22"/>
        </w:rPr>
        <w:t>36:45</w:t>
      </w:r>
    </w:p>
    <w:p>
      <w:pPr>
        <w:spacing w:after="0"/>
      </w:pPr>
      <w:r>
        <w:rPr>
          <w:rFonts w:ascii="Arial" w:hAnsi="Arial"/>
          <w:sz w:val="22"/>
        </w:rPr>
        <w:t>But based on our current tragic tree, the various models predict that by the end of the century, our planet will be somewhere between three and six degrees hotter.</w:t>
      </w:r>
    </w:p>
    <w:p>
      <w:pPr>
        <w:spacing w:after="0"/>
      </w:pPr>
    </w:p>
    <w:p>
      <w:pPr>
        <w:spacing w:after="0"/>
      </w:pPr>
      <w:r>
        <w:rPr>
          <w:rFonts w:ascii="Arial" w:hAnsi="Arial"/>
          <w:color w:val="5D7284"/>
          <w:sz w:val="22"/>
        </w:rPr>
        <w:t>36:58</w:t>
      </w:r>
    </w:p>
    <w:p>
      <w:pPr>
        <w:spacing w:after="0"/>
      </w:pPr>
      <w:r>
        <w:rPr>
          <w:rFonts w:ascii="Arial" w:hAnsi="Arial"/>
          <w:sz w:val="22"/>
        </w:rPr>
        <w:t>Even if we are looking at the bottom end of predictions that still really bad.</w:t>
      </w:r>
    </w:p>
    <w:p>
      <w:pPr>
        <w:spacing w:after="0"/>
      </w:pPr>
    </w:p>
    <w:p>
      <w:pPr>
        <w:spacing w:after="0"/>
      </w:pPr>
      <w:r>
        <w:rPr>
          <w:rFonts w:ascii="Arial" w:hAnsi="Arial"/>
          <w:color w:val="5D7284"/>
          <w:sz w:val="22"/>
        </w:rPr>
        <w:t>37:04</w:t>
      </w:r>
    </w:p>
    <w:p>
      <w:pPr>
        <w:spacing w:after="0"/>
      </w:pPr>
      <w:r>
        <w:rPr>
          <w:rFonts w:ascii="Arial" w:hAnsi="Arial"/>
          <w:sz w:val="22"/>
        </w:rPr>
        <w:t>Over 600 million people live in coastal areas that are less than 10 metres above sea level.</w:t>
      </w:r>
    </w:p>
    <w:p>
      <w:pPr>
        <w:spacing w:after="0"/>
      </w:pPr>
    </w:p>
    <w:p>
      <w:pPr>
        <w:spacing w:after="0"/>
      </w:pPr>
      <w:r>
        <w:rPr>
          <w:rFonts w:ascii="Arial" w:hAnsi="Arial"/>
          <w:color w:val="5D7284"/>
          <w:sz w:val="22"/>
        </w:rPr>
        <w:t>37:12</w:t>
      </w:r>
    </w:p>
    <w:p>
      <w:pPr>
        <w:spacing w:after="0"/>
      </w:pPr>
      <w:r>
        <w:rPr>
          <w:rFonts w:ascii="Arial" w:hAnsi="Arial"/>
          <w:sz w:val="22"/>
        </w:rPr>
        <w:t>One dumb China some models predict if we don't do anything to curb climate change, then we could be looking at 80 centimetres to a metre of sea level rise by the end of the century.</w:t>
      </w:r>
    </w:p>
    <w:p>
      <w:pPr>
        <w:spacing w:after="0"/>
      </w:pPr>
    </w:p>
    <w:p>
      <w:pPr>
        <w:spacing w:after="0"/>
      </w:pPr>
      <w:r>
        <w:rPr>
          <w:rFonts w:ascii="Arial" w:hAnsi="Arial"/>
          <w:color w:val="5D7284"/>
          <w:sz w:val="22"/>
        </w:rPr>
        <w:t>37:28</w:t>
      </w:r>
    </w:p>
    <w:p>
      <w:pPr>
        <w:spacing w:after="0"/>
      </w:pPr>
      <w:r>
        <w:rPr>
          <w:rFonts w:ascii="Arial" w:hAnsi="Arial"/>
          <w:sz w:val="22"/>
        </w:rPr>
        <w:t>So sea level is dangerous for us in the UK as indeed as were the main impacts of what might seem a gradual rise of sea level is the risk of storms, surges of sea that we've never seen before.</w:t>
      </w:r>
    </w:p>
    <w:p>
      <w:pPr>
        <w:spacing w:after="0"/>
      </w:pPr>
    </w:p>
    <w:p>
      <w:pPr>
        <w:spacing w:after="0"/>
      </w:pPr>
      <w:r>
        <w:rPr>
          <w:rFonts w:ascii="Arial" w:hAnsi="Arial"/>
          <w:color w:val="5D7284"/>
          <w:sz w:val="22"/>
        </w:rPr>
        <w:t>37:42</w:t>
      </w:r>
    </w:p>
    <w:p>
      <w:pPr>
        <w:spacing w:after="0"/>
      </w:pPr>
      <w:r>
        <w:rPr>
          <w:rFonts w:ascii="Arial" w:hAnsi="Arial"/>
          <w:sz w:val="22"/>
        </w:rPr>
        <w:t>If we lose all our coastal cities, we've got a different planet and we've got an economic situation which is out of control.</w:t>
      </w:r>
    </w:p>
    <w:p>
      <w:pPr>
        <w:spacing w:after="0"/>
      </w:pPr>
    </w:p>
    <w:p>
      <w:pPr>
        <w:spacing w:after="0"/>
      </w:pPr>
      <w:r>
        <w:rPr>
          <w:rFonts w:ascii="Arial" w:hAnsi="Arial"/>
          <w:color w:val="5D7284"/>
          <w:sz w:val="22"/>
        </w:rPr>
        <w:t>37:52</w:t>
      </w:r>
    </w:p>
    <w:p>
      <w:pPr>
        <w:spacing w:after="0"/>
      </w:pPr>
      <w:r>
        <w:rPr>
          <w:rFonts w:ascii="Arial" w:hAnsi="Arial"/>
          <w:sz w:val="22"/>
        </w:rPr>
        <w:t>While there's a lot we understand about what the future might hold, the big fear is that there may be other more extreme dangers lurking beyond those we already know.</w:t>
      </w:r>
    </w:p>
    <w:p>
      <w:pPr>
        <w:spacing w:after="0"/>
      </w:pPr>
    </w:p>
    <w:p>
      <w:pPr>
        <w:spacing w:after="0"/>
      </w:pPr>
      <w:r>
        <w:rPr>
          <w:rFonts w:ascii="Arial" w:hAnsi="Arial"/>
          <w:color w:val="5D7284"/>
          <w:sz w:val="22"/>
        </w:rPr>
        <w:t>38:05</w:t>
      </w:r>
    </w:p>
    <w:p>
      <w:pPr>
        <w:spacing w:after="0"/>
      </w:pPr>
      <w:r>
        <w:rPr>
          <w:rFonts w:ascii="Arial" w:hAnsi="Arial"/>
          <w:sz w:val="22"/>
        </w:rPr>
        <w:t>Scientists call these tipping points.</w:t>
      </w:r>
    </w:p>
    <w:p>
      <w:pPr>
        <w:spacing w:after="0"/>
      </w:pPr>
    </w:p>
    <w:p>
      <w:pPr>
        <w:spacing w:after="0"/>
      </w:pPr>
      <w:r>
        <w:rPr>
          <w:rFonts w:ascii="Arial" w:hAnsi="Arial"/>
          <w:color w:val="5D7284"/>
          <w:sz w:val="22"/>
        </w:rPr>
        <w:t>38:10</w:t>
      </w:r>
    </w:p>
    <w:p>
      <w:pPr>
        <w:spacing w:after="0"/>
      </w:pPr>
      <w:r>
        <w:rPr>
          <w:rFonts w:ascii="Arial" w:hAnsi="Arial"/>
          <w:sz w:val="22"/>
        </w:rPr>
        <w:t>The tipping point is where in a part of the climate system just a little bit of extra warming could nudge it into a different state and irreversible change.</w:t>
      </w:r>
    </w:p>
    <w:p>
      <w:pPr>
        <w:spacing w:after="0"/>
      </w:pPr>
    </w:p>
    <w:p>
      <w:pPr>
        <w:spacing w:after="0"/>
      </w:pPr>
      <w:r>
        <w:rPr>
          <w:rFonts w:ascii="Arial" w:hAnsi="Arial"/>
          <w:color w:val="5D7284"/>
          <w:sz w:val="22"/>
        </w:rPr>
        <w:t>38:25</w:t>
      </w:r>
    </w:p>
    <w:p>
      <w:pPr>
        <w:spacing w:after="0"/>
      </w:pPr>
      <w:r>
        <w:rPr>
          <w:rFonts w:ascii="Arial" w:hAnsi="Arial"/>
          <w:sz w:val="22"/>
        </w:rPr>
        <w:t>At the moment, it is ongoing emissions, different driving global temperatures.</w:t>
      </w:r>
    </w:p>
    <w:p>
      <w:pPr>
        <w:spacing w:after="0"/>
      </w:pPr>
    </w:p>
    <w:p>
      <w:pPr>
        <w:spacing w:after="0"/>
      </w:pPr>
      <w:r>
        <w:rPr>
          <w:rFonts w:ascii="Arial" w:hAnsi="Arial"/>
          <w:color w:val="5D7284"/>
          <w:sz w:val="22"/>
        </w:rPr>
        <w:t>38:34</w:t>
      </w:r>
    </w:p>
    <w:p>
      <w:pPr>
        <w:spacing w:after="0"/>
      </w:pPr>
      <w:r>
        <w:rPr>
          <w:rFonts w:ascii="Arial" w:hAnsi="Arial"/>
          <w:sz w:val="22"/>
        </w:rPr>
        <w:t>But definitely cross tipping points that could spiral beyond.</w:t>
      </w:r>
    </w:p>
    <w:p>
      <w:pPr>
        <w:spacing w:after="0"/>
      </w:pPr>
    </w:p>
    <w:p>
      <w:pPr>
        <w:spacing w:after="0"/>
      </w:pPr>
      <w:r>
        <w:rPr>
          <w:rFonts w:ascii="Arial" w:hAnsi="Arial"/>
          <w:color w:val="5D7284"/>
          <w:sz w:val="22"/>
        </w:rPr>
        <w:t>38:41</w:t>
      </w:r>
    </w:p>
    <w:p>
      <w:pPr>
        <w:spacing w:after="0"/>
      </w:pPr>
      <w:r>
        <w:rPr>
          <w:rFonts w:ascii="Arial" w:hAnsi="Arial"/>
          <w:sz w:val="22"/>
        </w:rPr>
        <w:t>If we imagine a map of the world, it turns out that there are climate tipping points dotted all around</w:t>
      </w:r>
    </w:p>
    <w:p>
      <w:pPr>
        <w:spacing w:after="0"/>
      </w:pPr>
    </w:p>
    <w:p>
      <w:pPr>
        <w:spacing w:after="0"/>
      </w:pPr>
      <w:r>
        <w:rPr>
          <w:rFonts w:ascii="Arial" w:hAnsi="Arial"/>
          <w:color w:val="5D7284"/>
          <w:sz w:val="22"/>
        </w:rPr>
        <w:t>38:52</w:t>
      </w:r>
    </w:p>
    <w:p>
      <w:pPr>
        <w:spacing w:after="0"/>
      </w:pPr>
      <w:r>
        <w:rPr>
          <w:rFonts w:ascii="Arial" w:hAnsi="Arial"/>
          <w:sz w:val="22"/>
        </w:rPr>
        <w:t>Greenland and West Antarctica could be tipped into a reversible meltdown.</w:t>
      </w:r>
    </w:p>
    <w:p>
      <w:pPr>
        <w:spacing w:after="0"/>
      </w:pPr>
    </w:p>
    <w:p>
      <w:pPr>
        <w:spacing w:after="0"/>
      </w:pPr>
      <w:r>
        <w:rPr>
          <w:rFonts w:ascii="Arial" w:hAnsi="Arial"/>
          <w:color w:val="5D7284"/>
          <w:sz w:val="22"/>
        </w:rPr>
        <w:t>39:00</w:t>
      </w:r>
    </w:p>
    <w:p>
      <w:pPr>
        <w:spacing w:after="0"/>
      </w:pPr>
      <w:r>
        <w:rPr>
          <w:rFonts w:ascii="Arial" w:hAnsi="Arial"/>
          <w:sz w:val="22"/>
        </w:rPr>
        <w:t>There are major ecosystems that we could tip into an alternative state.</w:t>
      </w:r>
    </w:p>
    <w:p>
      <w:pPr>
        <w:spacing w:after="0"/>
      </w:pPr>
    </w:p>
    <w:p>
      <w:pPr>
        <w:spacing w:after="0"/>
      </w:pPr>
      <w:r>
        <w:rPr>
          <w:rFonts w:ascii="Arial" w:hAnsi="Arial"/>
          <w:color w:val="5D7284"/>
          <w:sz w:val="22"/>
        </w:rPr>
        <w:t>39:07</w:t>
      </w:r>
    </w:p>
    <w:p>
      <w:pPr>
        <w:spacing w:after="0"/>
      </w:pPr>
      <w:r>
        <w:rPr>
          <w:rFonts w:ascii="Arial" w:hAnsi="Arial"/>
          <w:sz w:val="22"/>
        </w:rPr>
        <w:t>For example, triggering a climate induced die back of the rainforest, turning it into a savanna.</w:t>
      </w:r>
    </w:p>
    <w:p>
      <w:pPr>
        <w:spacing w:after="0"/>
      </w:pPr>
    </w:p>
    <w:p>
      <w:pPr>
        <w:spacing w:after="0"/>
      </w:pPr>
      <w:r>
        <w:rPr>
          <w:rFonts w:ascii="Arial" w:hAnsi="Arial"/>
          <w:color w:val="5D7284"/>
          <w:sz w:val="22"/>
        </w:rPr>
        <w:t>39:15</w:t>
      </w:r>
    </w:p>
    <w:p>
      <w:pPr>
        <w:spacing w:after="0"/>
      </w:pPr>
      <w:r>
        <w:rPr>
          <w:rFonts w:ascii="Arial" w:hAnsi="Arial"/>
          <w:sz w:val="22"/>
        </w:rPr>
        <w:t>Once you've crossed the tipping point, that's it you've triggered a catastrophic change. It's going to carry on getting even hotter.</w:t>
      </w:r>
    </w:p>
    <w:p>
      <w:pPr>
        <w:spacing w:after="0"/>
      </w:pPr>
    </w:p>
    <w:p>
      <w:pPr>
        <w:spacing w:after="0"/>
      </w:pPr>
      <w:r>
        <w:rPr>
          <w:rFonts w:ascii="Arial" w:hAnsi="Arial"/>
          <w:color w:val="5D7284"/>
          <w:sz w:val="22"/>
        </w:rPr>
        <w:t>39:24</w:t>
      </w:r>
    </w:p>
    <w:p>
      <w:pPr>
        <w:spacing w:after="0"/>
      </w:pPr>
      <w:r>
        <w:rPr>
          <w:rFonts w:ascii="Arial" w:hAnsi="Arial"/>
          <w:sz w:val="22"/>
        </w:rPr>
        <w:t>Because you've triggered something that you can't undo.</w:t>
      </w:r>
    </w:p>
    <w:p>
      <w:pPr>
        <w:spacing w:after="0"/>
      </w:pPr>
    </w:p>
    <w:p>
      <w:pPr>
        <w:spacing w:after="0"/>
      </w:pPr>
      <w:r>
        <w:rPr>
          <w:rFonts w:ascii="Arial" w:hAnsi="Arial"/>
          <w:color w:val="5D7284"/>
          <w:sz w:val="22"/>
        </w:rPr>
        <w:t>39:28</w:t>
      </w:r>
    </w:p>
    <w:p>
      <w:pPr>
        <w:spacing w:after="0"/>
      </w:pPr>
      <w:r>
        <w:rPr>
          <w:rFonts w:ascii="Arial" w:hAnsi="Arial"/>
          <w:sz w:val="22"/>
        </w:rPr>
        <w:t>Professor Mike Berners Lee Lancaster University, a snowy forest.</w:t>
      </w:r>
    </w:p>
    <w:p>
      <w:pPr>
        <w:spacing w:after="0"/>
      </w:pPr>
    </w:p>
    <w:p>
      <w:pPr>
        <w:spacing w:after="0"/>
      </w:pPr>
      <w:r>
        <w:rPr>
          <w:rFonts w:ascii="Arial" w:hAnsi="Arial"/>
          <w:color w:val="5D7284"/>
          <w:sz w:val="22"/>
        </w:rPr>
        <w:t>39:35</w:t>
      </w:r>
    </w:p>
    <w:p>
      <w:pPr>
        <w:spacing w:after="0"/>
      </w:pPr>
      <w:r>
        <w:rPr>
          <w:rFonts w:ascii="Arial" w:hAnsi="Arial"/>
          <w:sz w:val="22"/>
        </w:rPr>
        <w:t>One of the potential tipping points scientists have identified involves a greenhouse gas knocked underground.</w:t>
      </w:r>
    </w:p>
    <w:p>
      <w:pPr>
        <w:spacing w:after="0"/>
      </w:pPr>
    </w:p>
    <w:p>
      <w:pPr>
        <w:spacing w:after="0"/>
      </w:pPr>
      <w:r>
        <w:rPr>
          <w:rFonts w:ascii="Arial" w:hAnsi="Arial"/>
          <w:color w:val="5D7284"/>
          <w:sz w:val="22"/>
        </w:rPr>
        <w:t>39:46</w:t>
      </w:r>
    </w:p>
    <w:p>
      <w:pPr>
        <w:spacing w:after="0"/>
      </w:pPr>
      <w:r>
        <w:rPr>
          <w:rFonts w:ascii="Arial" w:hAnsi="Arial"/>
          <w:sz w:val="22"/>
        </w:rPr>
        <w:t>We know that there's large amounts of methane stored in the permafrost in the Arctic. And we're worried that as a permafrost starts to actually unfreeze the methane trapped underneath will start to bubble up.</w:t>
      </w:r>
    </w:p>
    <w:p>
      <w:pPr>
        <w:spacing w:after="0"/>
      </w:pPr>
    </w:p>
    <w:p>
      <w:pPr>
        <w:spacing w:after="0"/>
      </w:pPr>
      <w:r>
        <w:rPr>
          <w:rFonts w:ascii="Arial" w:hAnsi="Arial"/>
          <w:color w:val="5D7284"/>
          <w:sz w:val="22"/>
        </w:rPr>
        <w:t>40:01</w:t>
      </w:r>
    </w:p>
    <w:p>
      <w:pPr>
        <w:spacing w:after="0"/>
      </w:pPr>
      <w:r>
        <w:rPr>
          <w:rFonts w:ascii="Arial" w:hAnsi="Arial"/>
          <w:sz w:val="22"/>
        </w:rPr>
        <w:t>Snow is the move to revealing the ice below.</w:t>
      </w:r>
    </w:p>
    <w:p>
      <w:pPr>
        <w:spacing w:after="0"/>
      </w:pPr>
    </w:p>
    <w:p>
      <w:pPr>
        <w:spacing w:after="0"/>
      </w:pPr>
      <w:r>
        <w:rPr>
          <w:rFonts w:ascii="Arial" w:hAnsi="Arial"/>
          <w:color w:val="5D7284"/>
          <w:sz w:val="22"/>
        </w:rPr>
        <w:t>40:07</w:t>
      </w:r>
    </w:p>
    <w:p>
      <w:pPr>
        <w:spacing w:after="0"/>
      </w:pPr>
      <w:r>
        <w:rPr>
          <w:rFonts w:ascii="Arial" w:hAnsi="Arial"/>
          <w:sz w:val="22"/>
        </w:rPr>
        <w:t>You bubbles down in there and we look down into the ice we see white pockets of gas.</w:t>
      </w:r>
    </w:p>
    <w:p>
      <w:pPr>
        <w:spacing w:after="0"/>
      </w:pPr>
    </w:p>
    <w:p>
      <w:pPr>
        <w:spacing w:after="0"/>
      </w:pPr>
      <w:r>
        <w:rPr>
          <w:rFonts w:ascii="Arial" w:hAnsi="Arial"/>
          <w:color w:val="5D7284"/>
          <w:sz w:val="22"/>
        </w:rPr>
        <w:t>40:18</w:t>
      </w:r>
    </w:p>
    <w:p>
      <w:pPr>
        <w:spacing w:after="0"/>
      </w:pPr>
      <w:r>
        <w:rPr>
          <w:rFonts w:ascii="Arial" w:hAnsi="Arial"/>
          <w:sz w:val="22"/>
        </w:rPr>
        <w:t>We can see that there are bubbles in the surface layer and then there's a whole column of bubbles that stacks up.</w:t>
      </w:r>
    </w:p>
    <w:p>
      <w:pPr>
        <w:spacing w:after="0"/>
      </w:pPr>
    </w:p>
    <w:p>
      <w:pPr>
        <w:spacing w:after="0"/>
      </w:pPr>
      <w:r>
        <w:rPr>
          <w:rFonts w:ascii="Arial" w:hAnsi="Arial"/>
          <w:color w:val="5D7284"/>
          <w:sz w:val="22"/>
        </w:rPr>
        <w:t>40:24</w:t>
      </w:r>
    </w:p>
    <w:p>
      <w:pPr>
        <w:spacing w:after="0"/>
      </w:pPr>
      <w:r>
        <w:rPr>
          <w:rFonts w:ascii="Arial" w:hAnsi="Arial"/>
          <w:sz w:val="22"/>
        </w:rPr>
        <w:t>When this ice sheet melts, the gases are released into the atmosphere and you can actually hear the gases coming out.</w:t>
      </w:r>
    </w:p>
    <w:p>
      <w:pPr>
        <w:spacing w:after="0"/>
      </w:pPr>
    </w:p>
    <w:p>
      <w:pPr>
        <w:spacing w:after="0"/>
      </w:pPr>
      <w:r>
        <w:rPr>
          <w:rFonts w:ascii="Arial" w:hAnsi="Arial"/>
          <w:color w:val="5D7284"/>
          <w:sz w:val="22"/>
        </w:rPr>
        <w:t>40:32</w:t>
      </w:r>
    </w:p>
    <w:p>
      <w:pPr>
        <w:spacing w:after="0"/>
      </w:pPr>
      <w:r>
        <w:rPr>
          <w:rFonts w:ascii="Arial" w:hAnsi="Arial"/>
          <w:sz w:val="22"/>
        </w:rPr>
        <w:t>Don't look at water entity, ecologist University of Alaska Fairbanks. She likes to guess.</w:t>
      </w:r>
    </w:p>
    <w:p>
      <w:pPr>
        <w:spacing w:after="0"/>
      </w:pPr>
    </w:p>
    <w:p>
      <w:pPr>
        <w:spacing w:after="0"/>
      </w:pPr>
      <w:r>
        <w:rPr>
          <w:rFonts w:ascii="Arial" w:hAnsi="Arial"/>
          <w:color w:val="5D7284"/>
          <w:sz w:val="22"/>
        </w:rPr>
        <w:t>40:40</w:t>
      </w:r>
    </w:p>
    <w:p>
      <w:pPr>
        <w:spacing w:after="0"/>
      </w:pPr>
      <w:r>
        <w:rPr>
          <w:rFonts w:ascii="Arial" w:hAnsi="Arial"/>
          <w:sz w:val="22"/>
        </w:rPr>
        <w:t>So look.</w:t>
      </w:r>
    </w:p>
    <w:p>
      <w:pPr>
        <w:spacing w:after="0"/>
      </w:pPr>
    </w:p>
    <w:p>
      <w:pPr>
        <w:spacing w:after="0"/>
      </w:pPr>
      <w:r>
        <w:rPr>
          <w:rFonts w:ascii="Arial" w:hAnsi="Arial"/>
          <w:color w:val="5D7284"/>
          <w:sz w:val="22"/>
        </w:rPr>
        <w:t>40:43</w:t>
      </w:r>
    </w:p>
    <w:p>
      <w:pPr>
        <w:spacing w:after="0"/>
      </w:pPr>
      <w:r>
        <w:rPr>
          <w:rFonts w:ascii="Arial" w:hAnsi="Arial"/>
          <w:sz w:val="22"/>
        </w:rPr>
        <w:t>These layers that we're doing demonstrate that the bubbles contain Methane is a very potent greenhouse gas.</w:t>
      </w:r>
    </w:p>
    <w:p>
      <w:pPr>
        <w:spacing w:after="0"/>
      </w:pPr>
    </w:p>
    <w:p>
      <w:pPr>
        <w:spacing w:after="0"/>
      </w:pPr>
      <w:r>
        <w:rPr>
          <w:rFonts w:ascii="Arial" w:hAnsi="Arial"/>
          <w:color w:val="5D7284"/>
          <w:sz w:val="22"/>
        </w:rPr>
        <w:t>40:51</w:t>
      </w:r>
    </w:p>
    <w:p>
      <w:pPr>
        <w:spacing w:after="0"/>
      </w:pPr>
      <w:r>
        <w:rPr>
          <w:rFonts w:ascii="Arial" w:hAnsi="Arial"/>
          <w:sz w:val="22"/>
        </w:rPr>
        <w:t>Methane is 21 times more powerful as a greenhouse gas than co2. So you can imagine a large amount of gas, burping out of the permafrost actually causing the acceleration in the global warming that we see already happened.</w:t>
      </w:r>
    </w:p>
    <w:p>
      <w:pPr>
        <w:spacing w:after="0"/>
      </w:pPr>
    </w:p>
    <w:p>
      <w:pPr>
        <w:spacing w:after="0"/>
      </w:pPr>
      <w:r>
        <w:rPr>
          <w:rFonts w:ascii="Arial" w:hAnsi="Arial"/>
          <w:color w:val="5D7284"/>
          <w:sz w:val="22"/>
        </w:rPr>
        <w:t>41:09</w:t>
      </w:r>
    </w:p>
    <w:p>
      <w:pPr>
        <w:spacing w:after="0"/>
      </w:pPr>
      <w:r>
        <w:rPr>
          <w:rFonts w:ascii="Arial" w:hAnsi="Arial"/>
          <w:sz w:val="22"/>
        </w:rPr>
        <w:t>A vast expansive snowy woodland.</w:t>
      </w:r>
    </w:p>
    <w:p>
      <w:pPr>
        <w:spacing w:after="0"/>
      </w:pPr>
    </w:p>
    <w:p>
      <w:pPr>
        <w:spacing w:after="0"/>
      </w:pPr>
      <w:r>
        <w:rPr>
          <w:rFonts w:ascii="Arial" w:hAnsi="Arial"/>
          <w:color w:val="5D7284"/>
          <w:sz w:val="22"/>
        </w:rPr>
        <w:t>41:13</w:t>
      </w:r>
    </w:p>
    <w:p>
      <w:pPr>
        <w:spacing w:after="0"/>
      </w:pPr>
      <w:r>
        <w:rPr>
          <w:rFonts w:ascii="Arial" w:hAnsi="Arial"/>
          <w:sz w:val="22"/>
        </w:rPr>
        <w:t>Good look at across the millions of lakes in the Arctic, you start to wonder just how much methane all of these lakes could release from the Arctic landscape to a meadow dotted with trees. And daffodils.</w:t>
      </w:r>
    </w:p>
    <w:p>
      <w:pPr>
        <w:spacing w:after="0"/>
      </w:pPr>
    </w:p>
    <w:p>
      <w:pPr>
        <w:spacing w:after="0"/>
      </w:pPr>
      <w:r>
        <w:rPr>
          <w:rFonts w:ascii="Arial" w:hAnsi="Arial"/>
          <w:color w:val="5D7284"/>
          <w:sz w:val="22"/>
        </w:rPr>
        <w:t>41:28</w:t>
      </w:r>
    </w:p>
    <w:p>
      <w:pPr>
        <w:spacing w:after="0"/>
      </w:pPr>
      <w:r>
        <w:rPr>
          <w:rFonts w:ascii="Arial" w:hAnsi="Arial"/>
          <w:sz w:val="22"/>
        </w:rPr>
        <w:t>The future looks alarming indeed. But it's not without hope. There is still time if we act now with determination and urgency and government, industry as nations and we as individuals need to do to change our course.</w:t>
      </w:r>
    </w:p>
    <w:p>
      <w:pPr>
        <w:spacing w:after="0"/>
      </w:pPr>
    </w:p>
    <w:p>
      <w:pPr>
        <w:spacing w:after="0"/>
      </w:pPr>
      <w:r>
        <w:rPr>
          <w:rFonts w:ascii="Arial" w:hAnsi="Arial"/>
          <w:color w:val="5D7284"/>
          <w:sz w:val="22"/>
        </w:rPr>
        <w:t>41:47</w:t>
      </w:r>
    </w:p>
    <w:p>
      <w:pPr>
        <w:spacing w:after="0"/>
      </w:pPr>
      <w:r>
        <w:rPr>
          <w:rFonts w:ascii="Arial" w:hAnsi="Arial"/>
          <w:sz w:val="22"/>
        </w:rPr>
        <w:t>A car bearing the flag of Japan at the 2015 United Nations climate summit in Paris, for the first time ever, nearly every country in the world came to an agreement set an objective to hold temperatures below two degrees and try to limit warming to 1.5.</w:t>
      </w:r>
    </w:p>
    <w:p>
      <w:pPr>
        <w:spacing w:after="0"/>
      </w:pPr>
    </w:p>
    <w:p>
      <w:pPr>
        <w:spacing w:after="0"/>
      </w:pPr>
      <w:r>
        <w:rPr>
          <w:rFonts w:ascii="Arial" w:hAnsi="Arial"/>
          <w:color w:val="5D7284"/>
          <w:sz w:val="22"/>
        </w:rPr>
        <w:t>42:12</w:t>
      </w:r>
    </w:p>
    <w:p>
      <w:pPr>
        <w:spacing w:after="0"/>
      </w:pPr>
      <w:r>
        <w:rPr>
          <w:rFonts w:ascii="Arial" w:hAnsi="Arial"/>
          <w:sz w:val="22"/>
        </w:rPr>
        <w:t>He wants to try and keep the global climate to one and a half degrees. We have to half our carbon emissions by 2030 and then hit zero carbon emissions globally by 2050. This poses a huge challenge, as emissions must be cut from almost every part of the economy. But 25% come from how we produce electricity and heat and alternatives are already within across. It's actually not that complicated. We need to shift our energy system away from fossil fuels that produce greenhouse gases and towards renewable energies that don't.</w:t>
      </w:r>
    </w:p>
    <w:p>
      <w:pPr>
        <w:spacing w:after="0"/>
      </w:pPr>
    </w:p>
    <w:p>
      <w:pPr>
        <w:spacing w:after="0"/>
      </w:pPr>
      <w:r>
        <w:rPr>
          <w:rFonts w:ascii="Arial" w:hAnsi="Arial"/>
          <w:color w:val="5D7284"/>
          <w:sz w:val="22"/>
        </w:rPr>
        <w:t>42:52</w:t>
      </w:r>
    </w:p>
    <w:p>
      <w:pPr>
        <w:spacing w:after="0"/>
      </w:pPr>
      <w:r>
        <w:rPr>
          <w:rFonts w:ascii="Arial" w:hAnsi="Arial"/>
          <w:sz w:val="22"/>
        </w:rPr>
        <w:t>Every country has got a different results. In Norway. You've got an awful lot of hydropower.</w:t>
      </w:r>
    </w:p>
    <w:p>
      <w:pPr>
        <w:spacing w:after="0"/>
      </w:pPr>
    </w:p>
    <w:p>
      <w:pPr>
        <w:spacing w:after="0"/>
      </w:pPr>
      <w:r>
        <w:rPr>
          <w:rFonts w:ascii="Arial" w:hAnsi="Arial"/>
          <w:color w:val="5D7284"/>
          <w:sz w:val="22"/>
        </w:rPr>
        <w:t>42:59</w:t>
      </w:r>
    </w:p>
    <w:p>
      <w:pPr>
        <w:spacing w:after="0"/>
      </w:pPr>
      <w:r>
        <w:rPr>
          <w:rFonts w:ascii="Arial" w:hAnsi="Arial"/>
          <w:sz w:val="22"/>
        </w:rPr>
        <w:t>If you're in India or Morocco, there's lots and lots of stuff.</w:t>
      </w:r>
    </w:p>
    <w:p>
      <w:pPr>
        <w:spacing w:after="0"/>
      </w:pPr>
    </w:p>
    <w:p>
      <w:pPr>
        <w:spacing w:after="0"/>
      </w:pPr>
      <w:r>
        <w:rPr>
          <w:rFonts w:ascii="Arial" w:hAnsi="Arial"/>
          <w:color w:val="5D7284"/>
          <w:sz w:val="22"/>
        </w:rPr>
        <w:t>43:03</w:t>
      </w:r>
    </w:p>
    <w:p>
      <w:pPr>
        <w:spacing w:after="0"/>
      </w:pPr>
      <w:r>
        <w:rPr>
          <w:rFonts w:ascii="Arial" w:hAnsi="Arial"/>
          <w:sz w:val="22"/>
        </w:rPr>
        <w:t>The problem was that renewables were much more expensive than fossil fuels. What's happened recently is rapid falls and the price of renewable energy</w:t>
      </w:r>
    </w:p>
    <w:p>
      <w:pPr>
        <w:spacing w:after="0"/>
      </w:pPr>
    </w:p>
    <w:p>
      <w:pPr>
        <w:spacing w:after="0"/>
      </w:pPr>
      <w:r>
        <w:rPr>
          <w:rFonts w:ascii="Arial" w:hAnsi="Arial"/>
          <w:color w:val="5D7284"/>
          <w:sz w:val="22"/>
        </w:rPr>
        <w:t>43:17</w:t>
      </w:r>
    </w:p>
    <w:p>
      <w:pPr>
        <w:spacing w:after="0"/>
      </w:pPr>
      <w:r>
        <w:rPr>
          <w:rFonts w:ascii="Arial" w:hAnsi="Arial"/>
          <w:sz w:val="22"/>
        </w:rPr>
        <w:t>has led the way</w:t>
      </w:r>
    </w:p>
    <w:p>
      <w:pPr>
        <w:spacing w:after="0"/>
      </w:pPr>
    </w:p>
    <w:p>
      <w:pPr>
        <w:spacing w:after="0"/>
      </w:pPr>
      <w:r>
        <w:rPr>
          <w:rFonts w:ascii="Arial" w:hAnsi="Arial"/>
          <w:color w:val="5D7284"/>
          <w:sz w:val="22"/>
        </w:rPr>
        <w:t>43:21</w:t>
      </w:r>
    </w:p>
    <w:p>
      <w:pPr>
        <w:spacing w:after="0"/>
      </w:pPr>
      <w:r>
        <w:rPr>
          <w:rFonts w:ascii="Arial" w:hAnsi="Arial"/>
          <w:sz w:val="22"/>
        </w:rPr>
        <w:t>Germany went firstly many of the key technologies and solar and China really picked up the baton</w:t>
      </w:r>
    </w:p>
    <w:p>
      <w:pPr>
        <w:spacing w:after="0"/>
      </w:pPr>
    </w:p>
    <w:p>
      <w:pPr>
        <w:spacing w:after="0"/>
      </w:pPr>
      <w:r>
        <w:rPr>
          <w:rFonts w:ascii="Arial" w:hAnsi="Arial"/>
          <w:color w:val="5D7284"/>
          <w:sz w:val="22"/>
        </w:rPr>
        <w:t>43:30</w:t>
      </w:r>
    </w:p>
    <w:p>
      <w:pPr>
        <w:spacing w:after="0"/>
      </w:pPr>
      <w:r>
        <w:rPr>
          <w:rFonts w:ascii="Arial" w:hAnsi="Arial"/>
          <w:sz w:val="22"/>
        </w:rPr>
        <w:t>this tremendous technological innovation taking place around the world solar power is now the cheapest form of newly installed electricity in more than 60 countries.</w:t>
      </w:r>
    </w:p>
    <w:p>
      <w:pPr>
        <w:spacing w:after="0"/>
      </w:pPr>
    </w:p>
    <w:p>
      <w:pPr>
        <w:spacing w:after="0"/>
      </w:pPr>
      <w:r>
        <w:rPr>
          <w:rFonts w:ascii="Arial" w:hAnsi="Arial"/>
          <w:color w:val="5D7284"/>
          <w:sz w:val="22"/>
        </w:rPr>
        <w:t>43:40</w:t>
      </w:r>
    </w:p>
    <w:p>
      <w:pPr>
        <w:spacing w:after="0"/>
      </w:pPr>
      <w:r>
        <w:rPr>
          <w:rFonts w:ascii="Arial" w:hAnsi="Arial"/>
          <w:sz w:val="22"/>
        </w:rPr>
        <w:t>We're seeing a huge growth in renewable energy, despite entrenched fossil fuel interests. They've been unable to stop that transition.</w:t>
      </w:r>
    </w:p>
    <w:p>
      <w:pPr>
        <w:spacing w:after="0"/>
      </w:pPr>
    </w:p>
    <w:p>
      <w:pPr>
        <w:spacing w:after="0"/>
      </w:pPr>
      <w:r>
        <w:rPr>
          <w:rFonts w:ascii="Arial" w:hAnsi="Arial"/>
          <w:color w:val="5D7284"/>
          <w:sz w:val="22"/>
        </w:rPr>
        <w:t>43:50</w:t>
      </w:r>
    </w:p>
    <w:p>
      <w:pPr>
        <w:spacing w:after="0"/>
      </w:pPr>
      <w:r>
        <w:rPr>
          <w:rFonts w:ascii="Arial" w:hAnsi="Arial"/>
          <w:sz w:val="22"/>
        </w:rPr>
        <w:t>And we've got to do even more a field of solar panels in the UK for a long time we've been considering future energy sources. It used to be 1020 years ago that nuclear power offer the relatively cheap way through and one really good advantage of nuclear is that it doesn't produce emissions.</w:t>
      </w:r>
    </w:p>
    <w:p>
      <w:pPr>
        <w:spacing w:after="0"/>
      </w:pPr>
    </w:p>
    <w:p>
      <w:pPr>
        <w:spacing w:after="0"/>
      </w:pPr>
      <w:r>
        <w:rPr>
          <w:rFonts w:ascii="Arial" w:hAnsi="Arial"/>
          <w:color w:val="5D7284"/>
          <w:sz w:val="22"/>
        </w:rPr>
        <w:t>44:13</w:t>
      </w:r>
    </w:p>
    <w:p>
      <w:pPr>
        <w:spacing w:after="0"/>
      </w:pPr>
      <w:r>
        <w:rPr>
          <w:rFonts w:ascii="Arial" w:hAnsi="Arial"/>
          <w:sz w:val="22"/>
        </w:rPr>
        <w:t>And what's become clear recently is that some technologies are performing better than others.</w:t>
      </w:r>
    </w:p>
    <w:p>
      <w:pPr>
        <w:spacing w:after="0"/>
      </w:pPr>
    </w:p>
    <w:p>
      <w:pPr>
        <w:spacing w:after="0"/>
      </w:pPr>
      <w:r>
        <w:rPr>
          <w:rFonts w:ascii="Arial" w:hAnsi="Arial"/>
          <w:color w:val="5D7284"/>
          <w:sz w:val="22"/>
        </w:rPr>
        <w:t>44:19</w:t>
      </w:r>
    </w:p>
    <w:p>
      <w:pPr>
        <w:spacing w:after="0"/>
      </w:pPr>
      <w:r>
        <w:rPr>
          <w:rFonts w:ascii="Arial" w:hAnsi="Arial"/>
          <w:sz w:val="22"/>
        </w:rPr>
        <w:t>And increasingly that's been about when</w:t>
      </w:r>
    </w:p>
    <w:p>
      <w:pPr>
        <w:spacing w:after="0"/>
      </w:pPr>
    </w:p>
    <w:p>
      <w:pPr>
        <w:spacing w:after="0"/>
      </w:pPr>
      <w:r>
        <w:rPr>
          <w:rFonts w:ascii="Arial" w:hAnsi="Arial"/>
          <w:color w:val="5D7284"/>
          <w:sz w:val="22"/>
        </w:rPr>
        <w:t>44:24</w:t>
      </w:r>
    </w:p>
    <w:p>
      <w:pPr>
        <w:spacing w:after="0"/>
      </w:pPr>
      <w:r>
        <w:rPr>
          <w:rFonts w:ascii="Arial" w:hAnsi="Arial"/>
          <w:sz w:val="22"/>
        </w:rPr>
        <w:t>in the UK, we are building some of the biggest offshore wind turbines in the</w:t>
      </w:r>
    </w:p>
    <w:p>
      <w:pPr>
        <w:spacing w:after="0"/>
      </w:pPr>
    </w:p>
    <w:p>
      <w:pPr>
        <w:spacing w:after="0"/>
      </w:pPr>
      <w:r>
        <w:rPr>
          <w:rFonts w:ascii="Arial" w:hAnsi="Arial"/>
          <w:color w:val="5D7284"/>
          <w:sz w:val="22"/>
        </w:rPr>
        <w:t>44:34</w:t>
      </w:r>
    </w:p>
    <w:p>
      <w:pPr>
        <w:spacing w:after="0"/>
      </w:pPr>
      <w:r>
        <w:rPr>
          <w:rFonts w:ascii="Arial" w:hAnsi="Arial"/>
          <w:sz w:val="22"/>
        </w:rPr>
        <w:t>peak of the turbine the wind to be captured a turbine looming above to see just one revolution these planes can power a house for a day.</w:t>
      </w:r>
    </w:p>
    <w:p>
      <w:pPr>
        <w:spacing w:after="0"/>
      </w:pPr>
    </w:p>
    <w:p>
      <w:pPr>
        <w:spacing w:after="0"/>
      </w:pPr>
      <w:r>
        <w:rPr>
          <w:rFonts w:ascii="Arial" w:hAnsi="Arial"/>
          <w:color w:val="5D7284"/>
          <w:sz w:val="22"/>
        </w:rPr>
        <w:t>44:50</w:t>
      </w:r>
    </w:p>
    <w:p>
      <w:pPr>
        <w:spacing w:after="0"/>
      </w:pPr>
      <w:r>
        <w:rPr>
          <w:rFonts w:ascii="Arial" w:hAnsi="Arial"/>
          <w:sz w:val="22"/>
        </w:rPr>
        <w:t>With the increased capacity wind resources about to become as cheap and was cheaper in the future than fossil fuels. So far, around 30% of the UK electricity come from renewable sources. If that's to continue to grow, we need to develop parallel systems to keep our energy reliable, and store what we produce. The bit that comes next. That means that we have to decarbonize industry, and we're going to decarbonize the transport sector.</w:t>
      </w:r>
    </w:p>
    <w:p>
      <w:pPr>
        <w:spacing w:after="0"/>
      </w:pPr>
    </w:p>
    <w:p>
      <w:pPr>
        <w:spacing w:after="0"/>
      </w:pPr>
      <w:r>
        <w:rPr>
          <w:rFonts w:ascii="Arial" w:hAnsi="Arial"/>
          <w:color w:val="5D7284"/>
          <w:sz w:val="22"/>
        </w:rPr>
        <w:t>45:23</w:t>
      </w:r>
    </w:p>
    <w:p>
      <w:pPr>
        <w:spacing w:after="0"/>
      </w:pPr>
      <w:r>
        <w:rPr>
          <w:rFonts w:ascii="Arial" w:hAnsi="Arial"/>
          <w:sz w:val="22"/>
        </w:rPr>
        <w:t>And that means using things like electric vehicles, battery powered vehicles, potentially even hydrogen powered vehicles.</w:t>
      </w:r>
    </w:p>
    <w:p>
      <w:pPr>
        <w:spacing w:after="0"/>
      </w:pPr>
    </w:p>
    <w:p>
      <w:pPr>
        <w:spacing w:after="0"/>
      </w:pPr>
      <w:r>
        <w:rPr>
          <w:rFonts w:ascii="Arial" w:hAnsi="Arial"/>
          <w:color w:val="5D7284"/>
          <w:sz w:val="22"/>
        </w:rPr>
        <w:t>45:30</w:t>
      </w:r>
    </w:p>
    <w:p>
      <w:pPr>
        <w:spacing w:after="0"/>
      </w:pPr>
      <w:r>
        <w:rPr>
          <w:rFonts w:ascii="Arial" w:hAnsi="Arial"/>
          <w:sz w:val="22"/>
        </w:rPr>
        <w:t>We know what we have to do. We really have to get on and do it. And this is the political decision, the brave decision that needs to be taken. Do we incur a small cost? No, not insignificant cost. Let's be clear on it, or do we wait and see the needs to adapt? And the economics is really clear on this that the costs of action are dwarfed by the cost of inaction.</w:t>
      </w:r>
    </w:p>
    <w:p>
      <w:pPr>
        <w:spacing w:after="0"/>
      </w:pPr>
    </w:p>
    <w:p>
      <w:pPr>
        <w:spacing w:after="0"/>
      </w:pPr>
      <w:r>
        <w:rPr>
          <w:rFonts w:ascii="Arial" w:hAnsi="Arial"/>
          <w:color w:val="5D7284"/>
          <w:sz w:val="22"/>
        </w:rPr>
        <w:t>45:54</w:t>
      </w:r>
    </w:p>
    <w:p>
      <w:pPr>
        <w:spacing w:after="0"/>
      </w:pPr>
      <w:r>
        <w:rPr>
          <w:rFonts w:ascii="Arial" w:hAnsi="Arial"/>
          <w:sz w:val="22"/>
        </w:rPr>
        <w:t>Chris Stark committee on climate change if we take this path now, we could potentially buy ourselves time to crap, some of the most challenging sources of emissions like aviation Airbus engineers, Sarah pillbox here one of the major barriers to obtaining electric flight is the power that we can get from batteries today.</w:t>
      </w:r>
    </w:p>
    <w:p>
      <w:pPr>
        <w:spacing w:after="0"/>
      </w:pPr>
    </w:p>
    <w:p>
      <w:pPr>
        <w:spacing w:after="0"/>
      </w:pPr>
      <w:r>
        <w:rPr>
          <w:rFonts w:ascii="Arial" w:hAnsi="Arial"/>
          <w:color w:val="5D7284"/>
          <w:sz w:val="22"/>
        </w:rPr>
        <w:t>46:22</w:t>
      </w:r>
    </w:p>
    <w:p>
      <w:pPr>
        <w:spacing w:after="0"/>
      </w:pPr>
      <w:r>
        <w:rPr>
          <w:rFonts w:ascii="Arial" w:hAnsi="Arial"/>
          <w:sz w:val="22"/>
        </w:rPr>
        <w:t>But we are seeing strides being made and seeing a reduction in the weight of these batteries.</w:t>
      </w:r>
    </w:p>
    <w:p>
      <w:pPr>
        <w:spacing w:after="0"/>
      </w:pPr>
    </w:p>
    <w:p>
      <w:pPr>
        <w:spacing w:after="0"/>
      </w:pPr>
      <w:r>
        <w:rPr>
          <w:rFonts w:ascii="Arial" w:hAnsi="Arial"/>
          <w:color w:val="5D7284"/>
          <w:sz w:val="22"/>
        </w:rPr>
        <w:t>46:31</w:t>
      </w:r>
    </w:p>
    <w:p>
      <w:pPr>
        <w:spacing w:after="0"/>
      </w:pPr>
      <w:r>
        <w:rPr>
          <w:rFonts w:ascii="Arial" w:hAnsi="Arial"/>
          <w:sz w:val="22"/>
        </w:rPr>
        <w:t>Recently, the world's first fully electric paid meeting just across the channel. This was a single passenger 16 kilowatt power jet.</w:t>
      </w:r>
    </w:p>
    <w:p>
      <w:pPr>
        <w:spacing w:after="0"/>
      </w:pPr>
    </w:p>
    <w:p>
      <w:pPr>
        <w:spacing w:after="0"/>
      </w:pPr>
      <w:r>
        <w:rPr>
          <w:rFonts w:ascii="Arial" w:hAnsi="Arial"/>
          <w:color w:val="5D7284"/>
          <w:sz w:val="22"/>
        </w:rPr>
        <w:t>46:43</w:t>
      </w:r>
    </w:p>
    <w:p>
      <w:pPr>
        <w:spacing w:after="0"/>
      </w:pPr>
      <w:r>
        <w:rPr>
          <w:rFonts w:ascii="Arial" w:hAnsi="Arial"/>
          <w:sz w:val="22"/>
        </w:rPr>
        <w:t>Now we're trying to retrofit and 2010 and get him flying.</w:t>
      </w:r>
    </w:p>
    <w:p>
      <w:pPr>
        <w:spacing w:after="0"/>
      </w:pPr>
    </w:p>
    <w:p>
      <w:pPr>
        <w:spacing w:after="0"/>
      </w:pPr>
      <w:r>
        <w:rPr>
          <w:rFonts w:ascii="Arial" w:hAnsi="Arial"/>
          <w:color w:val="5D7284"/>
          <w:sz w:val="22"/>
        </w:rPr>
        <w:t>46:49</w:t>
      </w:r>
    </w:p>
    <w:p>
      <w:pPr>
        <w:spacing w:after="0"/>
      </w:pPr>
      <w:r>
        <w:rPr>
          <w:rFonts w:ascii="Arial" w:hAnsi="Arial"/>
          <w:sz w:val="22"/>
        </w:rPr>
        <w:t>We'll be replacing one of the engines with an electric motor driving the fan.</w:t>
      </w:r>
    </w:p>
    <w:p>
      <w:pPr>
        <w:spacing w:after="0"/>
      </w:pPr>
    </w:p>
    <w:p>
      <w:pPr>
        <w:spacing w:after="0"/>
      </w:pPr>
      <w:r>
        <w:rPr>
          <w:rFonts w:ascii="Arial" w:hAnsi="Arial"/>
          <w:color w:val="5D7284"/>
          <w:sz w:val="22"/>
        </w:rPr>
        <w:t>46:57</w:t>
      </w:r>
    </w:p>
    <w:p>
      <w:pPr>
        <w:spacing w:after="0"/>
      </w:pPr>
      <w:r>
        <w:rPr>
          <w:rFonts w:ascii="Arial" w:hAnsi="Arial"/>
          <w:sz w:val="22"/>
        </w:rPr>
        <w:t>Going to take these hybrid electric systems and test them in the test them in flight at different altitudes and different temperatures. And this is going to give us the key to understand how we might integrate these systems for future aircraft design.</w:t>
      </w:r>
    </w:p>
    <w:p>
      <w:pPr>
        <w:spacing w:after="0"/>
      </w:pPr>
    </w:p>
    <w:p>
      <w:pPr>
        <w:spacing w:after="0"/>
      </w:pPr>
      <w:r>
        <w:rPr>
          <w:rFonts w:ascii="Arial" w:hAnsi="Arial"/>
          <w:color w:val="5D7284"/>
          <w:sz w:val="22"/>
        </w:rPr>
        <w:t>47:11</w:t>
      </w:r>
    </w:p>
    <w:p>
      <w:pPr>
        <w:spacing w:after="0"/>
      </w:pPr>
      <w:r>
        <w:rPr>
          <w:rFonts w:ascii="Arial" w:hAnsi="Arial"/>
          <w:sz w:val="22"/>
        </w:rPr>
        <w:t>clouds drifting from a chimney to limit warming to 1.5 degrees, as well as reducing the amount of carbon dioxide we release into the atmosphere. We need to find ways to reduce the vast amount that's already there.</w:t>
      </w:r>
    </w:p>
    <w:p>
      <w:pPr>
        <w:spacing w:after="0"/>
      </w:pPr>
    </w:p>
    <w:p>
      <w:pPr>
        <w:spacing w:after="0"/>
      </w:pPr>
      <w:r>
        <w:rPr>
          <w:rFonts w:ascii="Arial" w:hAnsi="Arial"/>
          <w:color w:val="5D7284"/>
          <w:sz w:val="22"/>
        </w:rPr>
        <w:t>47:29</w:t>
      </w:r>
    </w:p>
    <w:p>
      <w:pPr>
        <w:spacing w:after="0"/>
      </w:pPr>
      <w:r>
        <w:rPr>
          <w:rFonts w:ascii="Arial" w:hAnsi="Arial"/>
          <w:sz w:val="22"/>
        </w:rPr>
        <w:t>That distance horizon is shrouded in mist.</w:t>
      </w:r>
    </w:p>
    <w:p>
      <w:pPr>
        <w:spacing w:after="0"/>
      </w:pPr>
    </w:p>
    <w:p>
      <w:pPr>
        <w:spacing w:after="0"/>
      </w:pPr>
      <w:r>
        <w:rPr>
          <w:rFonts w:ascii="Arial" w:hAnsi="Arial"/>
          <w:color w:val="5D7284"/>
          <w:sz w:val="22"/>
        </w:rPr>
        <w:t>47:33</w:t>
      </w:r>
    </w:p>
    <w:p>
      <w:pPr>
        <w:spacing w:after="0"/>
      </w:pPr>
      <w:r>
        <w:rPr>
          <w:rFonts w:ascii="Arial" w:hAnsi="Arial"/>
          <w:sz w:val="22"/>
        </w:rPr>
        <w:t>There's a great deal of interest in the kind of technologies that we might have a capacity to remove carbon dioxide from the atmosphere. Now the first thing to say is we already have these technologies and they're called trees.</w:t>
      </w:r>
    </w:p>
    <w:p>
      <w:pPr>
        <w:spacing w:after="0"/>
      </w:pPr>
    </w:p>
    <w:p>
      <w:pPr>
        <w:spacing w:after="0"/>
      </w:pPr>
      <w:r>
        <w:rPr>
          <w:rFonts w:ascii="Arial" w:hAnsi="Arial"/>
          <w:color w:val="5D7284"/>
          <w:sz w:val="22"/>
        </w:rPr>
        <w:t>47:47</w:t>
      </w:r>
    </w:p>
    <w:p>
      <w:pPr>
        <w:spacing w:after="0"/>
      </w:pPr>
      <w:r>
        <w:rPr>
          <w:rFonts w:ascii="Arial" w:hAnsi="Arial"/>
          <w:sz w:val="22"/>
        </w:rPr>
        <w:t>We reforest rewild vast areas of the world then we can lock up huge amounts of carbon that is currently in the atmosphere.</w:t>
      </w:r>
    </w:p>
    <w:p>
      <w:pPr>
        <w:spacing w:after="0"/>
      </w:pPr>
    </w:p>
    <w:p>
      <w:pPr>
        <w:spacing w:after="0"/>
      </w:pPr>
      <w:r>
        <w:rPr>
          <w:rFonts w:ascii="Arial" w:hAnsi="Arial"/>
          <w:color w:val="5D7284"/>
          <w:sz w:val="22"/>
        </w:rPr>
        <w:t>47:57</w:t>
      </w:r>
    </w:p>
    <w:p>
      <w:pPr>
        <w:spacing w:after="0"/>
      </w:pPr>
      <w:r>
        <w:rPr>
          <w:rFonts w:ascii="Arial" w:hAnsi="Arial"/>
          <w:sz w:val="22"/>
        </w:rPr>
        <w:t>In the future, there are other technologies that might work like direct air capture.</w:t>
      </w:r>
    </w:p>
    <w:p>
      <w:pPr>
        <w:spacing w:after="0"/>
      </w:pPr>
    </w:p>
    <w:p>
      <w:pPr>
        <w:spacing w:after="0"/>
      </w:pPr>
      <w:r>
        <w:rPr>
          <w:rFonts w:ascii="Arial" w:hAnsi="Arial"/>
          <w:color w:val="5D7284"/>
          <w:sz w:val="22"/>
        </w:rPr>
        <w:t>48:06</w:t>
      </w:r>
    </w:p>
    <w:p>
      <w:pPr>
        <w:spacing w:after="0"/>
      </w:pPr>
      <w:r>
        <w:rPr>
          <w:rFonts w:ascii="Arial" w:hAnsi="Arial"/>
          <w:sz w:val="22"/>
        </w:rPr>
        <w:t>This is one of the world's first carpet collectors.</w:t>
      </w:r>
    </w:p>
    <w:p>
      <w:pPr>
        <w:spacing w:after="0"/>
      </w:pPr>
    </w:p>
    <w:p>
      <w:pPr>
        <w:spacing w:after="0"/>
      </w:pPr>
      <w:r>
        <w:rPr>
          <w:rFonts w:ascii="Arial" w:hAnsi="Arial"/>
          <w:color w:val="5D7284"/>
          <w:sz w:val="22"/>
        </w:rPr>
        <w:t>48:10</w:t>
      </w:r>
    </w:p>
    <w:p>
      <w:pPr>
        <w:spacing w:after="0"/>
      </w:pPr>
      <w:r>
        <w:rPr>
          <w:rFonts w:ascii="Arial" w:hAnsi="Arial"/>
          <w:sz w:val="22"/>
        </w:rPr>
        <w:t>air is sucked into the collector. Inside there is a filter unit that absorbs co2.</w:t>
      </w:r>
    </w:p>
    <w:p>
      <w:pPr>
        <w:spacing w:after="0"/>
      </w:pPr>
    </w:p>
    <w:p>
      <w:pPr>
        <w:spacing w:after="0"/>
      </w:pPr>
      <w:r>
        <w:rPr>
          <w:rFonts w:ascii="Arial" w:hAnsi="Arial"/>
          <w:color w:val="5D7284"/>
          <w:sz w:val="22"/>
        </w:rPr>
        <w:t>48:18</w:t>
      </w:r>
    </w:p>
    <w:p>
      <w:pPr>
        <w:spacing w:after="0"/>
      </w:pPr>
      <w:r>
        <w:rPr>
          <w:rFonts w:ascii="Arial" w:hAnsi="Arial"/>
          <w:sz w:val="22"/>
        </w:rPr>
        <w:t>The co2 sticks to the filter and then it's the salt and water and high pressure we pump it down to 1800 metres is the same as the depth of the Grand Canyon. There it is the bedrock.</w:t>
      </w:r>
    </w:p>
    <w:p>
      <w:pPr>
        <w:spacing w:after="0"/>
      </w:pPr>
    </w:p>
    <w:p>
      <w:pPr>
        <w:spacing w:after="0"/>
      </w:pPr>
      <w:r>
        <w:rPr>
          <w:rFonts w:ascii="Arial" w:hAnsi="Arial"/>
          <w:color w:val="5D7284"/>
          <w:sz w:val="22"/>
        </w:rPr>
        <w:t>48:35</w:t>
      </w:r>
    </w:p>
    <w:p>
      <w:pPr>
        <w:spacing w:after="0"/>
      </w:pPr>
      <w:r>
        <w:rPr>
          <w:rFonts w:ascii="Arial" w:hAnsi="Arial"/>
          <w:sz w:val="22"/>
        </w:rPr>
        <w:t>Dr. Berger says this is taken from deep within the ground at the site where we injected our co2 spots of the water just flows through these pores and react with the rock. So the white that we see here is co2 turned into stone. So it's not affecting our atmosphere. Technologies like this may be able to help us in the future, but to meet emission targets. action is needed now. Can what we do as individuals make a difference. So the average UK person has got a carbon footprint of roughly 13 tonnes of carbon dioxide equivalent per person per year. And that's everything that they buy and do traced right back down the supply chain.</w:t>
      </w:r>
    </w:p>
    <w:p>
      <w:pPr>
        <w:spacing w:after="0"/>
      </w:pPr>
    </w:p>
    <w:p>
      <w:pPr>
        <w:spacing w:after="0"/>
      </w:pPr>
      <w:r>
        <w:rPr>
          <w:rFonts w:ascii="Arial" w:hAnsi="Arial"/>
          <w:color w:val="5D7284"/>
          <w:sz w:val="22"/>
        </w:rPr>
        <w:t>49:30</w:t>
      </w:r>
    </w:p>
    <w:p>
      <w:pPr>
        <w:spacing w:after="0"/>
      </w:pPr>
      <w:r>
        <w:rPr>
          <w:rFonts w:ascii="Arial" w:hAnsi="Arial"/>
          <w:sz w:val="22"/>
        </w:rPr>
        <w:t>And we can pick a few things to start with that will make a really significant difference. They should be making our home as energy efficient as possible. But it can be as simple as getting your house insulated so you waste less energy which by the way will save you money.</w:t>
      </w:r>
    </w:p>
    <w:p>
      <w:pPr>
        <w:spacing w:after="0"/>
      </w:pPr>
    </w:p>
    <w:p>
      <w:pPr>
        <w:spacing w:after="0"/>
      </w:pPr>
      <w:r>
        <w:rPr>
          <w:rFonts w:ascii="Arial" w:hAnsi="Arial"/>
          <w:color w:val="5D7284"/>
          <w:sz w:val="22"/>
        </w:rPr>
        <w:t>49:46</w:t>
      </w:r>
    </w:p>
    <w:p>
      <w:pPr>
        <w:spacing w:after="0"/>
      </w:pPr>
      <w:r>
        <w:rPr>
          <w:rFonts w:ascii="Arial" w:hAnsi="Arial"/>
          <w:sz w:val="22"/>
        </w:rPr>
        <w:t>Everything that we buy, even if we can't see it has a carbon footprint, from smartphones, to clothes to furniture. We've all become completely used to buying things produced using fossil fuels.</w:t>
      </w:r>
    </w:p>
    <w:p>
      <w:pPr>
        <w:spacing w:after="0"/>
      </w:pPr>
    </w:p>
    <w:p>
      <w:pPr>
        <w:spacing w:after="0"/>
      </w:pPr>
      <w:r>
        <w:rPr>
          <w:rFonts w:ascii="Arial" w:hAnsi="Arial"/>
          <w:color w:val="5D7284"/>
          <w:sz w:val="22"/>
        </w:rPr>
        <w:t>50:04</w:t>
      </w:r>
    </w:p>
    <w:p>
      <w:pPr>
        <w:spacing w:after="0"/>
      </w:pPr>
      <w:r>
        <w:rPr>
          <w:rFonts w:ascii="Arial" w:hAnsi="Arial"/>
          <w:sz w:val="22"/>
        </w:rPr>
        <w:t>A lot of the time we really don't know that.</w:t>
      </w:r>
    </w:p>
    <w:p>
      <w:pPr>
        <w:spacing w:after="0"/>
      </w:pPr>
    </w:p>
    <w:p>
      <w:pPr>
        <w:spacing w:after="0"/>
      </w:pPr>
      <w:r>
        <w:rPr>
          <w:rFonts w:ascii="Arial" w:hAnsi="Arial"/>
          <w:color w:val="5D7284"/>
          <w:sz w:val="22"/>
        </w:rPr>
        <w:t>50:08</w:t>
      </w:r>
    </w:p>
    <w:p>
      <w:pPr>
        <w:spacing w:after="0"/>
      </w:pPr>
      <w:r>
        <w:rPr>
          <w:rFonts w:ascii="Arial" w:hAnsi="Arial"/>
          <w:sz w:val="22"/>
        </w:rPr>
        <w:t>A washing machine might be made out of metal one that starts off with a mine ore is going to be taken to the blast furnace to extract the metal and enormous amounts of fossil fuel is going to be used and then parts have turned into components for emissions again. Lastly, it's shipped all over the world to arrive at your local shop.</w:t>
      </w:r>
    </w:p>
    <w:p>
      <w:pPr>
        <w:spacing w:after="0"/>
      </w:pPr>
    </w:p>
    <w:p>
      <w:pPr>
        <w:spacing w:after="0"/>
      </w:pPr>
      <w:r>
        <w:rPr>
          <w:rFonts w:ascii="Arial" w:hAnsi="Arial"/>
          <w:color w:val="5D7284"/>
          <w:sz w:val="22"/>
        </w:rPr>
        <w:t>50:33</w:t>
      </w:r>
    </w:p>
    <w:p>
      <w:pPr>
        <w:spacing w:after="0"/>
      </w:pPr>
      <w:r>
        <w:rPr>
          <w:rFonts w:ascii="Arial" w:hAnsi="Arial"/>
          <w:sz w:val="22"/>
        </w:rPr>
        <w:t>So we need to think about buying less physical products when we do so buy higher quality and then make it last.</w:t>
      </w:r>
    </w:p>
    <w:p>
      <w:pPr>
        <w:spacing w:after="0"/>
      </w:pPr>
    </w:p>
    <w:p>
      <w:pPr>
        <w:spacing w:after="0"/>
      </w:pPr>
      <w:r>
        <w:rPr>
          <w:rFonts w:ascii="Arial" w:hAnsi="Arial"/>
          <w:color w:val="5D7284"/>
          <w:sz w:val="22"/>
        </w:rPr>
        <w:t>50:43</w:t>
      </w:r>
    </w:p>
    <w:p>
      <w:pPr>
        <w:spacing w:after="0"/>
      </w:pPr>
      <w:r>
        <w:rPr>
          <w:rFonts w:ascii="Arial" w:hAnsi="Arial"/>
          <w:sz w:val="22"/>
        </w:rPr>
        <w:t>We've in such a wasteful world, especially in the more developed parts of the world, you actually can be far less wasteful and not affect the quality of your life at all.</w:t>
      </w:r>
    </w:p>
    <w:p>
      <w:pPr>
        <w:spacing w:after="0"/>
      </w:pPr>
    </w:p>
    <w:p>
      <w:pPr>
        <w:spacing w:after="0"/>
      </w:pPr>
      <w:r>
        <w:rPr>
          <w:rFonts w:ascii="Arial" w:hAnsi="Arial"/>
          <w:color w:val="5D7284"/>
          <w:sz w:val="22"/>
        </w:rPr>
        <w:t>50:54</w:t>
      </w:r>
    </w:p>
    <w:p>
      <w:pPr>
        <w:spacing w:after="0"/>
      </w:pPr>
      <w:r>
        <w:rPr>
          <w:rFonts w:ascii="Arial" w:hAnsi="Arial"/>
          <w:sz w:val="22"/>
        </w:rPr>
        <w:t>Images of food production is about a quarter of our carbon footprint in the UK. If we take three steps then we can cut that in half.</w:t>
      </w:r>
    </w:p>
    <w:p>
      <w:pPr>
        <w:spacing w:after="0"/>
      </w:pPr>
    </w:p>
    <w:p>
      <w:pPr>
        <w:spacing w:after="0"/>
      </w:pPr>
      <w:r>
        <w:rPr>
          <w:rFonts w:ascii="Arial" w:hAnsi="Arial"/>
          <w:color w:val="5D7284"/>
          <w:sz w:val="22"/>
        </w:rPr>
        <w:t>51:07</w:t>
      </w:r>
    </w:p>
    <w:p>
      <w:pPr>
        <w:spacing w:after="0"/>
      </w:pPr>
      <w:r>
        <w:rPr>
          <w:rFonts w:ascii="Arial" w:hAnsi="Arial"/>
          <w:sz w:val="22"/>
        </w:rPr>
        <w:t>First step just to eat everything that we buy. When UK we waste an enormous proportion of our food and Second, avoid airfreighted food which is about 100 times as impactful as putting on a boat and suddenly becomes a carbon disaster.</w:t>
      </w:r>
    </w:p>
    <w:p>
      <w:pPr>
        <w:spacing w:after="0"/>
      </w:pPr>
    </w:p>
    <w:p>
      <w:pPr>
        <w:spacing w:after="0"/>
      </w:pPr>
      <w:r>
        <w:rPr>
          <w:rFonts w:ascii="Arial" w:hAnsi="Arial"/>
          <w:color w:val="5D7284"/>
          <w:sz w:val="22"/>
        </w:rPr>
        <w:t>51:26</w:t>
      </w:r>
    </w:p>
    <w:p>
      <w:pPr>
        <w:spacing w:after="0"/>
      </w:pPr>
      <w:r>
        <w:rPr>
          <w:rFonts w:ascii="Arial" w:hAnsi="Arial"/>
          <w:sz w:val="22"/>
        </w:rPr>
        <w:t>Lastly, the most important thing to do is to reduce our meat and dairy consumption, especially beef and lamb.</w:t>
      </w:r>
    </w:p>
    <w:p>
      <w:pPr>
        <w:spacing w:after="0"/>
      </w:pPr>
    </w:p>
    <w:p>
      <w:pPr>
        <w:spacing w:after="0"/>
      </w:pPr>
      <w:r>
        <w:rPr>
          <w:rFonts w:ascii="Arial" w:hAnsi="Arial"/>
          <w:color w:val="5D7284"/>
          <w:sz w:val="22"/>
        </w:rPr>
        <w:t>51:37</w:t>
      </w:r>
    </w:p>
    <w:p>
      <w:pPr>
        <w:spacing w:after="0"/>
      </w:pPr>
      <w:r>
        <w:rPr>
          <w:rFonts w:ascii="Arial" w:hAnsi="Arial"/>
          <w:sz w:val="22"/>
        </w:rPr>
        <w:t>The problem is not traditional farming techniques. Ramez with intensive farming takes a lot of resources to rear an animal. And cows and sheep are especially high impact because they ruminate which means they burn up methane.</w:t>
      </w:r>
    </w:p>
    <w:p>
      <w:pPr>
        <w:spacing w:after="0"/>
      </w:pPr>
    </w:p>
    <w:p>
      <w:pPr>
        <w:spacing w:after="0"/>
      </w:pPr>
      <w:r>
        <w:rPr>
          <w:rFonts w:ascii="Arial" w:hAnsi="Arial"/>
          <w:color w:val="5D7284"/>
          <w:sz w:val="22"/>
        </w:rPr>
        <w:t>51:54</w:t>
      </w:r>
    </w:p>
    <w:p>
      <w:pPr>
        <w:spacing w:after="0"/>
      </w:pPr>
      <w:r>
        <w:rPr>
          <w:rFonts w:ascii="Arial" w:hAnsi="Arial"/>
          <w:sz w:val="22"/>
        </w:rPr>
        <w:t>And the science on this is absolutely clear cut.</w:t>
      </w:r>
    </w:p>
    <w:p>
      <w:pPr>
        <w:spacing w:after="0"/>
      </w:pPr>
    </w:p>
    <w:p>
      <w:pPr>
        <w:spacing w:after="0"/>
      </w:pPr>
      <w:r>
        <w:rPr>
          <w:rFonts w:ascii="Arial" w:hAnsi="Arial"/>
          <w:color w:val="5D7284"/>
          <w:sz w:val="22"/>
        </w:rPr>
        <w:t>51:58</w:t>
      </w:r>
    </w:p>
    <w:p>
      <w:pPr>
        <w:spacing w:after="0"/>
      </w:pPr>
      <w:r>
        <w:rPr>
          <w:rFonts w:ascii="Arial" w:hAnsi="Arial"/>
          <w:sz w:val="22"/>
        </w:rPr>
        <w:t>Our studies have shown that if we take these three steps, we could knock perhaps even two tonnes of the average UK person's carbon footprint. These things really do matter. They only get you part of the way but again if we don't have them we can we will make the federal target what happens next is up to a soul.</w:t>
      </w:r>
    </w:p>
    <w:p>
      <w:pPr>
        <w:spacing w:after="0"/>
      </w:pPr>
    </w:p>
    <w:p>
      <w:pPr>
        <w:spacing w:after="0"/>
      </w:pPr>
      <w:r>
        <w:rPr>
          <w:rFonts w:ascii="Arial" w:hAnsi="Arial"/>
          <w:color w:val="5D7284"/>
          <w:sz w:val="22"/>
        </w:rPr>
        <w:t>52:20</w:t>
      </w:r>
    </w:p>
    <w:p>
      <w:pPr>
        <w:spacing w:after="0"/>
      </w:pPr>
      <w:r>
        <w:rPr>
          <w:rFonts w:ascii="Arial" w:hAnsi="Arial"/>
          <w:sz w:val="22"/>
        </w:rPr>
        <w:t>I truly believe that together we can bring about the transformative change that is needed</w:t>
      </w:r>
    </w:p>
    <w:p>
      <w:pPr>
        <w:spacing w:after="0"/>
      </w:pPr>
    </w:p>
    <w:p>
      <w:pPr>
        <w:spacing w:after="0"/>
      </w:pPr>
      <w:r>
        <w:rPr>
          <w:rFonts w:ascii="Arial" w:hAnsi="Arial"/>
          <w:color w:val="5D7284"/>
          <w:sz w:val="22"/>
        </w:rPr>
        <w:t>52:31</w:t>
      </w:r>
    </w:p>
    <w:p>
      <w:pPr>
        <w:spacing w:after="0"/>
      </w:pPr>
      <w:r>
        <w:rPr>
          <w:rFonts w:ascii="Arial" w:hAnsi="Arial"/>
          <w:sz w:val="22"/>
        </w:rPr>
        <w:t>when your influence really kicks in, is the way that you push for the cultural change that we need to see and the political change that we need to see. People being able to make their voice heard really matters. You should not underestimate your own power or underestimate your own significance. To change people's minds and change people's behaviour.</w:t>
      </w:r>
    </w:p>
    <w:p>
      <w:pPr>
        <w:spacing w:after="0"/>
      </w:pPr>
    </w:p>
    <w:p>
      <w:pPr>
        <w:spacing w:after="0"/>
      </w:pPr>
      <w:r>
        <w:rPr>
          <w:rFonts w:ascii="Arial" w:hAnsi="Arial"/>
          <w:color w:val="5D7284"/>
          <w:sz w:val="22"/>
        </w:rPr>
        <w:t>52:55</w:t>
      </w:r>
    </w:p>
    <w:p>
      <w:pPr>
        <w:spacing w:after="0"/>
      </w:pPr>
      <w:r>
        <w:rPr>
          <w:rFonts w:ascii="Arial" w:hAnsi="Arial"/>
          <w:sz w:val="22"/>
        </w:rPr>
        <w:t>When I was younger, I have lots of plans of becoming different things everything from an actor to scientists.</w:t>
      </w:r>
    </w:p>
    <w:p>
      <w:pPr>
        <w:spacing w:after="0"/>
      </w:pPr>
    </w:p>
    <w:p>
      <w:pPr>
        <w:spacing w:after="0"/>
      </w:pPr>
      <w:r>
        <w:rPr>
          <w:rFonts w:ascii="Arial" w:hAnsi="Arial"/>
          <w:color w:val="5D7284"/>
          <w:sz w:val="22"/>
        </w:rPr>
        <w:t>53:06</w:t>
      </w:r>
    </w:p>
    <w:p>
      <w:pPr>
        <w:spacing w:after="0"/>
      </w:pPr>
      <w:r>
        <w:rPr>
          <w:rFonts w:ascii="Arial" w:hAnsi="Arial"/>
          <w:sz w:val="22"/>
        </w:rPr>
        <w:t>But then, my teachers in school told me about climate change.</w:t>
      </w:r>
    </w:p>
    <w:p>
      <w:pPr>
        <w:spacing w:after="0"/>
      </w:pPr>
    </w:p>
    <w:p>
      <w:pPr>
        <w:spacing w:after="0"/>
      </w:pPr>
      <w:r>
        <w:rPr>
          <w:rFonts w:ascii="Arial" w:hAnsi="Arial"/>
          <w:color w:val="5D7284"/>
          <w:sz w:val="22"/>
        </w:rPr>
        <w:t>53:13</w:t>
      </w:r>
    </w:p>
    <w:p>
      <w:pPr>
        <w:spacing w:after="0"/>
      </w:pPr>
      <w:r>
        <w:rPr>
          <w:rFonts w:ascii="Arial" w:hAnsi="Arial"/>
          <w:sz w:val="22"/>
        </w:rPr>
        <w:t>That was sort of an eye opener to me.</w:t>
      </w:r>
    </w:p>
    <w:p>
      <w:pPr>
        <w:spacing w:after="0"/>
      </w:pPr>
    </w:p>
    <w:p>
      <w:pPr>
        <w:spacing w:after="0"/>
      </w:pPr>
      <w:r>
        <w:rPr>
          <w:rFonts w:ascii="Arial" w:hAnsi="Arial"/>
          <w:color w:val="5D7284"/>
          <w:sz w:val="22"/>
        </w:rPr>
        <w:t>53:18</w:t>
      </w:r>
    </w:p>
    <w:p>
      <w:pPr>
        <w:spacing w:after="0"/>
      </w:pPr>
      <w:r>
        <w:rPr>
          <w:rFonts w:ascii="Arial" w:hAnsi="Arial"/>
          <w:sz w:val="22"/>
        </w:rPr>
        <w:t>The more I read about it, the more I understood how dangerous it was for everyone.</w:t>
      </w:r>
    </w:p>
    <w:p>
      <w:pPr>
        <w:spacing w:after="0"/>
      </w:pPr>
    </w:p>
    <w:p>
      <w:pPr>
        <w:spacing w:after="0"/>
      </w:pPr>
      <w:r>
        <w:rPr>
          <w:rFonts w:ascii="Arial" w:hAnsi="Arial"/>
          <w:color w:val="5D7284"/>
          <w:sz w:val="22"/>
        </w:rPr>
        <w:t>53:26</w:t>
      </w:r>
    </w:p>
    <w:p>
      <w:pPr>
        <w:spacing w:after="0"/>
      </w:pPr>
      <w:r>
        <w:rPr>
          <w:rFonts w:ascii="Arial" w:hAnsi="Arial"/>
          <w:sz w:val="22"/>
        </w:rPr>
        <w:t>I stopped going to school I stopped talking because I was just so sad.</w:t>
      </w:r>
    </w:p>
    <w:p>
      <w:pPr>
        <w:spacing w:after="0"/>
      </w:pPr>
    </w:p>
    <w:p>
      <w:pPr>
        <w:spacing w:after="0"/>
      </w:pPr>
      <w:r>
        <w:rPr>
          <w:rFonts w:ascii="Arial" w:hAnsi="Arial"/>
          <w:color w:val="5D7284"/>
          <w:sz w:val="22"/>
        </w:rPr>
        <w:t>53:31</w:t>
      </w:r>
    </w:p>
    <w:p>
      <w:pPr>
        <w:spacing w:after="0"/>
      </w:pPr>
      <w:r>
        <w:rPr>
          <w:rFonts w:ascii="Arial" w:hAnsi="Arial"/>
          <w:sz w:val="22"/>
        </w:rPr>
        <w:t>And then that made me very concerned.</w:t>
      </w:r>
    </w:p>
    <w:p>
      <w:pPr>
        <w:spacing w:after="0"/>
      </w:pPr>
    </w:p>
    <w:p>
      <w:pPr>
        <w:spacing w:after="0"/>
      </w:pPr>
      <w:r>
        <w:rPr>
          <w:rFonts w:ascii="Arial" w:hAnsi="Arial"/>
          <w:color w:val="5D7284"/>
          <w:sz w:val="22"/>
        </w:rPr>
        <w:t>53:38</w:t>
      </w:r>
    </w:p>
    <w:p>
      <w:pPr>
        <w:spacing w:after="0"/>
      </w:pPr>
      <w:r>
        <w:rPr>
          <w:rFonts w:ascii="Arial" w:hAnsi="Arial"/>
          <w:sz w:val="22"/>
        </w:rPr>
        <w:t>One day I decided that this was enough I wasn't going to accept this anymore. My future and everyone else's future is at risk and nothing is being done. No one's doing anything so then I have to do something.</w:t>
      </w:r>
    </w:p>
    <w:p>
      <w:pPr>
        <w:spacing w:after="0"/>
      </w:pPr>
    </w:p>
    <w:p>
      <w:pPr>
        <w:spacing w:after="0"/>
      </w:pPr>
      <w:r>
        <w:rPr>
          <w:rFonts w:ascii="Arial" w:hAnsi="Arial"/>
          <w:color w:val="5D7284"/>
          <w:sz w:val="22"/>
        </w:rPr>
        <w:t>53:56</w:t>
      </w:r>
    </w:p>
    <w:p>
      <w:pPr>
        <w:spacing w:after="0"/>
      </w:pPr>
      <w:r>
        <w:rPr>
          <w:rFonts w:ascii="Arial" w:hAnsi="Arial"/>
          <w:sz w:val="22"/>
        </w:rPr>
        <w:t>So I sat myself down on the ground outside the Swedish parliament and I decided that I wasn't going to come to school.</w:t>
      </w:r>
    </w:p>
    <w:p>
      <w:pPr>
        <w:spacing w:after="0"/>
      </w:pPr>
    </w:p>
    <w:p>
      <w:pPr>
        <w:spacing w:after="0"/>
      </w:pPr>
      <w:r>
        <w:rPr>
          <w:rFonts w:ascii="Arial" w:hAnsi="Arial"/>
          <w:color w:val="5D7284"/>
          <w:sz w:val="22"/>
        </w:rPr>
        <w:t>54:08</w:t>
      </w:r>
    </w:p>
    <w:p>
      <w:pPr>
        <w:spacing w:after="0"/>
      </w:pPr>
      <w:r>
        <w:rPr>
          <w:rFonts w:ascii="Arial" w:hAnsi="Arial"/>
          <w:sz w:val="22"/>
        </w:rPr>
        <w:t>First day I said all alone.</w:t>
      </w:r>
    </w:p>
    <w:p>
      <w:pPr>
        <w:spacing w:after="0"/>
      </w:pPr>
    </w:p>
    <w:p>
      <w:pPr>
        <w:spacing w:after="0"/>
      </w:pPr>
      <w:r>
        <w:rPr>
          <w:rFonts w:ascii="Arial" w:hAnsi="Arial"/>
          <w:color w:val="5D7284"/>
          <w:sz w:val="22"/>
        </w:rPr>
        <w:t>54:12</w:t>
      </w:r>
    </w:p>
    <w:p>
      <w:pPr>
        <w:spacing w:after="0"/>
      </w:pPr>
      <w:r>
        <w:rPr>
          <w:rFonts w:ascii="Arial" w:hAnsi="Arial"/>
          <w:sz w:val="22"/>
        </w:rPr>
        <w:t>She holds a large plaque odd.</w:t>
      </w:r>
    </w:p>
    <w:p>
      <w:pPr>
        <w:spacing w:after="0"/>
      </w:pPr>
    </w:p>
    <w:p>
      <w:pPr>
        <w:spacing w:after="0"/>
      </w:pPr>
      <w:r>
        <w:rPr>
          <w:rFonts w:ascii="Arial" w:hAnsi="Arial"/>
          <w:color w:val="5D7284"/>
          <w:sz w:val="22"/>
        </w:rPr>
        <w:t>54:15</w:t>
      </w:r>
    </w:p>
    <w:p>
      <w:pPr>
        <w:spacing w:after="0"/>
      </w:pPr>
      <w:r>
        <w:rPr>
          <w:rFonts w:ascii="Arial" w:hAnsi="Arial"/>
          <w:sz w:val="22"/>
        </w:rPr>
        <w:t>Then the second day people started joining me</w:t>
      </w:r>
    </w:p>
    <w:p>
      <w:pPr>
        <w:spacing w:after="0"/>
      </w:pPr>
    </w:p>
    <w:p>
      <w:pPr>
        <w:spacing w:after="0"/>
      </w:pPr>
      <w:r>
        <w:rPr>
          <w:rFonts w:ascii="Arial" w:hAnsi="Arial"/>
          <w:color w:val="5D7284"/>
          <w:sz w:val="22"/>
        </w:rPr>
        <w:t>54:22</w:t>
      </w:r>
    </w:p>
    <w:p>
      <w:pPr>
        <w:spacing w:after="0"/>
      </w:pPr>
      <w:r>
        <w:rPr>
          <w:rFonts w:ascii="Arial" w:hAnsi="Arial"/>
          <w:sz w:val="22"/>
        </w:rPr>
        <w:t>I wouldn't have imagined in my wildest dreams, this will happen.</w:t>
      </w:r>
    </w:p>
    <w:p>
      <w:pPr>
        <w:spacing w:after="0"/>
      </w:pPr>
    </w:p>
    <w:p>
      <w:pPr>
        <w:spacing w:after="0"/>
      </w:pPr>
      <w:r>
        <w:rPr>
          <w:rFonts w:ascii="Arial" w:hAnsi="Arial"/>
          <w:color w:val="5D7284"/>
          <w:sz w:val="22"/>
        </w:rPr>
        <w:t>54:28</w:t>
      </w:r>
    </w:p>
    <w:p>
      <w:pPr>
        <w:spacing w:after="0"/>
      </w:pPr>
      <w:r>
        <w:rPr>
          <w:rFonts w:ascii="Arial" w:hAnsi="Arial"/>
          <w:sz w:val="22"/>
        </w:rPr>
        <w:t>It happened so fast.</w:t>
      </w:r>
    </w:p>
    <w:p>
      <w:pPr>
        <w:spacing w:after="0"/>
      </w:pPr>
    </w:p>
    <w:p>
      <w:pPr>
        <w:spacing w:after="0"/>
      </w:pPr>
      <w:r>
        <w:rPr>
          <w:rFonts w:ascii="Arial" w:hAnsi="Arial"/>
          <w:color w:val="5D7284"/>
          <w:sz w:val="22"/>
        </w:rPr>
        <w:t>54:31</w:t>
      </w:r>
    </w:p>
    <w:p>
      <w:pPr>
        <w:spacing w:after="0"/>
      </w:pPr>
      <w:r>
        <w:rPr>
          <w:rFonts w:ascii="Arial" w:hAnsi="Arial"/>
          <w:sz w:val="22"/>
        </w:rPr>
        <w:t>Hundreds and 1000s of pupils follow you are not going to school.</w:t>
      </w:r>
    </w:p>
    <w:p>
      <w:pPr>
        <w:spacing w:after="0"/>
      </w:pPr>
    </w:p>
    <w:p>
      <w:pPr>
        <w:spacing w:after="0"/>
      </w:pPr>
      <w:r>
        <w:rPr>
          <w:rFonts w:ascii="Arial" w:hAnsi="Arial"/>
          <w:color w:val="5D7284"/>
          <w:sz w:val="22"/>
        </w:rPr>
        <w:t>54:36</w:t>
      </w:r>
    </w:p>
    <w:p>
      <w:pPr>
        <w:spacing w:after="0"/>
      </w:pPr>
      <w:r>
        <w:rPr>
          <w:rFonts w:ascii="Arial" w:hAnsi="Arial"/>
          <w:sz w:val="22"/>
        </w:rPr>
        <w:t>You are on the front page of the most influential newspapers and magazines.</w:t>
      </w:r>
    </w:p>
    <w:p>
      <w:pPr>
        <w:spacing w:after="0"/>
      </w:pPr>
    </w:p>
    <w:p>
      <w:pPr>
        <w:spacing w:after="0"/>
      </w:pPr>
      <w:r>
        <w:rPr>
          <w:rFonts w:ascii="Arial" w:hAnsi="Arial"/>
          <w:color w:val="5D7284"/>
          <w:sz w:val="22"/>
        </w:rPr>
        <w:t>54:40</w:t>
      </w:r>
    </w:p>
    <w:p>
      <w:pPr>
        <w:spacing w:after="0"/>
      </w:pPr>
      <w:r>
        <w:rPr>
          <w:rFonts w:ascii="Arial" w:hAnsi="Arial"/>
          <w:sz w:val="22"/>
        </w:rPr>
        <w:t>I felt that nothing was happening and no one was doing anything so then I have to do something. And I want to be able to when I grow back to say that I did what I could.</w:t>
      </w:r>
    </w:p>
    <w:p>
      <w:pPr>
        <w:spacing w:after="0"/>
      </w:pPr>
    </w:p>
    <w:p>
      <w:pPr>
        <w:spacing w:after="0"/>
      </w:pPr>
      <w:r>
        <w:rPr>
          <w:rFonts w:ascii="Arial" w:hAnsi="Arial"/>
          <w:color w:val="5D7284"/>
          <w:sz w:val="22"/>
        </w:rPr>
        <w:t>54:53</w:t>
      </w:r>
    </w:p>
    <w:p>
      <w:pPr>
        <w:spacing w:after="0"/>
      </w:pPr>
      <w:r>
        <w:rPr>
          <w:rFonts w:ascii="Arial" w:hAnsi="Arial"/>
          <w:sz w:val="22"/>
        </w:rPr>
        <w:t>So teaching young people protesting in Australia, India, Latvia, and Hong Kong.</w:t>
      </w:r>
    </w:p>
    <w:p>
      <w:pPr>
        <w:spacing w:after="0"/>
      </w:pPr>
    </w:p>
    <w:p>
      <w:pPr>
        <w:spacing w:after="0"/>
      </w:pPr>
      <w:r>
        <w:rPr>
          <w:rFonts w:ascii="Arial" w:hAnsi="Arial"/>
          <w:color w:val="5D7284"/>
          <w:sz w:val="22"/>
        </w:rPr>
        <w:t>55:03</w:t>
      </w:r>
    </w:p>
    <w:p>
      <w:pPr>
        <w:spacing w:after="0"/>
      </w:pPr>
      <w:r>
        <w:rPr>
          <w:rFonts w:ascii="Arial" w:hAnsi="Arial"/>
          <w:sz w:val="22"/>
        </w:rPr>
        <w:t>Just amazing that 10s of 1000s of children all around the world have done the same thing as I did.</w:t>
      </w:r>
    </w:p>
    <w:p>
      <w:pPr>
        <w:spacing w:after="0"/>
      </w:pPr>
    </w:p>
    <w:p>
      <w:pPr>
        <w:spacing w:after="0"/>
      </w:pPr>
      <w:r>
        <w:rPr>
          <w:rFonts w:ascii="Arial" w:hAnsi="Arial"/>
          <w:color w:val="5D7284"/>
          <w:sz w:val="22"/>
        </w:rPr>
        <w:t>55:11</w:t>
      </w:r>
    </w:p>
    <w:p>
      <w:pPr>
        <w:spacing w:after="0"/>
      </w:pPr>
      <w:r>
        <w:rPr>
          <w:rFonts w:ascii="Arial" w:hAnsi="Arial"/>
          <w:sz w:val="22"/>
        </w:rPr>
        <w:t>Saying that, why should we go to school? If there's no future? And why should we learn facts when the most important facts don't matter?</w:t>
      </w:r>
    </w:p>
    <w:p>
      <w:pPr>
        <w:spacing w:after="0"/>
      </w:pPr>
    </w:p>
    <w:p>
      <w:pPr>
        <w:spacing w:after="0"/>
      </w:pPr>
      <w:r>
        <w:rPr>
          <w:rFonts w:ascii="Arial" w:hAnsi="Arial"/>
          <w:color w:val="5D7284"/>
          <w:sz w:val="22"/>
        </w:rPr>
        <w:t>55:25</w:t>
      </w:r>
    </w:p>
    <w:p>
      <w:pPr>
        <w:spacing w:after="0"/>
      </w:pPr>
      <w:r>
        <w:rPr>
          <w:rFonts w:ascii="Arial" w:hAnsi="Arial"/>
          <w:sz w:val="22"/>
        </w:rPr>
        <w:t>I've learned that you're never too small make a difference.</w:t>
      </w:r>
    </w:p>
    <w:p>
      <w:pPr>
        <w:spacing w:after="0"/>
      </w:pPr>
    </w:p>
    <w:p>
      <w:pPr>
        <w:spacing w:after="0"/>
      </w:pPr>
      <w:r>
        <w:rPr>
          <w:rFonts w:ascii="Arial" w:hAnsi="Arial"/>
          <w:color w:val="5D7284"/>
          <w:sz w:val="22"/>
        </w:rPr>
        <w:t>55:30</w:t>
      </w:r>
    </w:p>
    <w:p>
      <w:pPr>
        <w:spacing w:after="0"/>
      </w:pPr>
      <w:r>
        <w:rPr>
          <w:rFonts w:ascii="Arial" w:hAnsi="Arial"/>
          <w:sz w:val="22"/>
        </w:rPr>
        <w:t>To children can be headlines all over the world just by not going to school. That Imagine what we could all do together if we really wanted to.</w:t>
      </w:r>
    </w:p>
    <w:p>
      <w:pPr>
        <w:spacing w:after="0"/>
      </w:pPr>
    </w:p>
    <w:p>
      <w:pPr>
        <w:spacing w:after="0"/>
      </w:pPr>
      <w:r>
        <w:rPr>
          <w:rFonts w:ascii="Arial" w:hAnsi="Arial"/>
          <w:color w:val="5D7284"/>
          <w:sz w:val="22"/>
        </w:rPr>
        <w:t>55:40</w:t>
      </w:r>
    </w:p>
    <w:p>
      <w:pPr>
        <w:spacing w:after="0"/>
      </w:pPr>
      <w:r>
        <w:rPr>
          <w:rFonts w:ascii="Arial" w:hAnsi="Arial"/>
          <w:sz w:val="22"/>
        </w:rPr>
        <w:t>Change is coming whether you like it or not.</w:t>
      </w:r>
    </w:p>
    <w:p>
      <w:pPr>
        <w:spacing w:after="0"/>
      </w:pPr>
    </w:p>
    <w:p>
      <w:pPr>
        <w:spacing w:after="0"/>
      </w:pPr>
      <w:r>
        <w:rPr>
          <w:rFonts w:ascii="Arial" w:hAnsi="Arial"/>
          <w:color w:val="5D7284"/>
          <w:sz w:val="22"/>
        </w:rPr>
        <w:t>55:43</w:t>
      </w:r>
    </w:p>
    <w:p>
      <w:pPr>
        <w:spacing w:after="0"/>
      </w:pPr>
      <w:r>
        <w:rPr>
          <w:rFonts w:ascii="Arial" w:hAnsi="Arial"/>
          <w:sz w:val="22"/>
        </w:rPr>
        <w:t>Today was the day led by the children in dozens of protests across the country.</w:t>
      </w:r>
    </w:p>
    <w:p>
      <w:pPr>
        <w:spacing w:after="0"/>
      </w:pPr>
    </w:p>
    <w:p>
      <w:pPr>
        <w:spacing w:after="0"/>
      </w:pPr>
      <w:r>
        <w:rPr>
          <w:rFonts w:ascii="Arial" w:hAnsi="Arial"/>
          <w:color w:val="5D7284"/>
          <w:sz w:val="22"/>
        </w:rPr>
        <w:t>55:50</w:t>
      </w:r>
    </w:p>
    <w:p>
      <w:pPr>
        <w:spacing w:after="0"/>
      </w:pPr>
      <w:r>
        <w:rPr>
          <w:rFonts w:ascii="Arial" w:hAnsi="Arial"/>
          <w:sz w:val="22"/>
        </w:rPr>
        <w:t>A sign reads climate change. If we don't act you will</w:t>
      </w:r>
    </w:p>
    <w:p>
      <w:pPr>
        <w:spacing w:after="0"/>
      </w:pPr>
    </w:p>
    <w:p>
      <w:pPr>
        <w:spacing w:after="0"/>
      </w:pPr>
      <w:r>
        <w:rPr>
          <w:rFonts w:ascii="Arial" w:hAnsi="Arial"/>
          <w:color w:val="5D7284"/>
          <w:sz w:val="22"/>
        </w:rPr>
        <w:t>55:57</w:t>
      </w:r>
    </w:p>
    <w:p>
      <w:pPr>
        <w:spacing w:after="0"/>
      </w:pPr>
      <w:r>
        <w:rPr>
          <w:rFonts w:ascii="Arial" w:hAnsi="Arial"/>
          <w:sz w:val="22"/>
        </w:rPr>
        <w:t>still have time to turn everything around to pull the emergency brake and to take action. But that short period of time isn't going to last long.</w:t>
      </w:r>
    </w:p>
    <w:p>
      <w:pPr>
        <w:spacing w:after="0"/>
      </w:pPr>
    </w:p>
    <w:p>
      <w:pPr>
        <w:spacing w:after="0"/>
      </w:pPr>
      <w:r>
        <w:rPr>
          <w:rFonts w:ascii="Arial" w:hAnsi="Arial"/>
          <w:color w:val="5D7284"/>
          <w:sz w:val="22"/>
        </w:rPr>
        <w:t>56:10</w:t>
      </w:r>
    </w:p>
    <w:p>
      <w:pPr>
        <w:spacing w:after="0"/>
      </w:pPr>
      <w:r>
        <w:rPr>
          <w:rFonts w:ascii="Arial" w:hAnsi="Arial"/>
          <w:sz w:val="22"/>
        </w:rPr>
        <w:t>green tree lined fields stretching away towards the distant horizon.</w:t>
      </w:r>
    </w:p>
    <w:p>
      <w:pPr>
        <w:spacing w:after="0"/>
      </w:pPr>
    </w:p>
    <w:p>
      <w:pPr>
        <w:spacing w:after="0"/>
      </w:pPr>
      <w:r>
        <w:rPr>
          <w:rFonts w:ascii="Arial" w:hAnsi="Arial"/>
          <w:color w:val="5D7284"/>
          <w:sz w:val="22"/>
        </w:rPr>
        <w:t>56:17</w:t>
      </w:r>
    </w:p>
    <w:p>
      <w:pPr>
        <w:spacing w:after="0"/>
      </w:pPr>
      <w:r>
        <w:rPr>
          <w:rFonts w:ascii="Arial" w:hAnsi="Arial"/>
          <w:sz w:val="22"/>
        </w:rPr>
        <w:t>There's a message for all of us in the voices of these young people. years after all third generation who will inherit this dangerous legacy we now stand as a unique point in our planet's history where we must all share responsibility, both for our present well being and for the future of life on earth.</w:t>
      </w:r>
    </w:p>
    <w:p>
      <w:pPr>
        <w:spacing w:after="0"/>
      </w:pPr>
    </w:p>
    <w:p>
      <w:pPr>
        <w:spacing w:after="0"/>
      </w:pPr>
      <w:r>
        <w:rPr>
          <w:rFonts w:ascii="Arial" w:hAnsi="Arial"/>
          <w:color w:val="5D7284"/>
          <w:sz w:val="22"/>
        </w:rPr>
        <w:t>56:43</w:t>
      </w:r>
    </w:p>
    <w:p>
      <w:pPr>
        <w:spacing w:after="0"/>
      </w:pPr>
      <w:r>
        <w:rPr>
          <w:rFonts w:ascii="Arial" w:hAnsi="Arial"/>
          <w:sz w:val="22"/>
        </w:rPr>
        <w:t>Every one of us has the power to make changes and make them now Oh, wonderful natural world and the lives of our children, grandchildren and all those who follow them depend upon us doing so.</w:t>
      </w:r>
    </w:p>
    <w:sectPr w:rsidR="00930F33"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99"/>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5" Type="http://schemas.openxmlformats.org/officeDocument/2006/relationships/webSettings" Target="webSettings.xml"/><Relationship Id="rId4" Type="http://schemas.openxmlformats.org/officeDocument/2006/relationships/settings" Target="settings.xml"/><Relationship Id="rId6" Type="http://schemas.openxmlformats.org/officeDocument/2006/relationships/footnotes" Target="footnotes.xml"/><Relationship Id="rId7" Type="http://schemas.openxmlformats.org/officeDocument/2006/relationships/endnotes" Target="endnotes.xml"/><Relationship Id="rId15" Type="http://schemas.openxmlformats.org/officeDocument/2006/relationships/theme" Target="theme/theme1.xml"/><Relationship Id="rId9" Type="http://schemas.openxmlformats.org/officeDocument/2006/relationships/header" Target="header2.xml"/><Relationship Id="rId8" Type="http://schemas.openxmlformats.org/officeDocument/2006/relationships/header" Target="header1.xml"/><Relationship Id="rId13" Type="http://schemas.openxmlformats.org/officeDocument/2006/relationships/footer" Target="footer3.xml"/><Relationship Id="rId12" Type="http://schemas.openxmlformats.org/officeDocument/2006/relationships/header" Target="header3.xml"/><Relationship Id="rId11" Type="http://schemas.openxmlformats.org/officeDocument/2006/relationships/footer" Target="footer2.xml"/><Relationship Id="rId10" Type="http://schemas.openxmlformats.org/officeDocument/2006/relationships/footer" Target="footer1.xml"/><Relationship Id="rId3" Type="http://schemas.openxmlformats.org/officeDocument/2006/relationships/styles" Target="styles.xml"/><Relationship Id="rId2" Type="http://schemas.openxmlformats.org/officeDocument/2006/relationships/numbering" Target="numbering.xml"/><Relationship Id="rId1" Type="http://schemas.openxmlformats.org/officeDocument/2006/relationships/customXml" Target="../customXml/item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0</Words>
  <Characters>0</Characters>
  <Application>Microsoft Office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Wen Sun</cp:lastModifiedBy>
  <cp:revision>7</cp:revision>
  <dcterms:created xsi:type="dcterms:W3CDTF">2019-09-10T23:59:00Z</dcterms:created>
  <dcterms:modified xsi:type="dcterms:W3CDTF">2019-09-12T19:02:00Z</dcterms:modified>
  <cp:category/>
</cp:coreProperties>
</file>