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Parallel session 3C transcript: Supporting Pupils with a Hea...</w:t>
      </w:r>
    </w:p>
    <w:p>
      <w:r>
        <w:rPr>
          <w:rFonts w:ascii="Arial" w:hAnsi="Arial"/>
          <w:color w:val="4F6880"/>
          <w:sz w:val="22"/>
        </w:rPr>
        <w:t>Mon, 1/17 2:15PM • 59:49</w:t>
      </w:r>
    </w:p>
    <w:p>
      <w:pPr>
        <w:spacing w:before="440" w:after="0"/>
      </w:pPr>
      <w:r>
        <w:rPr>
          <w:rFonts w:ascii="Arial" w:hAnsi="Arial"/>
          <w:b/>
          <w:color w:val="4F6880"/>
          <w:sz w:val="22"/>
        </w:rPr>
        <w:t>SUMMARY KEYWORDS</w:t>
      </w:r>
    </w:p>
    <w:p>
      <w:r>
        <w:rPr>
          <w:rFonts w:ascii="Arial" w:hAnsi="Arial"/>
          <w:color w:val="4F6880"/>
          <w:sz w:val="22"/>
        </w:rPr>
        <w:t>hearing loss, hearing, students, sound, people, support, classroom, deaf, audiogram, schools, hearing aid, ear, aids, karen, hear, teacher, person, loss, speech, signs</w:t>
      </w:r>
    </w:p>
    <w:p>
      <w:pPr>
        <w:spacing w:after="0"/>
      </w:pPr>
    </w:p>
    <w:p>
      <w:pPr>
        <w:spacing w:after="0"/>
      </w:pPr>
      <w:r>
        <w:rPr>
          <w:rFonts w:ascii="Arial" w:hAnsi="Arial"/>
          <w:color w:val="5D7284"/>
          <w:sz w:val="22"/>
        </w:rPr>
        <w:t>00:00</w:t>
      </w:r>
    </w:p>
    <w:p>
      <w:pPr>
        <w:spacing w:after="0"/>
      </w:pPr>
      <w:r>
        <w:rPr>
          <w:rFonts w:ascii="Arial" w:hAnsi="Arial"/>
          <w:sz w:val="22"/>
        </w:rPr>
        <w:t>It was this afternoon to talk about supporting pupils with hearing loss in school, and to look at some of the implications for the ways in which we might better enable access for those students and some of the technologies that might support teachers in doing so. So, Karen, Hannah, over to you and I will sit here in the background and respond when you've got one of the video sections that you would like us to hear from. Okay, thank you, Andy. Welcome, everybody. And thank you for joining us this afternoon, as Andy has already indicated, my name is Hannah Coburn, and I'm joined today by my colleague Karen bright. We're both qualified teachers with additional postgraduate qualifications in supporting children and young people with a hearing loss in schools. And Karen has an additional qualification in educational audiology. Karen and I work with children and young people from birth right through to 25. So we work both in the homes and settings and schools all across for action. And we work very closely with health professional professionals both in speech and language therapy, and audiology departments in hospitals. As Andy has indicated, we are going to look this afternoon at what happens when a child or young person has a hearing loss. We're going to look also at the range of audiology audiological equipment that children are prescribed to support their hearing loss as well as assistive listening devices. In doing so, we I hope that you will develop an understanding of what it means to have a hearing loss and also pick up some tips and ideas for how you can best support these children and young people in your class. I'm now going to hand over to Karen who's going to look at the hearing system and the different degrees and nature of different hearing losses. Thank you, Hannah. As we go through today's session, if anybody has any questions or if you'd like to post them in the chat or to raise your hand and to ask us then we will be happy to try and answer those. And or you can wait to the end and there'll be an opportunity to answer questions at the end. As it starts off with we're going to have a look at a short video just to show how typical hearing works. And to think about some of the causes of hearing loss. So I'm Vicki could share the first video thank you</w:t>
      </w:r>
    </w:p>
    <w:p>
      <w:pPr>
        <w:spacing w:after="0"/>
      </w:pPr>
    </w:p>
    <w:p>
      <w:pPr>
        <w:spacing w:after="0"/>
      </w:pPr>
      <w:r>
        <w:rPr>
          <w:rFonts w:ascii="Arial" w:hAnsi="Arial"/>
          <w:color w:val="5D7284"/>
          <w:sz w:val="22"/>
        </w:rPr>
        <w:t>02:51</w:t>
      </w:r>
    </w:p>
    <w:p>
      <w:pPr>
        <w:spacing w:after="0"/>
      </w:pPr>
      <w:r>
        <w:rPr>
          <w:rFonts w:ascii="Arial" w:hAnsi="Arial"/>
          <w:sz w:val="22"/>
        </w:rPr>
        <w:t>so your ears are amazing. I am slightly biassed, as the sound waves approach the act of ear, the pinna your artery of funnels those sound waves into the ear canal and you'll see there are a range of sound of low pitch and high pitch as it travels along the ear canal it sets your eardrum in motion and in turn that sets the ossicles the three tiniest bones in your body in the middle ear into movement and the sound is conducted across the middle ear to the inner ear and here we can see the the copy of the snail shell and inside your copier, there is a fluid and the sign passes through the fluid. And inside there are 1000s and 1000s of tiny little hair cells that are designed to capture those the sounds. That sound is then passed along your auditory nerve to your brain where your brain makes sense of. of the sound that you're hearing. If we can go back to the presentation, please. So, hearing loss can be caused by a difficulty in any part of your ear. So it may be the otorrhea sometimes children are born with a deformed Korea or no outer ear at all. They might just have a little bird. Sometimes the ear canal is very, very narrow. Sometimes it might be a problem in with the little bones in the middle ear. Or sometimes the middle ear is filled with fluid rather than air and that can make it difficult for the little bones to move. And sometimes it's because in the inner ear, the little hair cells are damaged or missing. And hearing loss could be temporary. It could be permanent. It can be one year or in both years. And it can be a range of different levels. So only spring that we can see an audiogram and this is what an audiologist uses when they taste hearing to plot the quality signs that a person can hear. So from left to right across the top, we can see the pitch so we've got low frequency sounds and low notes on the left hand side. And then really high pitched notes on the right hand side. The high signs there and it's a bit like a piano keyboard. So from left to right, it's going from those really deep loan sounds across the piano keyboard up to those high sounding finding signs up on the right hand side. And then down the left hand side we've got how low those same. So we have very quiet sounds at the top and very loud sound at the bottom. And this audiogram here is just showing you the pitch and the loudness of the intensity of some common signs so we can see on the right hand side at the top we've got bird chirping so that's a high pitched quiet same. And then down at the bottom where on the left hand side where we have the jackhammer. That's a really loud, low frequency sound. And in the middle in that red banana shape, we have speech signs so that's where most of the speech sounds that you need to hear. Speech clearly that's where they're positioned. People with typical hearing can hear sounds to round 20 decibels. So that's where we've got that those whispering signs. So people can hear quieter science than that. And when it says zero that doesn't mean say there isn't any sound at all. That's just when they originally came up with the scale for measuring hearing. In decibel that was the quality sign that the students that took part in that study. On average, that was the quality sound that they could hear but some people might be able to hear even quieter saying</w:t>
      </w:r>
    </w:p>
    <w:p>
      <w:pPr>
        <w:spacing w:after="0"/>
      </w:pPr>
    </w:p>
    <w:p>
      <w:pPr>
        <w:spacing w:after="0"/>
      </w:pPr>
      <w:r>
        <w:rPr>
          <w:rFonts w:ascii="Arial" w:hAnsi="Arial"/>
          <w:color w:val="5D7284"/>
          <w:sz w:val="22"/>
        </w:rPr>
        <w:t>07:42</w:t>
      </w:r>
    </w:p>
    <w:p>
      <w:pPr>
        <w:spacing w:after="0"/>
      </w:pPr>
      <w:r>
        <w:rPr>
          <w:rFonts w:ascii="Arial" w:hAnsi="Arial"/>
          <w:sz w:val="22"/>
        </w:rPr>
        <w:t>when we get to the bottom of the audiogram those really loud saying a lot in audiology, they couldn't tend to go any lower than that any louder because you would then be feeling vibrations and it would be very difficult for for the audiologist to know whether you were actually hearing the sound or whether you were actually feeling the sensory vibrations. When we talk about hearing loss we talk about in levels. So if on average, the poverty sign that somebody could hear was between 20 and 40 decibel loss. We would say that that was a mild hearing loss if the quality signs that somebody could hear was between 40 and 70 decibels, we'd say that was a moderate new loss, on average between 70 and 90 decibels we would say is a severe hearing loss and then anything whether the quality signs that somebody could hear where they need you to be at least 90 decibels when we're talking about a profound hearing loss. So we're now going to have a look at another short video and this is the Flintstones playing again, they'll start off with a typical hearing. And then bit by bit the sound of will and the audiogram will change and you'll see on the right hand side it'll go from A to A mild to moderate and then a severe hearing loss. Okay, I'll play the video now apparent and then if you just interrupt and stop me if you don't hear the sound from the video. Thank you while I'm hearing and seeing nothing at the moment. Apologies that doesn't seem to be playing so I may need to refresh the link</w:t>
      </w:r>
    </w:p>
    <w:p>
      <w:pPr>
        <w:spacing w:after="0"/>
      </w:pPr>
    </w:p>
    <w:p>
      <w:pPr>
        <w:spacing w:after="0"/>
      </w:pPr>
      <w:r>
        <w:rPr>
          <w:rFonts w:ascii="Arial" w:hAnsi="Arial"/>
          <w:color w:val="5D7284"/>
          <w:sz w:val="22"/>
        </w:rPr>
        <w:t>09:56</w:t>
      </w:r>
    </w:p>
    <w:p>
      <w:pPr>
        <w:spacing w:after="0"/>
      </w:pPr>
      <w:r>
        <w:rPr>
          <w:rFonts w:ascii="Arial" w:hAnsi="Arial"/>
          <w:sz w:val="22"/>
        </w:rPr>
        <w:t>I think what I need to do is I need to just stop sharing screen because I'm going to have to go kicking this has been shared by a worksheet county council sites I have to go back in and log back in. Say, Okay, give me a moment to get back to work again. Yes, yeah, that's fine. I'll just explain a little bit more about the VBA. So when you say the audiogram on the right hand side of the video, you'll see that it's only the higher frequencies where the hearing loss is being shown. And the reason for that is that if the hearing loss was shown across the whole spectrum of saying eventually you wouldn't be able to hear anything. So this is just to give you a bit of an idea of what it might be like for somebody who had a mild and moderate or severe hearing loss and if anybody's got any questions we would be be happy to answer so far.</w:t>
      </w:r>
    </w:p>
    <w:p>
      <w:pPr>
        <w:spacing w:after="0"/>
      </w:pPr>
    </w:p>
    <w:p>
      <w:pPr>
        <w:spacing w:after="0"/>
      </w:pPr>
      <w:r>
        <w:rPr>
          <w:rFonts w:ascii="Arial" w:hAnsi="Arial"/>
          <w:color w:val="5D7284"/>
          <w:sz w:val="22"/>
        </w:rPr>
        <w:t>11:11</w:t>
      </w:r>
    </w:p>
    <w:p>
      <w:pPr>
        <w:spacing w:after="0"/>
      </w:pPr>
      <w:r>
        <w:rPr>
          <w:rFonts w:ascii="Arial" w:hAnsi="Arial"/>
          <w:sz w:val="22"/>
        </w:rPr>
        <w:t>Very sorry, it was working this morning when I cued it up in the moment it's not reconnecting with the SharePoint posts. So I'll give it one more go from a net and then we may have to move on and perhaps come back to it at the end. To illustrate the points that were being made in a different browser.</w:t>
      </w:r>
    </w:p>
    <w:p>
      <w:pPr>
        <w:spacing w:after="0"/>
      </w:pPr>
    </w:p>
    <w:p>
      <w:pPr>
        <w:spacing w:after="0"/>
      </w:pPr>
      <w:r>
        <w:rPr>
          <w:rFonts w:ascii="Arial" w:hAnsi="Arial"/>
          <w:color w:val="5D7284"/>
          <w:sz w:val="22"/>
        </w:rPr>
        <w:t>11:44</w:t>
      </w:r>
    </w:p>
    <w:p>
      <w:pPr>
        <w:spacing w:after="0"/>
      </w:pPr>
      <w:r>
        <w:rPr>
          <w:rFonts w:ascii="Arial" w:hAnsi="Arial"/>
          <w:sz w:val="22"/>
        </w:rPr>
        <w:t>So what is it like to be?</w:t>
      </w:r>
    </w:p>
    <w:p>
      <w:pPr>
        <w:spacing w:after="0"/>
      </w:pPr>
    </w:p>
    <w:p>
      <w:pPr>
        <w:spacing w:after="0"/>
      </w:pPr>
      <w:r>
        <w:rPr>
          <w:rFonts w:ascii="Arial" w:hAnsi="Arial"/>
          <w:color w:val="5D7284"/>
          <w:sz w:val="22"/>
        </w:rPr>
        <w:t>12:08</w:t>
      </w:r>
    </w:p>
    <w:p>
      <w:pPr>
        <w:spacing w:after="0"/>
      </w:pPr>
      <w:r>
        <w:rPr>
          <w:rFonts w:ascii="Arial" w:hAnsi="Arial"/>
          <w:sz w:val="22"/>
        </w:rPr>
        <w:t>It's gonna take me a little while to resolve the technical issues here. So if I knew myself again, bring the slides back up, press on and I will have a little message in the chat if I can get it to work. Or I could try Reese's link actually racist just popped the link into the original YouTube. Yes, because it's just a YouTube clip and did that I cropped? Right. Okay, we'll leave it. I'll keep trying to find the version that's in your SharePoint. So you know, it's prompt and as the information on it, but thank you for offering a solution. I'll get back to you and get that to work. Okay, thank you and if we can go back to the presentation if we can't find it, if we can't manage to get the link to the Flintstones clip it is I would recommend that you take a look at it on YouTube and if you just put Flintstones hearing loss simulation it's well worth a watch. It's quite a powerful clip at to help you understand what it's like for different people with different types of hearing loss. We moving on now to amplification or hearing aids. Now the purpose of any hearing aid is to give the wearer access to speech. And there are different types of hearing aids depending on the nature and the degree of hearing loss. But this on your screen now is by far the most common type of hearing aid. It's called a behind the ear hearing aid. And you would normally see the wearer with this sat behind the ear and then it's anchored in place by an ear mould that in fit is inserted into the ear. It's programmed in optimal listening conditions in the audiology department of the hospital. And the sound closest to the where is amplified the most and this is not always speech. They have an optimum range of about one to one and a half metres. So the further you go away from the wearer, the more the sound is lost, and they would struggle to access the speech. We would always work towards a young person becoming independent in managing this type of hearing aid by the time they get to secondary school, so they would be able to perform actions such as changing the battery looking after the mould making sure the tubing is clear of any obstructions like wax or has condensation or moisture in it. But as it says on your slide, they amplify sound and it does not fix the problem. This is another type of hearing hearing aid called a cochlear implant and a child or young person who is diagnosed with a severe or profound hearing loss may be offered either one or two cochlear implants. It's an electronic device that is surgically implanted and it stimulates the auditory nerve. It consists of two parts. The part on the left is the bit that's underneath the internal part. And the part on the right the speech processor, the external part, unlike in the previous type of hearing aid that sits on top of the ear on your top of your pinner a child or young person who has a cochlear implant will not hear anything if it's not working optimally. And it's it's key to bear in mind that cochlear implant wearer has to be careful in certain situations. In PE and science, there are safety concerns but the teacher of the deaf for the young person will advise teachers regarding these</w:t>
      </w:r>
    </w:p>
    <w:p>
      <w:pPr>
        <w:spacing w:after="0"/>
      </w:pPr>
    </w:p>
    <w:p>
      <w:pPr>
        <w:spacing w:after="0"/>
      </w:pPr>
      <w:r>
        <w:rPr>
          <w:rFonts w:ascii="Arial" w:hAnsi="Arial"/>
          <w:color w:val="5D7284"/>
          <w:sz w:val="22"/>
        </w:rPr>
        <w:t>16:21</w:t>
      </w:r>
    </w:p>
    <w:p>
      <w:pPr>
        <w:spacing w:after="0"/>
      </w:pPr>
      <w:r>
        <w:rPr>
          <w:rFonts w:ascii="Arial" w:hAnsi="Arial"/>
          <w:sz w:val="22"/>
        </w:rPr>
        <w:t>The third type of hearing aid is called a bone conducting aid. And so a young person would be prescribed a bone conducting aid if they had a hearing loss to do with their middle or outer ear so a conductive hearing loss and there are different types of retentions up on offer. So sometimes the child might have this bone conduction aid sitting on a soft band as in the children on the in the pictures. Sometimes they might wear it on a hard headband. And sometimes they may have had surgery in which case an abutment is surgically put into their skull and then the hearing aid is sat on it and they work through vibrations, or the sound the microphones within the hearing aid picks up the sound and by vibrates against the mastoid bone</w:t>
      </w:r>
    </w:p>
    <w:p>
      <w:pPr>
        <w:spacing w:after="0"/>
      </w:pPr>
    </w:p>
    <w:p>
      <w:pPr>
        <w:spacing w:after="0"/>
      </w:pPr>
      <w:r>
        <w:rPr>
          <w:rFonts w:ascii="Arial" w:hAnsi="Arial"/>
          <w:color w:val="5D7284"/>
          <w:sz w:val="22"/>
        </w:rPr>
        <w:t>17:28</w:t>
      </w:r>
    </w:p>
    <w:p>
      <w:pPr>
        <w:spacing w:after="0"/>
      </w:pPr>
      <w:r>
        <w:rPr>
          <w:rFonts w:ascii="Arial" w:hAnsi="Arial"/>
          <w:sz w:val="22"/>
        </w:rPr>
        <w:t>as I've said hearing aids have an optimum range and so over distance the speech is lost. Equally. They a lot of them they work by amplifying sounds and they amplify or sound they're not selective. So it is difficult for a child or young person to hear speech in background noise. Background always is the nemesis of all children with a hearing loss. There are ways of overcoming this and that is assistive listening devices or radio aids and a radio aid consists of two parts. On your screen you can see a selection of the radio aids available to children and young people which are particularly useful in schools. The two parts you have the transmitter which are on the left and also this one here, which are worn by the teacher or the speaker, the person who's speaking and then there's the receivers. And there's some examples here. These ones are worn on hearing aids, and this one on a cochlear implant and they are attached to either the cochlear implant or the hearing aid so worn by the child or young person the advantages of radio AIDS is that they enable the wearer to be able to hear over distance and they do cut out they do cut down on background noise we thank you we'll return to the Flintstones video in a minute. So they do cut down on background look background noise in the sense that they elevate the speaker's voice above the background noise as you can see from the previous picture, they're quite discreet, they're quite small and they're really good for reverberant rooms. So in those lessons which are taught in things in rooms which have poor acoustics, so science lab, food and technology rooms, the school hall and equally in those lessons which are conducted potentially over distance might ping. However, there are some disadvantages, and these are very much communicated by the older students in secondary school. They do give unwanted attention to the Deaf young person. And we do find that some young people choose not to wear their or to use their assistive listening device consistently when they go to secondary school, despite revealing if you like that it's it's supporting supports them. They are easily lost because as you could see the receivers are about the size of a thumbnail. They're very, very small. And so easily lost. And the equipment is very expensive. The receivers are around 500 pounds each for each one and the transmitter, another 500 pound. So if the equipment is lost, it can be very expensive to replace it. The other disadvantage Another disadvantage of radio AIDS is that students can hear what they shouldn't hear. There are lots of clips on the internet, about around funny stories of that people who have forgotten to turn off or mute their transmitter and carried on talking when they're not when they have left the classroom or when they're gone in the staff room or to the toilet. And so students continue to hear this because they have a large range of students pick up things they shouldn't and the other disadvantage linking to the unwanted attention. When a student into secondary school, they have to remember to hand over the transmitter at the beginning of every lesson and then pick it up at the end of every lesson. And that can take some time to take some time to get used to but also adds to that unwanted attention. Before we move on and do I think it would be a good time to watch the The Flintstones clip. Okay, sorry about that. We'll give it another go. Hopefully it will work. For</w:t>
      </w:r>
    </w:p>
    <w:p>
      <w:pPr>
        <w:spacing w:after="0"/>
      </w:pPr>
    </w:p>
    <w:p>
      <w:pPr>
        <w:spacing w:after="0"/>
      </w:pPr>
      <w:r>
        <w:rPr>
          <w:rFonts w:ascii="Arial" w:hAnsi="Arial"/>
          <w:color w:val="5D7284"/>
          <w:sz w:val="22"/>
        </w:rPr>
        <w:t>22:18</w:t>
      </w:r>
    </w:p>
    <w:p>
      <w:pPr>
        <w:spacing w:after="0"/>
      </w:pPr>
      <w:r>
        <w:rPr>
          <w:rFonts w:ascii="Arial" w:hAnsi="Arial"/>
          <w:sz w:val="22"/>
        </w:rPr>
        <w:t>700 bucks. Take it easy. It's only a game. Just like them big tycoons I play.</w:t>
      </w:r>
    </w:p>
    <w:p>
      <w:pPr>
        <w:spacing w:after="0"/>
      </w:pPr>
    </w:p>
    <w:p>
      <w:pPr>
        <w:spacing w:after="0"/>
      </w:pPr>
      <w:r>
        <w:rPr>
          <w:rFonts w:ascii="Arial" w:hAnsi="Arial"/>
          <w:color w:val="5D7284"/>
          <w:sz w:val="22"/>
        </w:rPr>
        <w:t>23:03</w:t>
      </w:r>
    </w:p>
    <w:p>
      <w:pPr>
        <w:spacing w:after="0"/>
      </w:pPr>
      <w:r>
        <w:rPr>
          <w:rFonts w:ascii="Arial" w:hAnsi="Arial"/>
          <w:sz w:val="22"/>
        </w:rPr>
        <w:t>You can see from the video that for a mild hearing loss it's very much like the you've got a radio a sorry a radio on in another room and it's so you can hear but it's quite quiet. Once you go to a moderate hearing loss, then without hearing aids, and it's very muffled you can't really hear very clearly you can hear a sound but you can't really make out clearly what's been said and then once we start to get to a severe hearing loss of bearing in mind that this is only a severe hearing loss in the in the higher frequencies. And it's very difficult to make anything that's been said and when you're getting to the stage where you might not hear musical instruments clearly as well as speech and other signs. On Thank you Chloe for sharing in the chat about your hearing loss. So if we could go back to the presentation replaces Anybody got any questions so far? You might just come in Karen. Twice. We've as we've been talking about hearing aids, you can see and as Chloe will know, I'm sure if if a child or young person does not wear their hearing aid, that would be their lived experience. That is what they would hear. And so therefore they wouldn't their speech and language skills would not develop typically. And there would be obvious signs of difficulties in that area. And then obviously the knock on effect with that. So as I explained earlier, hearing aids the aim of the hearing aid is to give the child young person access to speech and the chance to develop a language and communication skills the same as typically as as other children. And because of the limitations of those hearing aids. Hence the need for assistive listening devices or radio aids. I think the other thing as well I'd like to mention is if for any reason that the hearing aid stops working in a lesson, say for example the batteries go then really the young person needs to be able to go and change their batteries as soon as possible. Because without if you imagine if you put an EM mould in your ear and your hearing aid is at work, it's actually making your hearing worse because you're actually blocking more sound more natural sound that's going in to your ear without your hearing aid working and the microphones working. Whilst whilst Karen and I are able to carry out simple repairs with hearing aids and replace and relate replace some parts. And the same with the radio aid. If a hearing aid stops working altogether, then it does. It doesn't necessitate the child young person going to Audiology for them to have a look at it. There's a limitation to our skill, shall we say? Right. Oh, sorry. Chloe's just made a very good point as well as in the radio aids. The receivers use the batteries from the hearing aid so the batteries died fairly quickly. When they're connected to the radio aids. They use in about 50% more power than the hearing aids on their own. So yes, the batteries do go a lot quicker than using the radio. And that's why it's that's why we would always work towards a young person. becoming independent in managing their hearing aids and encourage COURAGING certainly secondary school students to have a little mini audiology kit on their person at all times. So should the battery in their hearing aid. Go at any point? They can seamlessly change it and won't miss any of the lessons. Right if we move on Karen. Now this part of the presentation we move on to looking at the implications of a hearing loss and what you can do in particular, that will help these students so there's a lot of small changes that will make a huge difference.</w:t>
      </w:r>
    </w:p>
    <w:p>
      <w:pPr>
        <w:spacing w:after="0"/>
      </w:pPr>
    </w:p>
    <w:p>
      <w:pPr>
        <w:spacing w:after="0"/>
      </w:pPr>
      <w:r>
        <w:rPr>
          <w:rFonts w:ascii="Arial" w:hAnsi="Arial"/>
          <w:color w:val="5D7284"/>
          <w:sz w:val="22"/>
        </w:rPr>
        <w:t>27:38</w:t>
      </w:r>
    </w:p>
    <w:p>
      <w:pPr>
        <w:spacing w:after="0"/>
      </w:pPr>
      <w:r>
        <w:rPr>
          <w:rFonts w:ascii="Arial" w:hAnsi="Arial"/>
          <w:sz w:val="22"/>
        </w:rPr>
        <w:t>Thank you, Karen. As the slide says there's no two students with a hearing loss with the same functional hearing. So on paper if you looked at an audiogram you might have two students with exactly that same hearing, but their lived experience will be very different, different and it's really important to find a what helps particular students definitely isn't a learning disability and given the support and making small changes as students with a hearing loss can make the same progress as hearing people with the same cognitive ability and go on to do the same thing. So we have young people who go on to college go on to university, go into apprenticeships, and we would encourage students with a hearing loss to do whatever they wanted to do. There are certain jobs that they can't do, but there aren't many. Joining the Army, the Armed Forces is one of them. But it there's very few roles that a young person can't go on to to achieve well with a hearing loss. So thinking about what's difficult with a hearing loss as Hannah's already said, listening in background noise is tricky. So it's listening background noise is tricky for any child or young person because it's very difficult to be able to pick out speech from other noises around you especially if that noise is other people talking. If you're trying to listen to somebody and there is babble, people talking in the background, that's the speech that you want to listen to and the bubble in the background all has the same sort of frequencies and the same timing that's coming to your ears at the same time. It's very difficult for a child or young person to be able to pick out what they want to hear from the noise younger children find it more difficult as you get older, you've got more experience and you can find it a little bit easier. And for typically hearing children by the time they get to kind of teenage years, then they may be able to do that better than younger children. But for students with a hearing loss that is particularly difficult. Accessing information from just listening, Elaine, again is difficult so any visual cues that they can have will help them to be able to add to what they're listening to. So multitasking things like listening and taking notes at the same time is particularly tricky, especially if you're trying to read captions on a screen as well as listening to a presentation. Then a new vocabulary is difficult because often even if you're using the patterns to to gather more information, many words look similar on your lips, on people's lips. So it's very tricky to hear new vocabulary and often could be miss hearing or misunderstand them. Thank you particularly your words, same maths. If you look at the thinking of numbers, and you think of the number 65 zero and the number 61 Five, if you were to look at some of if you were hearing that clearly looks very similar. And that's the same with many, many words. Joining in discussions and group work can be difficult if you're in a group and you've got other groups around you then again all those words from those other groups and that speech is adding to the background noise and sometimes you find that as the noise increases then people will increase how loud they're speaking and then somebody else will increase our louder speaking and that all adds to that ambient noise in your classroom.</w:t>
      </w:r>
    </w:p>
    <w:p>
      <w:pPr>
        <w:spacing w:after="0"/>
      </w:pPr>
    </w:p>
    <w:p>
      <w:pPr>
        <w:spacing w:after="0"/>
      </w:pPr>
      <w:r>
        <w:rPr>
          <w:rFonts w:ascii="Arial" w:hAnsi="Arial"/>
          <w:color w:val="5D7284"/>
          <w:sz w:val="22"/>
        </w:rPr>
        <w:t>32:15</w:t>
      </w:r>
    </w:p>
    <w:p>
      <w:pPr>
        <w:spacing w:after="0"/>
      </w:pPr>
      <w:r>
        <w:rPr>
          <w:rFonts w:ascii="Arial" w:hAnsi="Arial"/>
          <w:sz w:val="22"/>
        </w:rPr>
        <w:t>Also, if your features been using a radio aid and there's a discussion going on in class, sometimes it's very tricky to pick up what other peers are saying especially if they're sitting some distance from your behind you. And it may be that somebody will say something quietly, and they might say a joke or might make a funny funny comment. And that's really tricky for a student with a hearing loss to pick up if that's been said quietly or again over a distance. And sometimes it can feel sort of our young people say they feel a little bit isolated sometimes or a little bit excluded because they can't follow those discussions. The banter that's that's going on. Social interactions can be tricky, especially if, again, if you're in the canteen or you're outside and it's really windy, it can be quite tricky to keep up with the conversation, especially if it's changing quite quickly. People are trying to make plans and those plans are changing quite quickly. It's very hard to follow, who's talking and by the time are young people realise that the conversation has moved on or somebody else started speaking, missed parts of it and accessing recorded materials or video clips, just by the audio alone. is very tricky. So we've talked about noise in classrooms and for children to be able to hear speech clearly. There needs to be a difference in the signal between the speech that they want to hear and the noise and we call it the signal to noise ratio. So children and young people really need a signal to noise ratio of at least 15 decibels so the difference between the noise speech needs to be 15 decibels at least louder. But for younger pupils and for Deaf pupils with with any level of hearing loss, that signal to noise ratio needs to be more than it needs to be around 20 decibels. We talked about how as you get older. If you've got typical hearing then you get better at being able to pick out the speech that you want in the noise. But that doesn't really happen until kind of your late teenagers and if you haven't had access to clear speech when you're younger, it might take you even longer so you might find that your older students or your your your elevens your 30s might be better at picking out speaking background. Noise and your year sevens. Because we've said learning might require devoted attention, which is which is challenging when you've got noise or you're in a science classroom or technology classroom where the noise is quite echoey and the noise is bouncing around. And there's lots of reverberation. So when you're in the classroom, if there are ways that you can improve the listening conditions by thinking about the sources of the noise in your room and improving the eyes, and that will help all students in your classroom, not just the ones with hearing loss. So we know it's difficult at the moment because of the COVID guidelines and ventilation. But when you're able to if there is noise outside and you're able to close windows, then that helps to improve the signal to noise ratio. If there is a noise out in the corridor and you can close doors or there is a gap at the bottom of the door and you're able to draft excluder and try and keep that some of the same from coming into your classroom and that helps recalibration times the way that the sound travels around the classroom. If you're in a classroom where you can add soft furnishings fabric on displays or hard surfaces, and even displays can all help with sound absorption and reducing reverberation time. If you find that you've got a classroom next door where there's loud activities that happen then put in a bookcase up against that wall can help</w:t>
      </w:r>
    </w:p>
    <w:p>
      <w:pPr>
        <w:spacing w:after="0"/>
      </w:pPr>
    </w:p>
    <w:p>
      <w:pPr>
        <w:spacing w:after="0"/>
      </w:pPr>
      <w:r>
        <w:rPr>
          <w:rFonts w:ascii="Arial" w:hAnsi="Arial"/>
          <w:color w:val="5D7284"/>
          <w:sz w:val="22"/>
        </w:rPr>
        <w:t>37:16</w:t>
      </w:r>
    </w:p>
    <w:p>
      <w:pPr>
        <w:spacing w:after="0"/>
      </w:pPr>
      <w:r>
        <w:rPr>
          <w:rFonts w:ascii="Arial" w:hAnsi="Arial"/>
          <w:sz w:val="22"/>
        </w:rPr>
        <w:t>using the assistive listening devices that Hannah's spoken about. Then because they send they transmit the sound directly to the young person's hearing aids, it's like you're standing right next to them even if you are the suitable distance away. And typically our assisted listening devices have a range of about 15 metres inside but outside if you're a PE teacher then they can go to 50 metres or in some cases up to 100 metres. So we've got quite a distance across the data and if the acoustics are particularly tricky in your school, then it may be that they've been considered on the Accessibility Plan because good listening conditions help all students. They also help teachers in that they reduce vocal efforts and help you so you haven't got to raise your voice to a level where you can increase that signal to noise ratio.</w:t>
      </w:r>
    </w:p>
    <w:p>
      <w:pPr>
        <w:spacing w:after="0"/>
      </w:pPr>
    </w:p>
    <w:p>
      <w:pPr>
        <w:spacing w:after="0"/>
      </w:pPr>
      <w:r>
        <w:rPr>
          <w:rFonts w:ascii="Arial" w:hAnsi="Arial"/>
          <w:color w:val="5D7284"/>
          <w:sz w:val="22"/>
        </w:rPr>
        <w:t>38:30</w:t>
      </w:r>
    </w:p>
    <w:p>
      <w:pPr>
        <w:spacing w:after="0"/>
      </w:pPr>
      <w:r>
        <w:rPr>
          <w:rFonts w:ascii="Arial" w:hAnsi="Arial"/>
          <w:sz w:val="22"/>
        </w:rPr>
        <w:t>Move on to communication approaches. And I'm going to hand over to her. Thank you, Karen. So as Karen's just explained, she's encouraged you to think about ways in which you can improve the acoustic conditions of your classroom. I'm going to now think ask you to think about the way that you communicate with pupils. Now lots of this advice that we've included in the presentation here, we would include in what is called a pen portrait. The teachers of the deaf in Warwick share whiter pen portrait for all the children and young people on their caseload every year, which outlines the pupils hearing loss and also what in particular the you can do to support them. And also the teacher of the deaf will always be on hand and will make regular visits to the school to offer advice and support. But just to draw your attention to some attention to some key key ideas, key approaches. Firstly, the equipment needs to be in good working order. So hearing aids need to be in good working order. And if the pupil has an assistive listening device, that tool needs to be in good working order. And the teacher needs to have a good understanding of how that works. And please talk to your teacher of the deaf. The child's teacher of the deaf, if you'd like any support on that small changes to the way you communicate with deaf students can make a huge difference. The Deaf student often relies on visual information, which includes lip pattern and you can support as they use this to support what they hear. We've I outlined their help talking more slowly or loudly or more quietly can distort that pattern. So we would always advise that you speak clearly and you're at your normal pace and avoid the shouting or the whispering as I've indicated children and young people do need good access to visual support. So we would advise please don't write on the board and talk at the same time because what you will be facing the board and then the student won't have access to your facial expressions or lip pattern. Which will support what they're hearing. In court encourage people to speak one at a time and raise their hand before speaking. Try not to walk and talk if you're talking to an addressing the class while also walking classroom. While it's hard for the Deaf young person to locate where you are from, by the time they've located where you are, they may miss the beginning of what you've said. And also if they do not have a radio aid, then you're increasing the distance between yourself and then because we would always advise young person to sit near the front where they have good access to visual support in terms of what you put on the PowerPoint or on the board also repeat the questions and contributions of other pupils. If the pupil has an assistive listening device that will help them to hear what you're saying. But it won't help them to hear the contributions of somebody sat at the back of the class or on the other side of the classroom. And most young people I speak to struggle to hear what their peers say. Therefore, they may members may make mistake and make the same contribution as somebody else, or they may have difficulty following discussions and contributions of others. So we would always advise repeating those contributions and questions to make it easier for them to follow.</w:t>
      </w:r>
    </w:p>
    <w:p>
      <w:pPr>
        <w:spacing w:after="0"/>
      </w:pPr>
    </w:p>
    <w:p>
      <w:pPr>
        <w:spacing w:after="0"/>
      </w:pPr>
      <w:r>
        <w:rPr>
          <w:rFonts w:ascii="Arial" w:hAnsi="Arial"/>
          <w:color w:val="5D7284"/>
          <w:sz w:val="22"/>
        </w:rPr>
        <w:t>42:44</w:t>
      </w:r>
    </w:p>
    <w:p>
      <w:pPr>
        <w:spacing w:after="0"/>
      </w:pPr>
      <w:r>
        <w:rPr>
          <w:rFonts w:ascii="Arial" w:hAnsi="Arial"/>
          <w:sz w:val="22"/>
        </w:rPr>
        <w:t>So we've outlined here some general advice on how you can improve the way you communicate with deaf pupils. But also, as Karen's already indicated, no young person's hearing loss is the same and each individual pupil will have different strategies that work for them. So we would always recommend you talking to the young person themselves. Because whilst for example, we might recommend both of them sitting at the front of the class. In talking to the young person, they might find it may find it easier to sit in the middle or on a certain side if for example, they have a unilateral loss. So we end up in writing the pen portraits we consult with young people, but the acoustics of individual classrooms and the teaching styles of individual teachers will affect their preferences in certain lessons. So please talk to them and ask them what works. We've included an a separate side slide for social and emotional development, because often it's overlooked, but as as you can imagine, it is an area that lots and lots of Deaf pupils struggle with. And it does need teachers and pastoral staff in schools to monitor it, how that person is communicating and coping in social situations. There's lots of research to indicate that parents of deaf pupils are over predictive, and therefore the young person may demonstrate more immature social and emotional development when compared to their hearing peers. As we've suggested, deafness can make it difficult for managing communication skills along the same line as their hearing peer peers. And these delayed language and communication skills can have an impact on social and emotional development and the relationships they form with their peers. So they may have difficulties with higher order language skills, such as explanation negotiation and this affects their friendships and social skills. If you think about the social times at schools, so break times lunchtimes, they're generally in outside areas or areas where there's the acoustic support so lunch halls, dining rooms, outside in the outside, in the playground or on the field. It's difficult in those situations for the deaf person to hear the conversations about this, because there's lots of background noise and the acoustics are poor. So, some some students they will need access to a quiet space in which to meet with their friends. And there are lots of secondary schools that take and primary schools that make these these rooms available to young people, and it can make a huge difference to their social emotional development. By their very nature, social situations, present challenges, lots of people talking all at once. Lots of conversation overlapping, it makes it harder to for the Deaf young person to follow. Because the background noise is greater, they can't locate who's speaking, people talking all at different times, and they may miss key bits of information shared with friends so they may miss on plans to meet up all the time, that have a meet up and this can help can make them feel excluded. For some young people, they may need specific teaching of social skills. So maybe how to repair a conversation, how to maybe communicate, they're listening, listening needs. They need opportunities to practice and those in a discrete and separate situation before they've had the confidence or skills to use them with their friends. Are there any questions about the difficulties that deaf young people face or what you might do to support them?</w:t>
      </w:r>
    </w:p>
    <w:p>
      <w:pPr>
        <w:spacing w:after="0"/>
      </w:pPr>
    </w:p>
    <w:p>
      <w:pPr>
        <w:spacing w:after="0"/>
      </w:pPr>
      <w:r>
        <w:rPr>
          <w:rFonts w:ascii="Arial" w:hAnsi="Arial"/>
          <w:color w:val="5D7284"/>
          <w:sz w:val="22"/>
        </w:rPr>
        <w:t>47:42</w:t>
      </w:r>
    </w:p>
    <w:p>
      <w:pPr>
        <w:spacing w:after="0"/>
      </w:pPr>
      <w:r>
        <w:rPr>
          <w:rFonts w:ascii="Arial" w:hAnsi="Arial"/>
          <w:sz w:val="22"/>
        </w:rPr>
        <w:t>Because before we finish this afternoon, we've got a video here. This video has been produced by deaf students in Birmingham. It is very much their voice. It is them talking about what it's like to have a hearing loss and what strategies they find in school are particularly helpful. It's very powerful example of student voice so how do we could share this video clip please? Okay, sound office</w:t>
      </w:r>
    </w:p>
    <w:p>
      <w:pPr>
        <w:spacing w:after="0"/>
      </w:pPr>
    </w:p>
    <w:p>
      <w:pPr>
        <w:spacing w:after="0"/>
      </w:pPr>
      <w:r>
        <w:rPr>
          <w:rFonts w:ascii="Arial" w:hAnsi="Arial"/>
          <w:color w:val="5D7284"/>
          <w:sz w:val="22"/>
        </w:rPr>
        <w:t>48:31</w:t>
      </w:r>
    </w:p>
    <w:p>
      <w:pPr>
        <w:spacing w:after="0"/>
      </w:pPr>
      <w:r>
        <w:rPr>
          <w:rFonts w:ascii="Arial" w:hAnsi="Arial"/>
          <w:sz w:val="22"/>
        </w:rPr>
        <w:t>is not watching television screen. You only get bits of a conversation. And communication can be really difficult. Sometimes it's hard to remember new words and how to say no.</w:t>
      </w:r>
    </w:p>
    <w:p>
      <w:pPr>
        <w:spacing w:after="0"/>
      </w:pPr>
    </w:p>
    <w:p>
      <w:pPr>
        <w:spacing w:after="0"/>
      </w:pPr>
      <w:r>
        <w:rPr>
          <w:rFonts w:ascii="Arial" w:hAnsi="Arial"/>
          <w:color w:val="5D7284"/>
          <w:sz w:val="22"/>
        </w:rPr>
        <w:t>48:44</w:t>
      </w:r>
    </w:p>
    <w:p>
      <w:pPr>
        <w:spacing w:after="0"/>
      </w:pPr>
      <w:r>
        <w:rPr>
          <w:rFonts w:ascii="Arial" w:hAnsi="Arial"/>
          <w:sz w:val="22"/>
        </w:rPr>
        <w:t>It can be hard to understand what has been said because we often just hear part of word, not the full word. And this makes what we hear distorted. We need visual clues to help us understand as well as speaking face to face so that we can read and read facial expressions. Sometimes language can help. Customers noisy. In the background, has music on in the background.</w:t>
      </w:r>
    </w:p>
    <w:p>
      <w:pPr>
        <w:spacing w:after="0"/>
      </w:pPr>
    </w:p>
    <w:p>
      <w:pPr>
        <w:spacing w:after="0"/>
      </w:pPr>
      <w:r>
        <w:rPr>
          <w:rFonts w:ascii="Arial" w:hAnsi="Arial"/>
          <w:color w:val="5D7284"/>
          <w:sz w:val="22"/>
        </w:rPr>
        <w:t>49:16</w:t>
      </w:r>
    </w:p>
    <w:p>
      <w:pPr>
        <w:spacing w:after="0"/>
      </w:pPr>
      <w:r>
        <w:rPr>
          <w:rFonts w:ascii="Arial" w:hAnsi="Arial"/>
          <w:sz w:val="22"/>
        </w:rPr>
        <w:t>It can also be hard to keep asking people to eat the time, the time, the time, the time.</w:t>
      </w:r>
    </w:p>
    <w:p>
      <w:pPr>
        <w:spacing w:after="0"/>
      </w:pPr>
    </w:p>
    <w:p>
      <w:pPr>
        <w:spacing w:after="0"/>
      </w:pPr>
      <w:r>
        <w:rPr>
          <w:rFonts w:ascii="Arial" w:hAnsi="Arial"/>
          <w:color w:val="5D7284"/>
          <w:sz w:val="22"/>
        </w:rPr>
        <w:t>49:26</w:t>
      </w:r>
    </w:p>
    <w:p>
      <w:pPr>
        <w:spacing w:after="0"/>
      </w:pPr>
      <w:r>
        <w:rPr>
          <w:rFonts w:ascii="Arial" w:hAnsi="Arial"/>
          <w:sz w:val="22"/>
        </w:rPr>
        <w:t>What as is hard when my teacher lights on the board and coax at the same time. I can't understand what she's saying. Because I can't liquid unless you're basing me. Like reading gives me a bit more information and helps me to understand when everyone is packing away and the teacher is calling out the homework. Remember what I said about noisy classrooms?</w:t>
      </w:r>
    </w:p>
    <w:p>
      <w:pPr>
        <w:spacing w:after="0"/>
      </w:pPr>
    </w:p>
    <w:p>
      <w:pPr>
        <w:spacing w:after="0"/>
      </w:pPr>
      <w:r>
        <w:rPr>
          <w:rFonts w:ascii="Arial" w:hAnsi="Arial"/>
          <w:color w:val="5D7284"/>
          <w:sz w:val="22"/>
        </w:rPr>
        <w:t>49:50</w:t>
      </w:r>
    </w:p>
    <w:p>
      <w:pPr>
        <w:spacing w:after="0"/>
      </w:pPr>
      <w:r>
        <w:rPr>
          <w:rFonts w:ascii="Arial" w:hAnsi="Arial"/>
          <w:sz w:val="22"/>
        </w:rPr>
        <w:t>Can I understand? When we watch a film or film clip and no subtitles stem we miss out on lots of information and come on what is happening. Sometimes it is tricky with our friends, especially when we are talking in a group. Everyone talks at once. We don't always know who it is. Please try and be patient and take turns in the conversation.</w:t>
      </w:r>
    </w:p>
    <w:p>
      <w:pPr>
        <w:spacing w:after="0"/>
      </w:pPr>
    </w:p>
    <w:p>
      <w:pPr>
        <w:spacing w:after="0"/>
      </w:pPr>
      <w:r>
        <w:rPr>
          <w:rFonts w:ascii="Arial" w:hAnsi="Arial"/>
          <w:color w:val="5D7284"/>
          <w:sz w:val="22"/>
        </w:rPr>
        <w:t>50:14</w:t>
      </w:r>
    </w:p>
    <w:p>
      <w:pPr>
        <w:spacing w:after="0"/>
      </w:pPr>
      <w:r>
        <w:rPr>
          <w:rFonts w:ascii="Arial" w:hAnsi="Arial"/>
          <w:sz w:val="22"/>
        </w:rPr>
        <w:t>It is challenging having a haven but it makes us more determined and with the right support in place. There is no stopping</w:t>
      </w:r>
    </w:p>
    <w:p>
      <w:pPr>
        <w:spacing w:after="0"/>
      </w:pPr>
    </w:p>
    <w:p>
      <w:pPr>
        <w:spacing w:after="0"/>
      </w:pPr>
      <w:r>
        <w:rPr>
          <w:rFonts w:ascii="Arial" w:hAnsi="Arial"/>
          <w:color w:val="5D7284"/>
          <w:sz w:val="22"/>
        </w:rPr>
        <w:t>50:22</w:t>
      </w:r>
    </w:p>
    <w:p>
      <w:pPr>
        <w:spacing w:after="0"/>
      </w:pPr>
      <w:r>
        <w:rPr>
          <w:rFonts w:ascii="Arial" w:hAnsi="Arial"/>
          <w:sz w:val="22"/>
        </w:rPr>
        <w:t>us. So what can you do to help?</w:t>
      </w:r>
    </w:p>
    <w:p>
      <w:pPr>
        <w:spacing w:after="0"/>
      </w:pPr>
    </w:p>
    <w:p>
      <w:pPr>
        <w:spacing w:after="0"/>
      </w:pPr>
      <w:r>
        <w:rPr>
          <w:rFonts w:ascii="Arial" w:hAnsi="Arial"/>
          <w:color w:val="5D7284"/>
          <w:sz w:val="22"/>
        </w:rPr>
        <w:t>50:28</w:t>
      </w:r>
    </w:p>
    <w:p>
      <w:pPr>
        <w:spacing w:after="0"/>
      </w:pPr>
      <w:r>
        <w:rPr>
          <w:rFonts w:ascii="Arial" w:hAnsi="Arial"/>
          <w:sz w:val="22"/>
        </w:rPr>
        <w:t>The good news is now not so little things that you can do to make a big difference. It is really important to me, please use it correctly.</w:t>
      </w:r>
    </w:p>
    <w:p>
      <w:pPr>
        <w:spacing w:after="0"/>
      </w:pPr>
    </w:p>
    <w:p>
      <w:pPr>
        <w:spacing w:after="0"/>
      </w:pPr>
      <w:r>
        <w:rPr>
          <w:rFonts w:ascii="Arial" w:hAnsi="Arial"/>
          <w:color w:val="5D7284"/>
          <w:sz w:val="22"/>
        </w:rPr>
        <w:t>50:38</w:t>
      </w:r>
    </w:p>
    <w:p>
      <w:pPr>
        <w:spacing w:after="0"/>
      </w:pPr>
      <w:r>
        <w:rPr>
          <w:rFonts w:ascii="Arial" w:hAnsi="Arial"/>
          <w:sz w:val="22"/>
        </w:rPr>
        <w:t>Where it's in correct position. Check the frequencies match on the transmitter and the receiver. Only use my radio aid. If you need me to your</w:t>
      </w:r>
    </w:p>
    <w:p>
      <w:pPr>
        <w:spacing w:after="0"/>
      </w:pPr>
    </w:p>
    <w:p>
      <w:pPr>
        <w:spacing w:after="0"/>
      </w:pPr>
      <w:r>
        <w:rPr>
          <w:rFonts w:ascii="Arial" w:hAnsi="Arial"/>
          <w:color w:val="5D7284"/>
          <w:sz w:val="22"/>
        </w:rPr>
        <w:t>50:50</w:t>
      </w:r>
    </w:p>
    <w:p>
      <w:pPr>
        <w:spacing w:after="0"/>
      </w:pPr>
      <w:r>
        <w:rPr>
          <w:rFonts w:ascii="Arial" w:hAnsi="Arial"/>
          <w:sz w:val="22"/>
        </w:rPr>
        <w:t>orderlies you did in assembly. Please remember to put the subtitles on when using the interactive whiteboard. So we can understand what we have or what can improve putting words on the whiteboard, especially new words because it is to try to understand new language homework to do it properly. We need to know what we are being asked to do. We need to hear it and see if you're not sure what we need to do. We know what we need</w:t>
      </w:r>
    </w:p>
    <w:p>
      <w:pPr>
        <w:spacing w:after="0"/>
      </w:pPr>
    </w:p>
    <w:p>
      <w:pPr>
        <w:spacing w:after="0"/>
      </w:pPr>
      <w:r>
        <w:rPr>
          <w:rFonts w:ascii="Arial" w:hAnsi="Arial"/>
          <w:color w:val="5D7284"/>
          <w:sz w:val="22"/>
        </w:rPr>
        <w:t>51:39</w:t>
      </w:r>
    </w:p>
    <w:p>
      <w:pPr>
        <w:spacing w:after="0"/>
      </w:pPr>
      <w:r>
        <w:rPr>
          <w:rFonts w:ascii="Arial" w:hAnsi="Arial"/>
          <w:sz w:val="22"/>
        </w:rPr>
        <w:t>Okay, hello. I think that's that's the end of the video. We just got to the last slide please Andy gross. Thank you. Hopefully that video clip brings together some of the things that Karen and I have discussed with you this afternoon. It's a useful summary and as much more powerful than Carolyn is talking about our experiences as as teachers of the deaf but we are available as I've said teacher of the deaf for supporting you as best we can in in schools and settings. There is also a range of information on the National Deaf children's Society website. And we've included the link on this slide here. It's free for teachers to join. And there is a wealth of information. So for example, for those primary school teachers, there's booklets and handouts available to use specifically for a primary school setting. And there's further information on different types of hearing loss. There's also subject specific information for secondary school teachers and a number of videos also to support secondary school teachers on some of the strategies that we've introduced to you this afternoon. So I would encourage as many of you as possible, either for back further background information, or if you have a deaf young person in your class. This is a great place to find extra information. Also, if I could just draw your attention to the leaflets at the bottom, we have produced as an authority a number of leaflets on supporting students in specific subjects and on using the different radio waves. So please contact us should you want any of that, that information in our email addresses, I think on the next slide. So thank you very much for joining us this afternoon. I hope it's been a useful introduction. And has given you some food for thought and some signposted you to some places for additional information. Thank you very much. Thank you very much. Thank you very much. Karen room stinks. About five minutes or so if anybody has any questions, I think just the chat function. You can either post any comments or questions in the chat bar or if you'd like to enable your microphone you can talk directly to him Karen. Maybe you've already got some young people in your classes or on teaching practice that you've come across that certainly Karen and my experience when we've been training on the PGC conference in person people have come up to us about specific students. We thought yes we know them. These were just to say that if you're in school in in the the local authority then there are hearing support services in our neighbouring authorities as well.</w:t>
      </w:r>
    </w:p>
    <w:p>
      <w:pPr>
        <w:spacing w:after="0"/>
      </w:pPr>
    </w:p>
    <w:p>
      <w:pPr>
        <w:spacing w:after="0"/>
      </w:pPr>
      <w:r>
        <w:rPr>
          <w:rFonts w:ascii="Arial" w:hAnsi="Arial"/>
          <w:color w:val="5D7284"/>
          <w:sz w:val="22"/>
        </w:rPr>
        <w:t>55:19</w:t>
      </w:r>
    </w:p>
    <w:p>
      <w:pPr>
        <w:spacing w:after="0"/>
      </w:pPr>
      <w:r>
        <w:rPr>
          <w:rFonts w:ascii="Arial" w:hAnsi="Arial"/>
          <w:sz w:val="22"/>
        </w:rPr>
        <w:t>I would agree Chloe, as teacher the Deaf we have to learn sign language, language and a large part of our work particularly in the early years is around supporting families and settings to support young children's communication skills through using sign I recall the past as well. opportunities for students to access additional training around sign language to develop skills in that I wonder if that's something that's been available or is it a resources dried up? No, there was there's lots there's something that lots of people have, over the pandemic have signed on to sign language courses. So it's a real growth area Andy. There are lots of BSL. Sign Language courses, both at sort of local further education Corp colleges, as well as sort of independent providers. And there's also we certainly as an authority run training on Makaton, and around the Deaf individual on British Sign Language and other authorities provide the same support. So there's lots of ways of accessing support around learning BSL or Makaton. Another sign system. Yes, she has rows has all of most of the children on my caseload of a certain age or were hooked. And she's been a good role model and as an as opened up the conversation about what helps what it's what it is to be deaf and what helps and to inspire young people to to think big and have big dreams. So yes, definitely. There is also a school in a neighbouring authority that have a deaf resource base and they were so inspired, that they were watching every Monday morning together the programme previously and BBC News round went to visit them and recorded a short piece so that was really exciting for them as well. The one house prime rattling you'll be able to find it on YouTube I'm SURE HOUSE primary in the BBC. It's a lovely video if I told him but those few people that house so it was lovely to see them so it's nice. I'm also hopeful that that the kind of restrictions that we've had around moving between schools this year event will enable us to reinstate the opportunity for students to break out their names more or less, because it's a provision that's available in different settings or just to see different school approaches. Very, very helpful. Spaces. Definitely. Good opportunities. Good. Okay. Right well so that people can get a little bit of screen break before the plenary session and the Plenary is very much about identifying your own actions and the things that you want to do moving forward. So perhaps some of you might be inspired to to set a target for the next few weeks to learn a little bit of an appropriate sign language to try using in schools that sort of thing that we could do. But yeah, hopefully you get a chance to talk to Rebecca and Vicki about what you've seen today. And what you engage with today, and to make something of it yourselves. I'm really interested in putting the sessions that I've had, and it's over to you guys now to go and do something with it. I listened in today and heard things not just about working with with children. With hearing loss, but things are good practising classrooms anyway. And I think quite often when we engage with things that are that are foregrounded, by a particular needs, actually all we do is we broaden and strengthen our teaching strategies in a way that works for all students. So winning both levels, but fascinating to listen to both.</w:t>
      </w:r>
    </w:p>
    <w:p>
      <w:pPr>
        <w:spacing w:after="0"/>
      </w:pPr>
    </w:p>
    <w:p>
      <w:pPr>
        <w:spacing w:after="0"/>
      </w:pPr>
      <w:r>
        <w:rPr>
          <w:rFonts w:ascii="Arial" w:hAnsi="Arial"/>
          <w:color w:val="5D7284"/>
          <w:sz w:val="22"/>
        </w:rPr>
        <w:t>59:25</w:t>
      </w:r>
    </w:p>
    <w:p>
      <w:pPr>
        <w:spacing w:after="0"/>
      </w:pPr>
      <w:r>
        <w:rPr>
          <w:rFonts w:ascii="Arial" w:hAnsi="Arial"/>
          <w:sz w:val="22"/>
        </w:rPr>
        <w:t>We'd reiterate that Andy very much so that kind of threw you off beaten slightly but but well done for that. Well, thank you very much, and enjoy what's left of the day, everybody. Thank you. Thank you</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