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6D61C" w14:textId="0719B0C0" w:rsidR="00930F33" w:rsidRDefault="00930F33">
      <w:pPr>
        <w:spacing w:after="0"/>
        <w:rPr>
          <w:lang w:eastAsia="zh-CN"/>
        </w:rPr>
      </w:pPr>
    </w:p>
    <w:p>
      <w:r>
        <w:rPr>
          <w:rFonts w:ascii="Arial" w:hAnsi="Arial"/>
          <w:sz w:val="48"/>
        </w:rPr>
        <w:t>Evaluation audio</w:t>
      </w:r>
    </w:p>
    <w:p>
      <w:r>
        <w:rPr>
          <w:rFonts w:ascii="Arial" w:hAnsi="Arial"/>
          <w:color w:val="4F6880"/>
          <w:sz w:val="22"/>
        </w:rPr>
        <w:t>Mon, 8/2 6:30PM • 11:23</w:t>
      </w:r>
    </w:p>
    <w:p>
      <w:pPr>
        <w:spacing w:before="440" w:after="0"/>
      </w:pPr>
      <w:r>
        <w:rPr>
          <w:rFonts w:ascii="Arial" w:hAnsi="Arial"/>
          <w:b/>
          <w:color w:val="4F6880"/>
          <w:sz w:val="22"/>
        </w:rPr>
        <w:t>SUMMARY KEYWORDS</w:t>
      </w:r>
    </w:p>
    <w:p>
      <w:r>
        <w:rPr>
          <w:rFonts w:ascii="Arial" w:hAnsi="Arial"/>
          <w:color w:val="4F6880"/>
          <w:sz w:val="22"/>
        </w:rPr>
        <w:t>engagement, listen, evaluation, people, session, data, questions, survey, comments, experience, voting, event, work, presenter, participants, website, zoom, report, share, record</w:t>
      </w:r>
    </w:p>
    <w:p>
      <w:pPr>
        <w:spacing w:before="440" w:after="0"/>
      </w:pPr>
      <w:r>
        <w:rPr>
          <w:rFonts w:ascii="Arial" w:hAnsi="Arial"/>
          <w:b/>
          <w:color w:val="4F6880"/>
          <w:sz w:val="22"/>
        </w:rPr>
        <w:t>SPEAKERS</w:t>
      </w:r>
    </w:p>
    <w:p>
      <w:r>
        <w:rPr>
          <w:rFonts w:ascii="Arial" w:hAnsi="Arial"/>
          <w:color w:val="4F6880"/>
          <w:sz w:val="22"/>
        </w:rPr>
        <w:t>Jamie Gallagher</w:t>
      </w:r>
    </w:p>
    <w:p>
      <w:pPr>
        <w:spacing w:after="0"/>
      </w:pPr>
    </w:p>
    <w:p>
      <w:pPr>
        <w:spacing w:after="0"/>
      </w:pPr>
      <w:r>
        <w:rPr>
          <w:rFonts w:ascii="Arial" w:hAnsi="Arial"/>
          <w:b/>
          <w:sz w:val="22"/>
        </w:rPr>
        <w:t xml:space="preserve">Jamie Gallagher  </w:t>
      </w:r>
      <w:r>
        <w:rPr>
          <w:rFonts w:ascii="Arial" w:hAnsi="Arial"/>
          <w:color w:val="5D7284"/>
          <w:sz w:val="22"/>
        </w:rPr>
        <w:t>00:09</w:t>
      </w:r>
    </w:p>
    <w:p>
      <w:pPr>
        <w:spacing w:after="0"/>
      </w:pPr>
      <w:r>
        <w:rPr>
          <w:rFonts w:ascii="Arial" w:hAnsi="Arial"/>
          <w:sz w:val="22"/>
        </w:rPr>
        <w:t>When it comes to evaluating online engagement, there's lots of different routes that we can go down. And fundamentally, evaluation is just a very structured way of listening to our participants. And so when we're evaluating our work, we can actually just help that by making it really, really engaging, by giving space up to our participants to listen to their experience, their ideas and their knowledge, every listen in a very structured way, then we can really learn from our participants, and we can write that up as our evaluation report. Before we get on to some of the ways in which you can be listening to people, there's some other points that we want to be aware of before we start, make sure to record what you made or did for the very first time, maybe you have produced a new website or hosted a podcast or done some live streams. Those are the pretty obvious ones. But also think about what you've done for the first time. Have you maybe forged a new partnership with a charity or a community group? Are you establishing relationships? Are you taking research to new areas, these are things that we can be recording right from the start of a project. We also probably want to know how many people we've interacted with, and how long for to help reviewers get an idea of what that engagement process might look like. And a lot of the platforms will have easy metrics available that will tell you just that how many people and how long for now widely to do is rattle through some of the ways that you can be listening to people giving space over to them and listening to their responses. This is going to help us evaluate. It's also just going to help your online engagement be better, as it will be more interactive. The first and easiest thing we can do is get people to vote. So you might have seen zoom polls, or we can share a link to poll asked people simple questions, get them to vote on something. And this can be very easily done. Voting can be embedded in a website, it can be part of a zoom meeting, it can be part of a YouTube Live pretty much any online engagement can involve voting on something that might ask one or two very simple questions about who people are, or what they've experienced before or what they think of today's event. So ask people to vote on things. If you want to go a little bit beyond the standard zoom poll, you could think about using live voting, things like mentimeter, Kahoot, slido, vevox. These are all designed to get live interaction from people. You can ask simple and complex questions. You can get people to submit quantitative and qualitative data. They're very, very flexible, pretty much any form of question you might want to ask, you'll be able to ask in livetime. The bonus point is that your audience are actively connecting with you while you're doing this. You're not asking them to fill out a survey after the event. You're there with them, guiding them through the questions, listening and responding to their responses. So do simple voting, or do live voting, bring in a third party programme to really listen to your audience. As well as voting, get people to comment. If you watch YouTube videos, they are replete with the presenter saying leave a comment down below got a question? Let us know put in the chat box. I'll get right back to you. Now this is partly about making the video engaging by allowing people the space to connect with the presenter, but it can also be used for evaluation. What are people commenting? What are people asking? And I don't want to see just an individual testimony reported. I don't want to see that Mrs. Costello thought this is a fascinating event. I want you to tell me about what people collectively have said. If there was 500 comments, are the 500 comments positive or negative, are they about one particular topic or one particular presenter Tell me what the data collectively means? Tell me that 63% of participants left a comment about how interesting it was, as exemplified by Mrs. Costello, who said this was the most interesting event I'd been to for a long time. So keep those individual testimonies because it really adds some flavour to reporting. But make sure you're not hand picking just the best ones. Tell me how they are representative. And then give me a bit of an example. If we don't want to get people to comment, then we could also be asking people to draw zoom and teams have built in whiteboards or you could be using a third party programme like Padlet asking people to share comments, thoughts, drawings, experiences on a whiteboard. Again, we want interpretation of results. So we don't want to see individual pictures. We want to know collectively what people are drawing and sharing the experience. So do board at the start of the session. ask people what they think what comes to mind when they Think of this particular topic, run through your content. And then at the other end, ask them a similar question, what comes to mind when they think of this topic now have the drawings changed, we've taken an activity into the realms of evaluation. recordings, recordings can be really, really useful for evaluation. Let's say it gets towards the end of a session, you might say to your participants, I'm going to hit record now. And I would really love if a few of you shared your experiences of today's session. Now bear in mind, you will need to get the correct permissions from people to do this. But if you do get permission to record them, then you may get some really valuable data, one that you're going to get people saying in their own words, what they thought of the the experience, how they've experienced that, what they've learned what they thought was interesting. The other bonus from a recording is you might, again, with permission, have something that you can share with the wider world, use it to advertise your next session, if you've got some Talking Heads of people saying, I thought this was really interesting, I learned a lot from today's event, you may be able to use those as an advert for your next session. So ask people if it's okay to hit record, and ask them what they have seen what they have experienced and how they enjoyed it. Listen to those comments, write them up, but also use them to advertise your next event. surveys. Now, I can't really mention evaluation without mentioning a good old survey, we can be asking people questions, and it doesn't need to be a link that's shared at the end of the session, we could think about embedding survey questions throughout our event drip feed them in at the registration stage, ask a couple of demographic questions, and the middle of the session, have a pause and ask people about their experience. Towards the end, she had a really short survey with three or four questions, asking for some simple feedback on the event. So use surveys. But don't just write a massive survey that shared at the end of the event that no one is much interested in filling out drip feed your survey questions throughout your engagement process from the registration through to the very very end of your session. That way, you'll reduce the burden on any individual time point. And people might be quite happy to regularly answer a few questions. Rather than clear the schedule for half an hour to fill through a huge form. If we're doing something online, there's a little bit more in depth, we could think about interviews or focus groups. Now these are quite intensive evaluation processes, and they wouldn't be suitable for all engagement scenarios. But if you've been working with a community or a charity or a school for a long time, that it might be appropriate to sit individual members down and discuss with them an in depth process, what they've experienced and what they think. Focus groups can be done pretty easily online, now as well. As we've moved into the virtual world, Zoom Room, team rooms become quite accessible. Bring four or five people together, have some questions to kick off the discussion and allow them the agency to shape the discussion as they see fit. Listen, helps shape the discussion. But listen, this is what is going to be a really good learning experience for you, you'll get really rich data if you allow people to express themselves. So focus groups and interviews in-depth, but will give you a lot of data to work from. Backstage analytics can be really useful in telling your story as well, whatever platform you're using YouTube, Facebook, Twitter, a lot of these will have backstage analytics, it's going to tell you a little bit more about the audience you're connecting with, and may tell you where in the world they're joining from, how many comments they made, how long they stayed listening to you. This can all be pretty useful. Even Google Analytics on websites is going to tell you how people behave on your site. But be careful when you're reporting this data. I don't want to see that 500 people came to your website in June, that on its own is a little bit meaningless. Tell me about people's behaviour. How's that behaviour changed over time as well? Tell me that 500 people came to your website in June, they represented a 300% increase on the period before and a coincided with the upload of your new podcast series that dwell time in the website has increased from 20 seconds to four minutes. And on average, people download three podcast episodes. So crucially, don't just report the numbers, but report the numbers along with the behaviour. How has people's behaviour with your engagement changed? Are you being able to connect people and a little bit more of a deeper way and a more meaningful way that can only be demonstrated by more engagement, longer engagement and multiple downloads. So record the data, and then interpret the data. Reviews can also be really useful and they're an underused tool and evaluation. Find someone who is in a position of expertise or oversight or knowledge, who's working in a similar area? bring them in to your session, and let them experience it. Have them write up their reflections of it. Is this a good example of engagement is a bad example of engagement? What does an expert make of your engagement work? And this is also tied into peer review. A lot of people are not publishing their engagement work, which is a real shame. There's a lot that we can still learn in the engagement area. So look out for engagement, specific journals, like research for all write up the work that you're doing, have it peer reviewed, and have it published. So external reviews, and peer review can be an incredibly powerful way of demonstrating that, yes, you are successful at this because the engagement community deems you to be successful in this. And so those are just some of the ways that you can be evaluating what your audience and online engagement activities. But really the key is, listen, create multiple intervention points where you're able to ask people to contribute their thoughts, their ideas, their questions, take that data that they submit, listen to it, learn from it, and then report on what that means. So those are some of the ways you can evaluate your online engagement activity.</w:t>
      </w:r>
    </w:p>
    <w:sectPr w:rsidR="00930F33"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99"/>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5" Type="http://schemas.openxmlformats.org/officeDocument/2006/relationships/webSettings" Target="webSettings.xml"/><Relationship Id="rId4" Type="http://schemas.openxmlformats.org/officeDocument/2006/relationships/settings" Target="settings.xml"/><Relationship Id="rId6" Type="http://schemas.openxmlformats.org/officeDocument/2006/relationships/footnotes" Target="footnotes.xml"/><Relationship Id="rId7" Type="http://schemas.openxmlformats.org/officeDocument/2006/relationships/endnotes" Target="endnotes.xml"/><Relationship Id="rId15" Type="http://schemas.openxmlformats.org/officeDocument/2006/relationships/theme" Target="theme/theme1.xml"/><Relationship Id="rId9" Type="http://schemas.openxmlformats.org/officeDocument/2006/relationships/header" Target="header2.xml"/><Relationship Id="rId8" Type="http://schemas.openxmlformats.org/officeDocument/2006/relationships/header" Target="header1.xml"/><Relationship Id="rId13" Type="http://schemas.openxmlformats.org/officeDocument/2006/relationships/footer" Target="footer3.xml"/><Relationship Id="rId12" Type="http://schemas.openxmlformats.org/officeDocument/2006/relationships/header" Target="header3.xml"/><Relationship Id="rId11" Type="http://schemas.openxmlformats.org/officeDocument/2006/relationships/footer" Target="footer2.xml"/><Relationship Id="rId10" Type="http://schemas.openxmlformats.org/officeDocument/2006/relationships/footer" Target="footer1.xml"/><Relationship Id="rId3" Type="http://schemas.openxmlformats.org/officeDocument/2006/relationships/styles" Target="styles.xml"/><Relationship Id="rId2" Type="http://schemas.openxmlformats.org/officeDocument/2006/relationships/numbering" Target="numbering.xml"/><Relationship Id="rId1" Type="http://schemas.openxmlformats.org/officeDocument/2006/relationships/customXml" Target="../customXml/item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0</Words>
  <Characters>0</Characters>
  <Application>Microsoft Office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Wen Sun</cp:lastModifiedBy>
  <cp:revision>7</cp:revision>
  <dcterms:created xsi:type="dcterms:W3CDTF">2019-09-10T23:59:00Z</dcterms:created>
  <dcterms:modified xsi:type="dcterms:W3CDTF">2019-09-12T19:02:00Z</dcterms:modified>
  <cp:category/>
</cp:coreProperties>
</file>