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46D61C" w14:textId="0719B0C0" w:rsidR="00930F33" w:rsidRDefault="00930F33">
      <w:pPr>
        <w:spacing w:after="0"/>
        <w:rPr>
          <w:lang w:eastAsia="zh-CN"/>
        </w:rPr>
      </w:pPr>
    </w:p>
    <w:p>
      <w:r>
        <w:rPr>
          <w:rFonts w:ascii="Arial" w:hAnsi="Arial"/>
          <w:sz w:val="48"/>
        </w:rPr>
        <w:t>Formats audio</w:t>
      </w:r>
    </w:p>
    <w:p>
      <w:r>
        <w:rPr>
          <w:rFonts w:ascii="Arial" w:hAnsi="Arial"/>
          <w:color w:val="4F6880"/>
          <w:sz w:val="22"/>
        </w:rPr>
        <w:t>Mon, 8/2 6:31PM • 7:17</w:t>
      </w:r>
    </w:p>
    <w:p>
      <w:pPr>
        <w:spacing w:before="440" w:after="0"/>
      </w:pPr>
      <w:r>
        <w:rPr>
          <w:rFonts w:ascii="Arial" w:hAnsi="Arial"/>
          <w:b/>
          <w:color w:val="4F6880"/>
          <w:sz w:val="22"/>
        </w:rPr>
        <w:t>SUMMARY KEYWORDS</w:t>
      </w:r>
    </w:p>
    <w:p>
      <w:r>
        <w:rPr>
          <w:rFonts w:ascii="Arial" w:hAnsi="Arial"/>
          <w:color w:val="4F6880"/>
          <w:sz w:val="22"/>
        </w:rPr>
        <w:t>participants, meetings, webinars, live, create, youtube, zoom, platform, presenter, share, link, microphone, live streaming, conference, turn, remo, camera, control, child protection issues, small group</w:t>
      </w:r>
    </w:p>
    <w:p>
      <w:pPr>
        <w:spacing w:before="440" w:after="0"/>
      </w:pPr>
      <w:r>
        <w:rPr>
          <w:rFonts w:ascii="Arial" w:hAnsi="Arial"/>
          <w:b/>
          <w:color w:val="4F6880"/>
          <w:sz w:val="22"/>
        </w:rPr>
        <w:t>SPEAKERS</w:t>
      </w:r>
    </w:p>
    <w:p>
      <w:r>
        <w:rPr>
          <w:rFonts w:ascii="Arial" w:hAnsi="Arial"/>
          <w:color w:val="4F6880"/>
          <w:sz w:val="22"/>
        </w:rPr>
        <w:t>Jamie Gallagher</w:t>
      </w:r>
    </w:p>
    <w:p>
      <w:pPr>
        <w:spacing w:after="0"/>
      </w:pPr>
    </w:p>
    <w:p>
      <w:pPr>
        <w:spacing w:after="0"/>
      </w:pPr>
      <w:r>
        <w:rPr>
          <w:rFonts w:ascii="Arial" w:hAnsi="Arial"/>
          <w:b/>
          <w:sz w:val="22"/>
        </w:rPr>
        <w:t xml:space="preserve">Jamie Gallagher  </w:t>
      </w:r>
      <w:r>
        <w:rPr>
          <w:rFonts w:ascii="Arial" w:hAnsi="Arial"/>
          <w:color w:val="5D7284"/>
          <w:sz w:val="22"/>
        </w:rPr>
        <w:t>00:09</w:t>
      </w:r>
    </w:p>
    <w:p>
      <w:pPr>
        <w:spacing w:after="0"/>
      </w:pPr>
      <w:r>
        <w:rPr>
          <w:rFonts w:ascii="Arial" w:hAnsi="Arial"/>
          <w:sz w:val="22"/>
        </w:rPr>
        <w:t>Online engagement is allowing us to connect with people all around the world in live time. And this is fantastic. And there's so many different platforms and formats we can choose, we can have meetings and webinars and live streams and social gatherings. But which one is right for your live event, all of them come with different advantages and disadvantages. And in this video, I'm going to take you through some of the main formats for live events, and the good points and the bad points that each of them have. Let's start off and probably what is most familiar territory the meeting, I'd be amazed, I'd be astounded. If you haven't had a few zoom or teams meetings by now. They are very familiar platform to people around the world. Meetings are fantastic. They allow all of us to share on microphone on camera, maybe screen share share links move into breakout rooms, they are highly dynamic environments where we can do lots and lots of different things. This can be a real plus point, to having discussions, having small groups allowing people to contribute, everyone is able to take up the same camera window, as anyone else, they come with an inherent equality between all participants. Sometimes this is incredibly useful. However, meetings are also the most intense form of interaction. When you're sent a meeting link, you'll be prompted to turn on your camera, turn on your microphone, your name, or your display name will be visible to all other participants. Maybe we want this, maybe we don't. If we're working with groups that are vulnerable or working with children, maybe we don't want them turning on their camera, or being recorded or able to share screen, maybe we want to create very controlled environments, in which case a meeting might be problematic. Also, just think of how you feel when you join a meeting. And you're prompted to turn on your camera, turn on your microphone, you know that you may be asked to contribute. It's very intense. And so maybe we want to lower the energy requirement from our participants and create a more welcoming, safe environment. Which brings us to webinars. webinars are different. webinars are more controlled meetings, they are often designed to have a larger viewership then a meeting. But really, for me the represent more control. In a webinar, you have a presenter on a stage and you have an audience that is watching, the presenter is able to turn on their camera screen share share their microphone, the participants aren't, sometimes this is good. Sometimes this is bad. So if you're working, again with those vulnerable groups, or schoolchildren, it represents a control. So in terms of child protection issues, we know that they're not going to be turning on their camera or speaking on microphone accidentally, only the presenters will be able to do that similarly in a webinar is not common practice for participant names to be visible. So again, we have a degree of control over what the other participants are able to see. Similarly, think of your experience of getting a webinar link. You're not prompted to turn on your camera, you're not prompted to turn on your microphone. You know, in a webinar, you can passively sit and listen, you can use the chat box to ask questions. But it might be a more relaxing experience for your participants. So meetings and webinars, they might seem similar superficially, but actually they create very different engagement scenarios. Which one is right for you? Depends what you're trying to do. Let's move on to conferences and social space. There's a lot of platforms that are trying to go beyond zoom and teams and to create a more dynamic experience. platforms like Remo are trying to replicate the conference environment where you can move around a physical space. If you sit down at the same table as someone you're able to speak to them. If you're not at the same table, then you can't speak to them. Remo comes with ability to screen share to broadcast to the entire room or have small group conversations. It also allows you to schedule meetings, share LinkedIn profiles and have information about different participants does come with a pretty hefty price tag. So that's a replication of a conference type environment. What if you want a more social space or platform that's getting a lot of attention just know is gather town, it's kind of like zoom crossed with a Gameboy game, you create a little avatar, a character that can move around the world. If you are near to another character, you will be able to see and hear them have a conversation with them. If you're too far away, you wouldn't be able to. The idea is you can walk up to a group and start chatting with them and then you can walk away. Gather Town will allow you to create different rooms or you can sit down at tables and have more private discussions with just a few people. It also is quite quirky and quite fun. People are using it for sharing and poster sessions or to do treasure hunts. The idea is is not the formality of zoom, or teams is a little bit more quirky, more fun, more interactive, and it's designed to replicate the social space that we're all missing so much. Now, one type of event that we may consider is the live stream. This is where we effectively have our own television studio. We go on live, we can have panel discussions, we can share our slides, we can show videos, we can tell our stories, and we can connect with people all around the world, I would recommend that the best platform for live streaming is to go on to YouTube. YouTube is one of the most accessed sites around the world, and people are getting fairly familiar with it. Think of how you feel if you are emailed a YouTube link versus emailed a zoom link. YouTube is very much associated with entertainment, relaxation. Also, with live streaming, you can get a much much higher quality than you would with zoom or teams, you can broadcast in high definition, you can easily connect with other people around the world, you can have people live chatting alongside. So a YouTube livestream might feel a little bit like a webinar. And to some extent it is we have live presenters, we have live chats. But we're on a very familiar and relaxing platform. So if you would be interested in having your own TV show, then why not have one and go live on YouTube. I've also got an explainer video that will show you the easiest way to get started with YouTube live streaming. So those are some of the formats that you might choose meetings, webinars, conferences, social platforms, and live streaming, which one is right for you? Only you can decide. But think through the participants experience. How do they feel when that link drops into their inbox? What is the expectation on them? Do we need to see them? Do we need to hear them? Or do we not? It's all about their comfort and how they can interact with the platform. Make sure you choose the right one that works for you and works for your audience.</w:t>
      </w:r>
    </w:p>
    <w:sectPr w:rsidR="00930F33"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1FEF6E" w14:textId="77777777" w:rsidR="00ED3244" w:rsidRDefault="00ED3244">
      <w:pPr>
        <w:spacing w:after="0" w:line="240" w:lineRule="auto"/>
      </w:pPr>
      <w:r>
        <w:separator/>
      </w:r>
    </w:p>
  </w:endnote>
  <w:endnote w:type="continuationSeparator" w:id="0">
    <w:p w14:paraId="32C8662D" w14:textId="77777777" w:rsidR="00ED3244" w:rsidRDefault="00ED3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37CC26BC"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6D5FB"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8FD58C" w14:textId="77777777" w:rsidR="00ED3244" w:rsidRDefault="00ED3244">
      <w:pPr>
        <w:spacing w:after="0" w:line="240" w:lineRule="auto"/>
      </w:pPr>
      <w:r>
        <w:separator/>
      </w:r>
    </w:p>
  </w:footnote>
  <w:footnote w:type="continuationSeparator" w:id="0">
    <w:p w14:paraId="4B6704BD" w14:textId="77777777" w:rsidR="00ED3244" w:rsidRDefault="00ED3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25ED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039F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6227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9"/>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5074B"/>
    <w:rsid w:val="0029639D"/>
    <w:rsid w:val="00326F90"/>
    <w:rsid w:val="004A641F"/>
    <w:rsid w:val="004B593C"/>
    <w:rsid w:val="006E2A8C"/>
    <w:rsid w:val="007749AF"/>
    <w:rsid w:val="00794EBC"/>
    <w:rsid w:val="00930F33"/>
    <w:rsid w:val="009C3AF0"/>
    <w:rsid w:val="00A12EE5"/>
    <w:rsid w:val="00AA1D8D"/>
    <w:rsid w:val="00B47730"/>
    <w:rsid w:val="00BA4C2B"/>
    <w:rsid w:val="00BD0140"/>
    <w:rsid w:val="00C24502"/>
    <w:rsid w:val="00CB0664"/>
    <w:rsid w:val="00D57E81"/>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5" Type="http://schemas.openxmlformats.org/officeDocument/2006/relationships/webSettings" Target="webSettings.xml"/><Relationship Id="rId4" Type="http://schemas.openxmlformats.org/officeDocument/2006/relationships/settings" Target="settings.xml"/><Relationship Id="rId6" Type="http://schemas.openxmlformats.org/officeDocument/2006/relationships/footnotes" Target="footnotes.xml"/><Relationship Id="rId7" Type="http://schemas.openxmlformats.org/officeDocument/2006/relationships/endnotes" Target="endnotes.xml"/><Relationship Id="rId15" Type="http://schemas.openxmlformats.org/officeDocument/2006/relationships/theme" Target="theme/theme1.xml"/><Relationship Id="rId9" Type="http://schemas.openxmlformats.org/officeDocument/2006/relationships/header" Target="header2.xml"/><Relationship Id="rId8" Type="http://schemas.openxmlformats.org/officeDocument/2006/relationships/header" Target="header1.xml"/><Relationship Id="rId13" Type="http://schemas.openxmlformats.org/officeDocument/2006/relationships/footer" Target="footer3.xml"/><Relationship Id="rId12" Type="http://schemas.openxmlformats.org/officeDocument/2006/relationships/header" Target="header3.xml"/><Relationship Id="rId11" Type="http://schemas.openxmlformats.org/officeDocument/2006/relationships/footer" Target="footer2.xml"/><Relationship Id="rId10" Type="http://schemas.openxmlformats.org/officeDocument/2006/relationships/footer" Target="footer1.xml"/><Relationship Id="rId3" Type="http://schemas.openxmlformats.org/officeDocument/2006/relationships/styles" Target="styles.xml"/><Relationship Id="rId2" Type="http://schemas.openxmlformats.org/officeDocument/2006/relationships/numbering" Target="numbering.xml"/><Relationship Id="rId1" Type="http://schemas.openxmlformats.org/officeDocument/2006/relationships/customXml" Target="../customXml/item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Wen Sun</cp:lastModifiedBy>
  <cp:revision>7</cp:revision>
  <dcterms:created xsi:type="dcterms:W3CDTF">2019-09-10T23:59:00Z</dcterms:created>
  <dcterms:modified xsi:type="dcterms:W3CDTF">2019-09-12T19:02:00Z</dcterms:modified>
  <cp:category/>
</cp:coreProperties>
</file>