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46D61C" w14:textId="0719B0C0" w:rsidR="00930F33" w:rsidRDefault="00930F33">
      <w:pPr>
        <w:spacing w:after="0"/>
        <w:rPr>
          <w:lang w:eastAsia="zh-CN"/>
        </w:rPr>
      </w:pPr>
    </w:p>
    <w:p>
      <w:r>
        <w:rPr>
          <w:rFonts w:ascii="Arial" w:hAnsi="Arial"/>
          <w:sz w:val="48"/>
        </w:rPr>
        <w:t>Setup audio</w:t>
      </w:r>
    </w:p>
    <w:p>
      <w:r>
        <w:rPr>
          <w:rFonts w:ascii="Arial" w:hAnsi="Arial"/>
          <w:color w:val="4F6880"/>
          <w:sz w:val="22"/>
        </w:rPr>
        <w:t>Mon, 8/2 6:29PM • 6:07</w:t>
      </w:r>
    </w:p>
    <w:p>
      <w:pPr>
        <w:spacing w:before="440" w:after="0"/>
      </w:pPr>
      <w:r>
        <w:rPr>
          <w:rFonts w:ascii="Arial" w:hAnsi="Arial"/>
          <w:b/>
          <w:color w:val="4F6880"/>
          <w:sz w:val="22"/>
        </w:rPr>
        <w:t>SUMMARY KEYWORDS</w:t>
      </w:r>
    </w:p>
    <w:p>
      <w:r>
        <w:rPr>
          <w:rFonts w:ascii="Arial" w:hAnsi="Arial"/>
          <w:color w:val="4F6880"/>
          <w:sz w:val="22"/>
        </w:rPr>
        <w:t>laptop, light, setup, sound, webcam, microphone, lighting, upgrade, camera, source, raise, headphones, audience, external webcam, face, window, recommend, artificial light, app, explore</w:t>
      </w:r>
    </w:p>
    <w:p>
      <w:pPr>
        <w:spacing w:before="440" w:after="0"/>
      </w:pPr>
      <w:r>
        <w:rPr>
          <w:rFonts w:ascii="Arial" w:hAnsi="Arial"/>
          <w:b/>
          <w:color w:val="4F6880"/>
          <w:sz w:val="22"/>
        </w:rPr>
        <w:t>SPEAKERS</w:t>
      </w:r>
    </w:p>
    <w:p>
      <w:r>
        <w:rPr>
          <w:rFonts w:ascii="Arial" w:hAnsi="Arial"/>
          <w:color w:val="4F6880"/>
          <w:sz w:val="22"/>
        </w:rPr>
        <w:t>Jamie Gallagher</w:t>
      </w:r>
    </w:p>
    <w:p>
      <w:pPr>
        <w:spacing w:after="0"/>
      </w:pPr>
    </w:p>
    <w:p>
      <w:pPr>
        <w:spacing w:after="0"/>
      </w:pPr>
      <w:r>
        <w:rPr>
          <w:rFonts w:ascii="Arial" w:hAnsi="Arial"/>
          <w:b/>
          <w:sz w:val="22"/>
        </w:rPr>
        <w:t xml:space="preserve">Jamie Gallagher  </w:t>
      </w:r>
      <w:r>
        <w:rPr>
          <w:rFonts w:ascii="Arial" w:hAnsi="Arial"/>
          <w:color w:val="5D7284"/>
          <w:sz w:val="22"/>
        </w:rPr>
        <w:t>00:09</w:t>
      </w:r>
    </w:p>
    <w:p>
      <w:pPr>
        <w:spacing w:after="0"/>
      </w:pPr>
      <w:r>
        <w:rPr>
          <w:rFonts w:ascii="Arial" w:hAnsi="Arial"/>
          <w:sz w:val="22"/>
        </w:rPr>
        <w:t>Hello, and welcome to this video series looking at online engagement. Over the next few videos, we'll be exploring the world of Digital Public Engagement, showing you how to run a YouTube livestream to pick a format that is right for you and your audience, and how to evaluate the digital work that you're doing. And this video, we'll be looking at your at home setup, making sure that you look and sound as good as possible for all of your virtual events. So let's get started. Probably the most important but overlooked part of setting your scene for a virtual event is the lighting, lighting makes a difference between a very good and a very bad setup. And the first simple rule to watch out for is that you shouldn't let the camera see a window, if at all possible, Windows tend to be very bright sources of light. And if you and the window are both in shot  at the same time, chances are it's going to throw you into silhouette. So if you can move away from the window and sit facing it. And when it comes to artificial light, I wouldn't recommend using overhead lights, lighting yourself from above and from behind is very rarely flattering. So what we want to do is have a source of light in front of us. And for this you don't need anything fancy like a ring light or anything, you can just use a simple table or bedside lamp, put it in front of you. So it's behind your laptop, that's going to light you up brightly and it's going to light you up consistently. bonus point, if you wear glasses, and you get a lot of reflection and your glasses, then raise your source of light up a little bit. And that will cut down on some of the glare. So have a light in front of you. But if you want to be extra fancy, try putting a light behind you as well, that separates you from the scene. So we want a light in front of you and a light behind you. Now, you can't really have too many sources of light. And if you want to go the full youtuber route, and you want one source of light to your left one source of light to your right, and one behind you. So you have two that are facing you and one behind you. And that is your perfect YouTube setup. The next thing we want to be aware of is our camera. Now for the camera positioning is quite important. So what we want to do is we want to raise our laptop up, what you want to do is try and have your eyes about 1/3 down from the top of the screen, a lot of people will put their face right in the middle of the short. But actually this appears quite low to your audience, we want our eyes to be a natural focal point for our audience. So we raise yourself up probably meaning less space above your head from the top of the screen. So eyes 1/3 down. If you wanted to upgrade your camera, there's a lot of different options you can go down, the first thing I would say is don't worry too much about it, people will actually tolerate bad visuals quite a lot. And if you've got your lighting right, then even the cheapest of camera is going to look fairly good on a video call. But if you did want to upgrade your setup, the easiest and cheapest route to go down is to use an app. There are apps like Camo droidcam, and epoc cam. And these will turn your mobile phone into a pretty good webcam, you download an app on your phone, you don't need a driver on your laptop. And that will allow you to continue to use your functionality of your laptop, but bring in your camera as a webcam. These will give you a very good quality and it's a lot cheaper than buying an external webcam. There's very often free versions of these apps or the paid versions are up to about 15 pounds and 15 pounds. For a high definition. fully functional webcam is a pretty good deal. So if you are considering getting an upgrade to your setup, then that's one thing to explore. If you want to have other options, then there are lots available a lot of people are buying High Definition webcams or even DSLR cameras using digital cameras as webcam. These are all possible. But I would start off by trying your phone as a webcam if you need an upgrade.</w:t>
      </w:r>
    </w:p>
    <w:p>
      <w:pPr>
        <w:spacing w:after="0"/>
      </w:pPr>
    </w:p>
    <w:p>
      <w:pPr>
        <w:spacing w:after="0"/>
      </w:pPr>
      <w:r>
        <w:rPr>
          <w:rFonts w:ascii="Arial" w:hAnsi="Arial"/>
          <w:color w:val="5D7284"/>
          <w:sz w:val="22"/>
        </w:rPr>
        <w:t>04:07</w:t>
      </w:r>
    </w:p>
    <w:p>
      <w:pPr>
        <w:spacing w:after="0"/>
      </w:pPr>
      <w:r>
        <w:rPr>
          <w:rFonts w:ascii="Arial" w:hAnsi="Arial"/>
          <w:sz w:val="22"/>
        </w:rPr>
        <w:t>When it comes to sound, we're thinking about our microphone. Now. Most people don't actually know what the sound like and that's where the first problem lies. So I would recommend that you go into an empty Zoom Room an empty team room and hit record. Know What You sound like. First of all, maybe you sound great. Maybe you don't. If you don't, then again, there's a few simple things that we can do to make sure we're sounding as good as possible. The first thing to do is stay close to your microphone. Every inch you get further away from your laptop, the worse you will sound microphones need to be used in close proximity. So if you stay arm's distance away from your laptop, that might actually be a problem for your microphone. test that out by hitting record and trying at various distances. You will find the sweet spot where you sound your best but I would say That most built in microphones are not fantastic in laptops. And so a pair of headphones can really upgrade your setup, the headphones that you would use for your phone. These are great for two reasons. One, it will bring the microphone close to your mouth, which as I've said is the most important part of microphones. And too, by plugging the sound directly into your ear, you're going to make sure you're cutting down on the possibility of any echo. So those are a few pieces of advice to get the best set of possible lighting. We want lots of it and don't let a camera see a window. cameras. There's lots of different options available, but make sure you raise your laptop up so you can have a face to face conversation with it with your eyes 1/3 down from the top of the screen and microphone, stay close to it and see if your headphones will give you a better quality. But play around with your setup. what looks good, what sounds good. test it out and find your best possible combination.</w:t>
      </w:r>
    </w:p>
    <w:sectPr w:rsidR="00930F33"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99"/>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5" Type="http://schemas.openxmlformats.org/officeDocument/2006/relationships/webSettings" Target="webSettings.xml"/><Relationship Id="rId4" Type="http://schemas.openxmlformats.org/officeDocument/2006/relationships/settings" Target="settings.xml"/><Relationship Id="rId6" Type="http://schemas.openxmlformats.org/officeDocument/2006/relationships/footnotes" Target="footnotes.xml"/><Relationship Id="rId7" Type="http://schemas.openxmlformats.org/officeDocument/2006/relationships/endnotes" Target="endnotes.xml"/><Relationship Id="rId15" Type="http://schemas.openxmlformats.org/officeDocument/2006/relationships/theme" Target="theme/theme1.xml"/><Relationship Id="rId9" Type="http://schemas.openxmlformats.org/officeDocument/2006/relationships/header" Target="header2.xml"/><Relationship Id="rId8" Type="http://schemas.openxmlformats.org/officeDocument/2006/relationships/header" Target="header1.xml"/><Relationship Id="rId13" Type="http://schemas.openxmlformats.org/officeDocument/2006/relationships/footer" Target="footer3.xml"/><Relationship Id="rId12" Type="http://schemas.openxmlformats.org/officeDocument/2006/relationships/header" Target="header3.xml"/><Relationship Id="rId11" Type="http://schemas.openxmlformats.org/officeDocument/2006/relationships/footer" Target="footer2.xml"/><Relationship Id="rId10" Type="http://schemas.openxmlformats.org/officeDocument/2006/relationships/footer" Target="footer1.xml"/><Relationship Id="rId3" Type="http://schemas.openxmlformats.org/officeDocument/2006/relationships/styles" Target="styles.xml"/><Relationship Id="rId2" Type="http://schemas.openxmlformats.org/officeDocument/2006/relationships/numbering" Target="numbering.xml"/><Relationship Id="rId1" Type="http://schemas.openxmlformats.org/officeDocument/2006/relationships/customXml" Target="../customXml/item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0</Words>
  <Characters>0</Characters>
  <Application>Microsoft Office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Wen Sun</cp:lastModifiedBy>
  <cp:revision>7</cp:revision>
  <dcterms:created xsi:type="dcterms:W3CDTF">2019-09-10T23:59:00Z</dcterms:created>
  <dcterms:modified xsi:type="dcterms:W3CDTF">2019-09-12T19:02:00Z</dcterms:modified>
  <cp:category/>
</cp:coreProperties>
</file>