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46D61C" w14:textId="0719B0C0" w:rsidR="00930F33" w:rsidRDefault="00930F33">
      <w:pPr>
        <w:spacing w:after="0"/>
        <w:rPr>
          <w:lang w:eastAsia="zh-CN"/>
        </w:rPr>
      </w:pPr>
    </w:p>
    <w:p>
      <w:r>
        <w:rPr>
          <w:rFonts w:ascii="Arial" w:hAnsi="Arial"/>
          <w:sz w:val="48"/>
        </w:rPr>
        <w:t>Youtube audio</w:t>
      </w:r>
    </w:p>
    <w:p>
      <w:r>
        <w:rPr>
          <w:rFonts w:ascii="Arial" w:hAnsi="Arial"/>
          <w:color w:val="4F6880"/>
          <w:sz w:val="22"/>
        </w:rPr>
        <w:t>Mon, 8/2 6:36PM • 10:00</w:t>
      </w:r>
    </w:p>
    <w:p>
      <w:pPr>
        <w:spacing w:before="440" w:after="0"/>
      </w:pPr>
      <w:r>
        <w:rPr>
          <w:rFonts w:ascii="Arial" w:hAnsi="Arial"/>
          <w:b/>
          <w:color w:val="4F6880"/>
          <w:sz w:val="22"/>
        </w:rPr>
        <w:t>SUMMARY KEYWORDS</w:t>
      </w:r>
    </w:p>
    <w:p>
      <w:r>
        <w:rPr>
          <w:rFonts w:ascii="Arial" w:hAnsi="Arial"/>
          <w:color w:val="4F6880"/>
          <w:sz w:val="22"/>
        </w:rPr>
        <w:t>youtube, live, stream, yard, broadcast, event, content, click, upload, create, halloween, live chat, comment, link, premiere, people, unlisted, guests, different functionalities, participants</w:t>
      </w:r>
    </w:p>
    <w:p>
      <w:pPr>
        <w:spacing w:before="440" w:after="0"/>
      </w:pPr>
      <w:r>
        <w:rPr>
          <w:rFonts w:ascii="Arial" w:hAnsi="Arial"/>
          <w:b/>
          <w:color w:val="4F6880"/>
          <w:sz w:val="22"/>
        </w:rPr>
        <w:t>SPEAKERS</w:t>
      </w:r>
    </w:p>
    <w:p>
      <w:r>
        <w:rPr>
          <w:rFonts w:ascii="Arial" w:hAnsi="Arial"/>
          <w:color w:val="4F6880"/>
          <w:sz w:val="22"/>
        </w:rPr>
        <w:t>Jamie Gallagher</w:t>
      </w:r>
    </w:p>
    <w:p>
      <w:pPr>
        <w:spacing w:after="0"/>
      </w:pPr>
    </w:p>
    <w:p>
      <w:pPr>
        <w:spacing w:after="0"/>
      </w:pPr>
      <w:r>
        <w:rPr>
          <w:rFonts w:ascii="Arial" w:hAnsi="Arial"/>
          <w:b/>
          <w:sz w:val="22"/>
        </w:rPr>
        <w:t xml:space="preserve">Jamie Gallagher  </w:t>
      </w:r>
      <w:r>
        <w:rPr>
          <w:rFonts w:ascii="Arial" w:hAnsi="Arial"/>
          <w:color w:val="5D7284"/>
          <w:sz w:val="22"/>
        </w:rPr>
        <w:t>00:09</w:t>
      </w:r>
    </w:p>
    <w:p>
      <w:pPr>
        <w:spacing w:after="0"/>
      </w:pPr>
      <w:r>
        <w:rPr>
          <w:rFonts w:ascii="Arial" w:hAnsi="Arial"/>
          <w:sz w:val="22"/>
        </w:rPr>
        <w:t>YouTube, if you're not using it, maybe you should be is one of the most widely used and accessible platforms out there. And I'd love to see more research content on it. So let's in this video break down YouTube and guide you through what it's all about. The first thing I want people to know about YouTube is just how widely used it is. In the UK more people visit YouTube each day, then visit Facebook or the BBC or Twitter. If you're under the age of 65, there's an 80% chance you're using YouTube at least once a month. Even when we get to the over 65 year old category, a third of over 65 year olds are using YouTube regularly. So we want to get involved in this. Now, if you're less familiar with the platform, there's a few things you might want to be aware of. The first thing is the types of content you can produce the standard for YouTube as a video. So you record something you uploaded, people watch it, people like it, people comment on it brilliant. But there's a lot more that we can do. We could record a video, but then set it as a premiere. A premiere is where a pre recorded event and a live event blur a little bit. Think of it like broadcasting a TV show, you know that the big or final is going to take place at 7pm on Tuesday. So people tune in people live tweet it, people want to have a conversation about it. That's what we do with a YouTube premiere. We pre record the content, we edit it, we make it look and sound really good. And then we tell people to come along at 7pm one Tuesday to watch it together. premiers have a live chat option, and they automatically have a countdown. This builds a sense of the event and allows people to share to comment and discuss in live time. Although your content will be pre recorded that doesn't stop you coming along at the same time as well and using the chat box. So you can be inviting questions and typing answers into that box as the session goes on. It's nice and easy to do. When you upload a video to YouTube, you have the option Do you want it to go live immediately? Or do you want to set it as a YouTube premiere, if you set it as a premiere, it will give you a link that you can share you set the time and the date at which it will go live. And then it's up to you to grow your audience gather people together at a set time to experience your content. So those are the first two options for us. We have videos, and we have premieres. Now, where YouTube's real strength lies, I think, is in live events. You can go live on youtube, and it's not as difficult as it might seem. Live content on YouTube can have a really high quality, a very professional feel. And as I mentioned at the start, it's really familiar to people, people are getting used to turning on YouTube and seeing live events, chatting, joining in and having conversations asking their questions and having them answered in live time. So let's say you do want to go live on YouTube. How do you go about it? Well, I'm going to show you some ways that make it really, really straightforward. For me, the best way to go live on youtube is to use a third party programme, this is going to help you curate your feed. And this is one that I really, really like is called stream yard stream yard will help you go live on YouTube. And I want to take you through exactly how you do it. So this is my stream yard page. And all I'm going to do is I'm going to go to create broadcast when I create a live event, it will ask me where I want to broadcast to stream yard will allow you to go to Facebook or LinkedIn or YouTube or Twitter or twitch or a custom website, you get to choose where you can go It can even go multiple places at once. For now, let's just stick to YouTube. So we're going to go live on YouTube. Let's give our event a title. Nice and easy. We give it a description let people know what's about to happen. Privacy few different options. Public means any of your followers will be able to see the event unlisted means anyone with the link will be able to see the event. Private means only you will be able to see it. Normally, you're going to choose either public event, if you want as many people to see it as possible, or it is going to be a ticketed event, I'd normally choose unlisted. Now because we're not going live instantaneously. We want to set this up in advance allow or audience to grow and develop and be aware that something is coming. So I'm going to check check scheduled for later. This means it will create a YouTube page that we're able to share with people that we can draw people to a certain date and time. Let's set this for some point in the future. So let's go into October the 31st we're gonna do a Halloween broadcast. At 5pm on Halloween, I can upload a thumbnail image, upload, and apply. So now what I've done is I've told stream yard to create an event and YouTube, I've told it to create it for the 31st of October and display that image, and I click on Create broadcast, stream yard will then talk to YouTube, and it will create a YouTube page for us. It'll take just a few seconds to sort this out. I should say that I have previously connected my stream yard on YouTube account, you do need a YouTube account, if you're going to go live on it, you also need to verify your account which takes a phone number and 24 hours to do. But setting up connecting stream yard and YouTube incredibly easy to do just takes a couple of clicks. And now we have our event that has been created if I, click on these little arrows and a go view on YouTube. It will then take me to the YouTube page that has been created for my live event. This is what I would advertise to my audience, I can copy this link, I can put that into eventbrite, I can tweet it, I can put it up on Facebook. And what I want to say is come along here on Halloween, and see my live broadcast. This box down the side is what will allow people to join in with me. So they will be able to chat in lifetime, I'll be able to react to them on screen as well. I would normally create this event page six to eight weeks in advance so that I've got time to advertise that the event is about to happen. So that's what I would do for 6 to 8 weeks I advertise I grow my audience, I tell people to come along on Halloween to see my broadcast. Let's say it's the day of our broadcast though, it's time to go back into our stream yard account StreamYard, I created the event. But now it's time to broadcast it as Halloween. And we come back to our stream yard account. And we click enter studio. This will ask for access to your camera and to your microphone and click enter studio. What we can see here is a blank PowerPoint slide effectively, anything that we put onto this blank PowerPoint slide will be able to be seen by our live YouTube audience. Once we click go live at the top right hand corner. So let's say I'm going to give a talk, I'm going to add myself to the stream. And I can talk and I can welcome people to the session and I can run through my content. This box here will show any comments from participants that are coming in. So if people are commenting on that YouTube Live Chat page, this is where their comments will appear. And I can type back to them in this space as well. So while I'm broadcasting, I don't actually need to have YouTube open at all. I'm doing everything through my browser and everything through stream yard. But let's say I want more than one person speaking well stream yard make this incredibly easy to do. If I want to bring in additional participants, then all I need to do is click on invite, and I copy the link that pops up, I share that link with anyone that I want to be a guest on my live stream. Once they follow that link, it will then bring them into the same page that I'm in just now they'll appear down in the bottom section alongside little thumbnail of my camera. And I can mix who is appearing on screen at any one time. People can share slides, people can share videos, they will also be able to see the comments coming in from participants. And remember, all I need to do to get this to go live on YouTube. As I click on that one little button there go live. And that means that whatever stream you're seeing will be broadcast to YouTube. And so it's that simple. If you want to go live on youtube, then all you need to do is get yourself a stream yard account. There are lots of different ones. There's free versions, there's paid versions, and they have different functionalities, including numbers of guests that you're allowed, and the resolution with which you can broadcast to. So get yourself an account, play around with it, you'll find it fairly intuitive. And these can be used to create very complex and professional streamsin a very easy way. And so that is my quick tour of YouTube. You can create videos and upload them. Remember to encourage people to comment, like and subscribe. You can upload videos as premieres, so they will be broadcast a particular date and time and they will also have a live chat function. So anyone watching at that time, is able to chat along in real time. Or go the full live performance route. Get yourself a stream yard account. Bring in your guests and broadcast live to talk along with people. But whatever you do, make sure you're getting on YouTube. Get started early and produce lots of fantastic content. Best of luck.</w:t>
      </w:r>
    </w:p>
    <w:sectPr w:rsidR="00930F33"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1FEF6E" w14:textId="77777777" w:rsidR="00ED3244" w:rsidRDefault="00ED3244">
      <w:pPr>
        <w:spacing w:after="0" w:line="240" w:lineRule="auto"/>
      </w:pPr>
      <w:r>
        <w:separator/>
      </w:r>
    </w:p>
  </w:endnote>
  <w:endnote w:type="continuationSeparator" w:id="0">
    <w:p w14:paraId="32C8662D" w14:textId="77777777" w:rsidR="00ED3244" w:rsidRDefault="00ED3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A00002EF" w:usb1="4000207B" w:usb2="00000000" w:usb3="00000000" w:csb0="000000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ourier">
    <w:panose1 w:val="00000000000000000000"/>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8FD58C" w14:textId="77777777" w:rsidR="00ED3244" w:rsidRDefault="00ED3244">
      <w:pPr>
        <w:spacing w:after="0" w:line="240" w:lineRule="auto"/>
      </w:pPr>
      <w:r>
        <w:separator/>
      </w:r>
    </w:p>
  </w:footnote>
  <w:footnote w:type="continuationSeparator" w:id="0">
    <w:p w14:paraId="4B6704BD" w14:textId="77777777" w:rsidR="00ED3244" w:rsidRDefault="00ED3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99"/>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6E2A8C"/>
    <w:rsid w:val="007749AF"/>
    <w:rsid w:val="00794EBC"/>
    <w:rsid w:val="00930F33"/>
    <w:rsid w:val="009C3AF0"/>
    <w:rsid w:val="00A12EE5"/>
    <w:rsid w:val="00AA1D8D"/>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5" Type="http://schemas.openxmlformats.org/officeDocument/2006/relationships/webSettings" Target="webSettings.xml"/><Relationship Id="rId4" Type="http://schemas.openxmlformats.org/officeDocument/2006/relationships/settings" Target="settings.xml"/><Relationship Id="rId6" Type="http://schemas.openxmlformats.org/officeDocument/2006/relationships/footnotes" Target="footnotes.xml"/><Relationship Id="rId7" Type="http://schemas.openxmlformats.org/officeDocument/2006/relationships/endnotes" Target="endnotes.xml"/><Relationship Id="rId15" Type="http://schemas.openxmlformats.org/officeDocument/2006/relationships/theme" Target="theme/theme1.xml"/><Relationship Id="rId9" Type="http://schemas.openxmlformats.org/officeDocument/2006/relationships/header" Target="header2.xml"/><Relationship Id="rId8" Type="http://schemas.openxmlformats.org/officeDocument/2006/relationships/header" Target="header1.xml"/><Relationship Id="rId13" Type="http://schemas.openxmlformats.org/officeDocument/2006/relationships/footer" Target="footer3.xml"/><Relationship Id="rId12" Type="http://schemas.openxmlformats.org/officeDocument/2006/relationships/header" Target="header3.xml"/><Relationship Id="rId11" Type="http://schemas.openxmlformats.org/officeDocument/2006/relationships/footer" Target="footer2.xml"/><Relationship Id="rId10" Type="http://schemas.openxmlformats.org/officeDocument/2006/relationships/footer" Target="footer1.xml"/><Relationship Id="rId3" Type="http://schemas.openxmlformats.org/officeDocument/2006/relationships/styles" Target="styles.xml"/><Relationship Id="rId2" Type="http://schemas.openxmlformats.org/officeDocument/2006/relationships/numbering" Target="numbering.xml"/><Relationship Id="rId1" Type="http://schemas.openxmlformats.org/officeDocument/2006/relationships/customXml" Target="../customXml/item1.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0</Words>
  <Characters>0</Characters>
  <Application>Microsoft Office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Wen Sun</cp:lastModifiedBy>
  <cp:revision>7</cp:revision>
  <dcterms:created xsi:type="dcterms:W3CDTF">2019-09-10T23:59:00Z</dcterms:created>
  <dcterms:modified xsi:type="dcterms:W3CDTF">2019-09-12T19:02:00Z</dcterms:modified>
  <cp:category/>
</cp:coreProperties>
</file>